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sz w:val="24"/>
        </w:rPr>
        <w:t>Kiszámoló • 1. fejezet</w:t>
      </w:r>
    </w:p>
    <w:p>
      <w:pPr>
        <w:pStyle w:val="Title"/>
      </w:pPr>
      <w:r>
        <w:t>Mire való a pénz?</w:t>
      </w:r>
    </w:p>
    <w:p>
      <w:r>
        <w:rPr>
          <w:i/>
        </w:rPr>
        <w:t>Első szerkesztett könyvkézirat</w:t>
      </w:r>
    </w:p>
    <w:p>
      <w:r>
        <w:rPr>
          <w:sz w:val="18"/>
        </w:rPr>
        <w:t>A történetekben és számpéldákban szereplő összegek az eredeti írások idejét tükrözik. Nem mai árak, jövedelmi határok vagy aktualizált szabályok. A források és a kiadás előtt ellenőrizendő adatok külön szerkesztői jegyzékben szerepelnek.</w:t>
      </w:r>
    </w:p>
    <w:p>
      <w:pPr>
        <w:pStyle w:val="Heading2"/>
      </w:pPr>
      <w:r>
        <w:t>A fejezet részei</w:t>
      </w:r>
    </w:p>
    <w:p>
      <w:pPr>
        <w:spacing w:after="120"/>
      </w:pPr>
      <w:r>
        <w:t>1. Neked mit jelent a pénz?</w:t>
      </w:r>
    </w:p>
    <w:p>
      <w:pPr>
        <w:spacing w:after="120"/>
      </w:pPr>
      <w:r>
        <w:t>2. Amit a pénztől várunk</w:t>
      </w:r>
    </w:p>
    <w:p>
      <w:pPr>
        <w:spacing w:after="120"/>
      </w:pPr>
      <w:r>
        <w:t>3. Gazdagnak lenni vagy gazdagnak látszani</w:t>
      </w:r>
    </w:p>
    <w:p>
      <w:pPr>
        <w:spacing w:after="120"/>
      </w:pPr>
      <w:r>
        <w:t>4. Mennyi az elég?</w:t>
      </w:r>
    </w:p>
    <w:p>
      <w:pPr>
        <w:spacing w:after="120"/>
      </w:pPr>
      <w:r>
        <w:t>5. Az időd és a szabadságod ára</w:t>
      </w:r>
    </w:p>
    <w:p>
      <w:pPr>
        <w:spacing w:after="120"/>
      </w:pPr>
      <w:r>
        <w:t>6. A takarékosság másik oldala</w:t>
      </w:r>
    </w:p>
    <w:p>
      <w:pPr>
        <w:spacing w:after="120"/>
      </w:pPr>
      <w:r>
        <w:t>7. Biztonság, függetlenség, tudatosság</w:t>
      </w:r>
    </w:p>
    <w:p>
      <w:pPr>
        <w:spacing w:after="120"/>
      </w:pPr>
      <w:r>
        <w:t>8. A pénz mások életében is eszköz</w:t>
      </w:r>
    </w:p>
    <w:p>
      <w:pPr>
        <w:spacing w:after="120"/>
      </w:pPr>
      <w:r>
        <w:t>9. Neked is sikerül változtatni</w:t>
      </w:r>
    </w:p>
    <w:p>
      <w:r>
        <w:br w:type="page"/>
      </w:r>
    </w:p>
    <w:p>
      <w:pPr>
        <w:pStyle w:val="Heading1"/>
      </w:pPr>
      <w:r>
        <w:t>1. Neked mit jelent a pénz?</w:t>
      </w:r>
    </w:p>
    <w:p>
      <w:pPr>
        <w:pStyle w:val="Heading2"/>
      </w:pPr>
      <w:r>
        <w:t>Szabadság, biztonság, kényelem — vagy valami más?</w:t>
      </w:r>
    </w:p>
    <w:p>
      <w:r>
        <w:t>Akár tetszik, akár nem, a pénz jobban meghatározza a földi létünket, mint bármi más.  Akár a megléte, akár a hiánya, akár a bősége mindig befolyásolja az életünket, az életminőségünket, a döntéseinket, az értékítéletünket, hogy mit tartunk fontosnak és mire áldozzuk az életidőnket.</w:t>
      </w:r>
    </w:p>
    <w:p>
      <w:r>
        <w:t>A pénz hiánya vagy túlzott szeretete miatt dolgozunk és gyakran olyan munkát végzünk, amit csak azért teszünk meg, szükségünk van a pénzre vagy még több pénzre. (Szerencsés ember az, aki azt csinálja, amit szeret és még pénzt is keres vele. De ők azok, akik kisebbségben vannak.) A legdrágább, pótolhatatlan kincsünket, az életidőnket áldozzuk arra, hogy pénzt keressünk, amiből aztán szükséget, vágyat, kényelmet, álmot elégítünk ki.</w:t>
      </w:r>
    </w:p>
    <w:p>
      <w:r>
        <w:t>Nagyon sokan vannak, akik imádják a pénzt és legalább ennyien szívből gyűlölik is. Rossz a kapcsolatuk a pénzzel, úgy érzik, soha nincs belőle elég, túl sokat kell aggódni miatta, nem tudják rendesen kezelni, túl sokat költenek belőle és így tovább.</w:t>
      </w:r>
    </w:p>
    <w:p>
      <w:r>
        <w:t>A rossz kapcsolatokból az emberek menekülni szoktak, a rossz hír az, hogy ebből a kapcsolatból nem tudsz kilépni, ezt a kapcsolatot kénytelen vagy helyrehozni, hogy jól és egészségesen együtt tudjatok élni, te és a pénzed. Az életedben a leghosszabb kapcsolatod a pénzeddel van.</w:t>
      </w:r>
    </w:p>
    <w:p>
      <w:r>
        <w:t>Ha  az embereket megkérik, hogy mondják ki azt, ami legelőször eszükbe jut a pénzről, a legtöbb esetben az alábbiak valamelyikét szokták mondani:</w:t>
      </w:r>
    </w:p>
    <w:p>
      <w:pPr>
        <w:keepNext/>
      </w:pPr>
      <w:r>
        <w:rPr>
          <w:b/>
        </w:rPr>
        <w:t>Szabadság</w:t>
      </w:r>
    </w:p>
    <w:p>
      <w:r>
        <w:t>A szabadság meghatározása: valamit (vagy bármit) megtenni korlátozások és akadályoztatások nélkül.</w:t>
      </w:r>
    </w:p>
    <w:p>
      <w:r>
        <w:t>Sok embernek a pénz birtoklása a szabadság érzetét adja, mert azt csinál és ott, ahol csak szeretné, a pénz hiánya nem korlátozza ebben. Elutazhat akárhová, megvehet bármit és így tovább.</w:t>
      </w:r>
    </w:p>
    <w:p>
      <w:r>
        <w:t>Gyakran az emberek nem veszik észre, hogy ez a szabadság érzete rengetegbe kerül és gyakran pont ezek az emberek kerülnek bele a legnagyobb csapdába: túl sokat kell dolgozniuk, hogy utána elhihessék magukról, hogy ők olyan gazdagok és szabadok, hogy bármit megtehetnek.</w:t>
      </w:r>
    </w:p>
    <w:p>
      <w:r>
        <w:t>Ha neked elsősorban vagy akár kizárólagosan pénz kell ahhoz, hogy szabadnak érezd magad, akkor valószínűleg rossz úton jársz. A szabadsághoz pénz is kell, de ha az idődet kell túl nagy mértékben eladnod azért, hogy úgymond szabadnak érezhesd magad, hogy bármit megvehess vagy bárhová elutazz, akkor te rabja leszel a pénznek és nem az fog szolgálni téged.</w:t>
      </w:r>
    </w:p>
    <w:p>
      <w:r>
        <w:t>Írta valaki, hogy erre akkor jött rá, amikor a puccos teniszklubban a partnerei soha nem értek rá játszani, mindig le kellett mondaniuk a mérkőzést, mert túlórázni kellett, bejött egy halaszthatatlan tárgyalás vagy határidő és az egyórás meccs után is rohanniuk kellett tovább, mint a mérgezett egereknek, soha nem értek rá semmire.</w:t>
      </w:r>
    </w:p>
    <w:p>
      <w:r>
        <w:t>Ezzel szemben a lakótelepen az ingyenes teniszpályán a haverok mindig ráértek játszani egy jót. Ezek az embereknek nem volt annyi pénze, hogy akár csak a puccos teniszklubban az éves tagdíjat kifizessék, ezzel szemben viszont élni ráértek. S ekkor gondolkodott el az író, vajon ki éli jobban az életét.</w:t>
      </w:r>
    </w:p>
    <w:p>
      <w:r>
        <w:t>Biztonság: Nagyon sok embernek a pénz biztonságot jelent vagyis szabadságot a veszélyektől és az (anyagi) fenyegetettség-érzéstől. Ők szemben az előző csoporttól, akik gyakran erő felett is költenek a szabadságérzés reménye miatt, ez a csoportra jellemzőbb a megtakarítás vagy legalábbis annak a vágya.</w:t>
      </w:r>
    </w:p>
    <w:p>
      <w:r>
        <w:t>Kényelem: Másoknak a pénz a kényelem megvásárlásának a lehetőségét jelenti: nagyobb ház, első osztályon utazás a repülőn, luxusautó vásárlása, a gyerekek jobb iskolába járatása és így tovább.</w:t>
      </w:r>
    </w:p>
    <w:p>
      <w:r>
        <w:t>Hatalom és befolyás: vannak emberek, akik szerint a pénz a hatalom és a befolyás megszerzésének az eszköze. Ezeknek az embereknek a hatalom a fő cél, a pénzt csak ehhez szükséges eszköznek gondolják.</w:t>
      </w:r>
    </w:p>
    <w:p>
      <w:r>
        <w:t>Társadalmi státusz: sok ember szeretne elismerést és megbecsülést kapni másoktól, ennek legjobb módjának a társadalmi státuszt látják, azt gondolják, ha felkapaszkodnak azon a képzeletbeli társadalmi ranglétrán, mindenki csodálni fogja őket. Ők azok, akik mások miatt vesznek drága autót és házat, akár az erejükön felett is. A pontos megfogalmazás, hogy maguk miatt, hiszen ők sóvárognak elfogadásra és elismerésre, de ezt másoktól szeretnék megkapni a vagyontárgyaik miatt.</w:t>
      </w:r>
    </w:p>
    <w:p>
      <w:r>
        <w:t>Boldogság: sokan a boldogságot keresik a pénzben és az abban megvehető dolgokban, nekik a pénz nem csak egy eszköz valamihez, mint a fenti csoportoknak, hanem maga a cél, pontosabban a pénz bőségétől várják az életükben a boldogság és megelégedés-érzést.</w:t>
      </w:r>
    </w:p>
    <w:p>
      <w:r>
        <w:t>Természetesen az évek alatt változik, hogy ugyanannak az embernek mit jelent a pénz. Amíg hiányt él át, addig a pénz biztonságot jelent. Ha már jobban áll anyagilag, a pénz a luxust, az önmaga kényeztetését jelenti. Később, ha még több pénze van, elkezdhet hatalomra vágyni, ha pedig már túl van mindenen, mint család, gyerekek, amitől az emberek a boldogságot szokták várni és még mindig nem elégedett, elkezdheti keresni a boldogságot a pénzben és így tovább.</w:t>
      </w:r>
    </w:p>
    <w:p>
      <w:r>
        <w:t>Az is lehet, hogy valakinek a pénz egyszerre jelenti a szabadságot és a biztonságot.</w:t>
      </w:r>
    </w:p>
    <w:p>
      <w:r>
        <w:t>Tehát a pénzhez való viszonyunk egyáltalán nem állandó az életünk során, de érdemes egy pillanatra elgondolkodni, mit is jelent a pénz neked. Ez egyszerre mutatja meg a kapcsolatodat a pénzzel és ad lehetőséget, hogy átgondold, jól viszonyulsz-e a pénzhez.</w:t>
      </w:r>
    </w:p>
    <w:p>
      <w:r>
        <w:t>Tévútra akkor kerülünk a pénzzel kapcsolatban, ha nem annak látjuk és kezeljük, ami: egyszerűen csak pénznek. A pénz csak egy eszköz, amit felhasználhatunk a céljainkra vagy támogathatunk másokat a céljaik elérésében. Gyakran nem is pénzben van a probléma, hanem a céljainkban: a társadalmi státusz vagy hatalom utáni vágyunkban, az önkényeztetést vagy a rosszul értelmezett szabadságot az élet értelmének tartó gondolkodásmódunkban.</w:t>
      </w:r>
    </w:p>
    <w:p>
      <w:r>
        <w:t>Neked mit jelent a pénz?</w:t>
      </w:r>
    </w:p>
    <w:p>
      <w:pPr>
        <w:pStyle w:val="Heading2"/>
      </w:pPr>
      <w:r>
        <w:t>Öt tévút a pénzhez való viszonyunkban</w:t>
      </w:r>
    </w:p>
    <w:p>
      <w:r>
        <w:t>A pénz egy remek eszköz az anyagi szükségeink betöltésére, sőt az egyetlen erre megfelelő eszköz. A pénz hozzásegít, hogy anyagilag sikeresen és kényelmesen éld az életed, ezért fontos, hogy mindig legyen belőle elég.</w:t>
      </w:r>
    </w:p>
    <w:p>
      <w:r>
        <w:t>Azonban nagyon sokan a pénzt nem egy eszközként kezelik, hanem célként és olyan dolgokat akarnak pénzzel megoldani, amire az alkalmatlan. Pedig a pénz nem az életünk célja, nem a boldogságunk és elégedettségünk forrása, nem a pénz ad értelmet a mindennapjainknak és nem a pénz segít át bennünket a lelki problémákon vagy megpróbáltatásokon.</w:t>
      </w:r>
    </w:p>
    <w:p>
      <w:r>
        <w:t>Amikor az ember többet vár el a pénztől, mint kizárólag a fizikai szükségeinek a betöltését, gyakran tévútra kerül az élete a pénzzel kapcsolatban.</w:t>
      </w:r>
    </w:p>
    <w:p>
      <w:r>
        <w:t>Milyen jelei lehetnek ennek?</w:t>
      </w:r>
    </w:p>
    <w:p>
      <w:pPr>
        <w:keepNext/>
      </w:pPr>
      <w:r>
        <w:rPr>
          <w:b/>
        </w:rPr>
        <w:t>1, Mindig vásárolsz, ha szomorú/feldobott/magányos vagy.</w:t>
      </w:r>
    </w:p>
    <w:p>
      <w:r>
        <w:t>Vannak, akik azonnal vásárlásba menekülnek, ha magányosnak érzik magukat, vagy veszekedtek a partnerükkel, depressziósak vagy éppen sikerült egy jó üzletet megkötni. Egy idő után kialakulhat egy olyan állapot, amit angolul shopaholic-nak hívnak az alkoholizmus és a vásárlás szóból megalkotva. Ilyenkor a vásárlás már szenvedélybetegséggé válik, sokan a vásárlásba menekülnek a problémáik elöl, ahelyett hogy a valódi megoldást keresnék meg a gondjaikra.</w:t>
      </w:r>
    </w:p>
    <w:p>
      <w:pPr>
        <w:keepNext/>
      </w:pPr>
      <w:r>
        <w:rPr>
          <w:b/>
        </w:rPr>
        <w:t>2, Az ember annyit ér, amennyi pénze van.</w:t>
      </w:r>
    </w:p>
    <w:p>
      <w:r>
        <w:t>Mások, akik önértékelési problémával küzdenek, a pénzt bizonyítási kényszerből hajszolják. A pénzt és a vagyont tekintik sikernek, azt remélik, hogy a vagyonuk miatt az emberek többre fogják értékelni őket, mint másokat. Egészen pontosan azt remélik, hogy a vagyonuk miatt az emberek őket is fogják értékelni. (Legtöbbször önelvetés és kisebbrendűségi érzés van az ilyen nagyzolás mögött.)</w:t>
      </w:r>
    </w:p>
    <w:p>
      <w:r>
        <w:t>Van egy jó hírem: semmi köze a vagyonodnak ahhoz, hogy mennyit érsz, mint ember. Lehetsz szerető apa, értékes anya, a társadalom hasznos tagja szegényen is és egy haszontalan eleme ugyanennek a társadalomnak gazdagon is. Az önértékelési gondjaidat sem a pénz fogja megoldani, ellenben egy jó pszichológus sokat tud segíteni, hogy elfogadd magad és értékes emberként tekints magadra. Mert az is vagy.</w:t>
      </w:r>
    </w:p>
    <w:p>
      <w:pPr>
        <w:keepNext/>
      </w:pPr>
      <w:r>
        <w:rPr>
          <w:b/>
        </w:rPr>
        <w:t>3, Ha sok pénzem lesz, boldog ember leszek.</w:t>
      </w:r>
    </w:p>
    <w:p>
      <w:r>
        <w:t>Amíg az embernek nincs meg valamije, ráfoghatja, hogy azért nem boldog az élete, mert az a valami még hiányzik. Ha gazdag leszek, akkor majd elégedett leszek és boldog, vallják sokan.</w:t>
      </w:r>
    </w:p>
    <w:p>
      <w:r>
        <w:t>Aztán amikor eléred azt a szintet anyagilag, amit kitűztél célként, rádöbbensz, hogy még mindig ugyanolyan boldogtalan vagy, mint voltál előtte. Mert olyat vártál el a pénztől, amit nem tud megadni: boldogságot és az életednek értelmet. S ezt se az első százmillió, se a második százmillió, de még a harmadik milliárd sem tudja megadni neked. Ahogy az úszómedence, a nagy autó és a hatalmas ház sem.</w:t>
      </w:r>
    </w:p>
    <w:p>
      <w:pPr>
        <w:keepNext/>
      </w:pPr>
      <w:r>
        <w:rPr>
          <w:b/>
        </w:rPr>
        <w:t>4, Félsz, hogy kimaradsz</w:t>
      </w:r>
    </w:p>
    <w:p>
      <w:r>
        <w:t>Volt egy dal régen: "Ha elmúlik a fiatalságom, mi marad nekem?". Nagyon jól kifejezi ez az egy sor sok ember hozzáállását az élethez. Élj a mának, hiszen csak egy életed van, minden percét ki kell élvezni, vallják sokan.</w:t>
      </w:r>
    </w:p>
    <w:p>
      <w:r>
        <w:t>Ezért kell minden pénzt elkölteni élmények vásárlására az életed minden pillanatában. Távol-keleti nyaralások, partik, kirándulások, nagy étkezések drága éttermekben és egyáltalán minden élmény és impulzus begyűjtése mindennap, amit csak pénzen meg lehet venni.</w:t>
      </w:r>
    </w:p>
    <w:p>
      <w:r>
        <w:t>Az ilyen ember minden pénzét élményekre költi, mert retteg attól, hogy valamiből kimarad, ha kihagy bármit is az életéből. A pénzért itt is tulajdonképpen értelmet akar venni az élete számára, de rá kell jönnöd, hogy az pénzen vett élmények sem adnak értelmet az életednek.</w:t>
      </w:r>
    </w:p>
    <w:p>
      <w:pPr>
        <w:keepNext/>
      </w:pPr>
      <w:r>
        <w:rPr>
          <w:b/>
        </w:rPr>
        <w:t>5, A pénz beszennyez</w:t>
      </w:r>
    </w:p>
    <w:p>
      <w:r>
        <w:t>A másik véglet, amikor az ember felismeri, hogy a pénz nem tudja megoldani az élete problémáit, ezért a pénzt kezdi el hibáztatni a problémákért.</w:t>
      </w:r>
    </w:p>
    <w:p>
      <w:r>
        <w:t>Ezért aszketizmusba menekül, elutasít mindent, ami az anyagi javakkal összefüggésben van. A pénz beszennyez, rossz emberré, önzővé tesz, ez elől csak úgy lehet megmenekülni, ha teljesen megtagadjuk az anyagi javakat.</w:t>
      </w:r>
    </w:p>
    <w:p>
      <w:r>
        <w:t>Ez ugyanakkora hiba, mint a pénzre, mint életcélra tekinteni. Ahogy a pénz birtoklása nem tesz boldoggá, a pénz elutasításától sem leszel egy másodpercig sem jobb ember. Maximum egy fanatikus, becsavarodott és besavanyodott aszkéta leszel, semmi több.</w:t>
      </w:r>
    </w:p>
    <w:p>
      <w:r>
        <w:t>Mert a pénz továbbra is csak egy eszköz a fizikai szükségeid betöltésére. Se nem több, se nem kevesebb. Ha akként tekintesz rá és arra használod, amire való, teljesebbé és könnyebbé teszi az életed. De amint már mást vársz el tőle, súlyos tévútra terelheted az egész életed.</w:t>
      </w:r>
    </w:p>
    <w:p>
      <w:r>
        <w:t>Fontos különbség: nem arról van szó, hogy a pénz rossz dolog, vagy hogy nem lenne könnyebb elég pénzzel élni, mint nélküle, vagy ne lenne jobb gazdagnak lenni, mint szegénynek, hogy baj lenne az élményekkel vagy egy szép autóval. Teljesen mást jelent az, hogy a pénz nem tesz boldoggá és az, hogy nem boldogít. Nem véletlenül írtam az előbbit.</w:t>
      </w:r>
    </w:p>
    <w:p>
      <w:pPr>
        <w:pStyle w:val="Heading2"/>
      </w:pPr>
      <w:r>
        <w:t>A fejünkben nem minden forint ugyanannyit ér</w:t>
      </w:r>
    </w:p>
    <w:p>
      <w:r>
        <w:t>A pénz egy nagyon jól mérhető eszköz. Ezer forint az ezer forintot ér, ha elköltjük, ezer forinttal leszünk szegényebbek. Ha elköltjük erre, nem tudjuk többé elkölteni arra. Látszólag ennél egyszerűbb dolog a világon nincs.</w:t>
      </w:r>
    </w:p>
    <w:p>
      <w:r>
        <w:t>Nem is lenne, ha nem emberek lennénk. A pénzügyi döntéseink zöme egyáltalán nem racionális. Otthon iszunk kávét, hogy megspóroljunk ötszáz forintot a kávézóban vett kávé árához képest, miközben nyaralás közben ugyanezért a kávéért kifizetünk 1.500 forintot is szívfájdalom nélkül a hotelben.</w:t>
      </w:r>
    </w:p>
    <w:p>
      <w:r>
        <w:t>Órákat rágódunk, hogy a legolcsóbban megússzuk a nappali kanapéjának a beszerzését, közben bőrüléssel kérjük az új autónkat, mert az csak négyszázezerrel drágább, ami az autó árához képest elenyésző többlet. Pedig négyszázezer forint akkor is négyszázezer forint, ha a nappalinkra költjük és akkor is, ha az autónkra.</w:t>
      </w:r>
    </w:p>
    <w:p>
      <w:r>
        <w:t>Hamarabb megveszünk egy inget, ha 15 ezerről van leértékelve 10 ezerre, mintha eleve 10 ezer forintért adnák s gyakran inkább választjuk a leértékeltet akkor is, ha a józan eszünk szerint a nem leértékelt ugyanolyan áron jobb minőség. De míg az elsőnél a hasznot látjuk, amit megspóroltunk, a másodiknál csak a kiadást, amit elköltünk egy ingre. Az első esetben gyakran nem sokat gondolkodnak az emberek, hiszen mindenki szeret jól járni. A második esetben sokat gondolkodunk azon, ér-e az az ing egyáltalán tízezret, nincs-e nevetségesen túlárazva.</w:t>
      </w:r>
    </w:p>
    <w:p>
      <w:r>
        <w:t>Ha az étteremben vacsorázást étkezésként fogjuk fel, rosszul érezzük magunkat, hogy ennyi pénzt kidobtunk az ablakon egy vacsoráért. Ezért inkább szórakozásként tekintünk rá és már mindjárt nem is fáj annyira ugyanez az összeg.</w:t>
      </w:r>
    </w:p>
    <w:p>
      <w:r>
        <w:t>Ilyenkor az összegeket nem racionális alapon, hanem érzelmi alapon könyveljük el. Év közben a kávé csak egy szükséglet, ezért drága ötszáz forintért inni egyet útközben vagy a munkahelyünkön. Nyaralás alatt másként tekintünk ugyanarra a kávéra, ezért fizetjük ki érte a drága napi ár háromszorosát is.</w:t>
      </w:r>
    </w:p>
    <w:p>
      <w:r>
        <w:t>Ugyanez van a bevételi oldalon is: a fizetésünket beosztjuk és igyekszünk okosan elkölteni, ellenben a bónuszt, nyereményt vagy a karácsonyra kapott pénzből sokkal inkább hajlamosak vagyunk luxuscikkeket vagy racionálisan meg nem magyarázható egyéb dolgokat venni.</w:t>
      </w:r>
    </w:p>
    <w:p>
      <w:r>
        <w:t>Sokkal jobban beosztjuk a pénzt, ha különböző borítékokba (bevásárlás, autóköltségek, stb.) tesszük és abból költjük a pénzt. Ez az ismert borítékos módszer.</w:t>
      </w:r>
    </w:p>
    <w:p>
      <w:r>
        <w:t>Egy felmérés szerint ha ráírták a borítékokra a gyerekeink nevét, sokkal kevesebbet költünk a borítékból, mert arra (is) gondolunk, hogy a gyerekeink jövőjét is feléljük részben, amikor ezt a pénzt elköltjük.</w:t>
      </w:r>
    </w:p>
    <w:p>
      <w:r>
        <w:t>Az ember sokkal jobban felelősséget érez a gyerekei miatt, mint mondjuk a saját időskori megfelelője miatt, pedig amikor új autóra költünk nyolcmilliót, miközben még hitel van a házon és nincs nyugdíjmegtakarításunk sem, a saját öregkori magunkat lopjuk meg.</w:t>
      </w:r>
    </w:p>
    <w:p>
      <w:r>
        <w:t>Érdemes megismerni magunkat, hogyan is működünk, sokat segít azon, hogy minél racionálisabban tudjunk bánni a pénzzel és arra költsünk, amire szükségünk van.</w:t>
      </w:r>
    </w:p>
    <w:p>
      <w:pPr>
        <w:pStyle w:val="Heading1"/>
      </w:pPr>
      <w:r>
        <w:t>2. Amit a pénztől várunk</w:t>
      </w:r>
    </w:p>
    <w:p>
      <w:r>
        <w:t>Miután végiggondoltad, mit jelent neked a pénz, jön a nehezebb kérdés: mit vársz tőle? Mert sokszor nem a pénzzel van baj, hanem azzal, amit meg akarunk vásárolni vele.</w:t>
      </w:r>
    </w:p>
    <w:p>
      <w:pPr>
        <w:pStyle w:val="Heading2"/>
      </w:pPr>
      <w:r>
        <w:t>Az életed értelme</w:t>
      </w:r>
    </w:p>
    <w:p>
      <w:r>
        <w:t>Amikor pénzügyekről van szó, arról, hogy gondolj a holnapra is, ne csak a mának élj, mert a jövő el fog jönni, ha szeretnéd, ha nem, mindig vannak többen, akiknek nem akar átmenni az üzenet.</w:t>
      </w:r>
    </w:p>
    <w:p>
      <w:r>
        <w:t>Most vagyok fiatal, most kell élményeket szereznem, mire megyek azzal, ha nyugdíjas papaként/mamaként lesz pénzem? Ha mindig csak spórolok, mikor vezessek gyors autókat, utazgassak a világban és vegyem meg azt, amire vágyom?</w:t>
      </w:r>
    </w:p>
    <w:p>
      <w:r>
        <w:t>Mi lesz akkor, ha ötvenévesen meghalok? Gyütögettem a pénzt, ahelyett, hogy élveztem volna az életet, amíg lehetőségem lett volna rá.</w:t>
      </w:r>
    </w:p>
    <w:p>
      <w:r>
        <w:t>Ez és az ehhez hasonló vélemények nagyon gyakoriak. Az élet értelme veszik el, ha nem élvezzük, amink van. Egy bizonytalan jövő érdekében megfosztjuk magunktól azt, amiért megdolgoztunk. Élj a mának, az a tiéd. Hiszen csak egyszer élsz, miért nem használod ki minden percét?</w:t>
      </w:r>
    </w:p>
    <w:p>
      <w:r>
        <w:t>Mi állhat e mögött a gyakori világlátás mögött?</w:t>
      </w:r>
    </w:p>
    <w:p>
      <w:r>
        <w:t>A legtöbb embernek a legegyszerűbben fogalmazva semmi elképzelése nincs, miért is él. Még soha nem kereste, vagy kereste, de nem találta meg, mi lenne az életének az értelme, a létezésének a célja.</w:t>
      </w:r>
    </w:p>
    <w:p>
      <w:r>
        <w:t>Ha erre a legalapvetőbb (bár nem könnyen megválaszolható) kérdésre nincs válaszom, akkor csak egy megoldás maradhat, a múló pillanat minél teljesebb körű élvezete. Akkor csak egy célom lehet az életben, saját magam minél nagyobb fokú kényeztetése élmények és tárgyak által. Ha az életem nem más, mint nyomorult 80 év, akkor a legbölcsebb, amit tehetek, hogy amennyire rajtam áll, kiélvezem azt. Megveszem mindazt, amit megkívánok és élményeket veszek, amikről remélem, hogy megmaradnak.</w:t>
      </w:r>
    </w:p>
    <w:p>
      <w:r>
        <w:t>Ezt hívják hedonizmusnak és tulajdonképpen ez az egyetlen logikus válasz arra, hogy mit csináljak az életemmel, a fizikai létezésemmel, ha semmi más célt vagy a létezésemnek értelmet nem látok magam előtt.</w:t>
      </w:r>
    </w:p>
    <w:p>
      <w:r>
        <w:t>Az emberek ezért nem értik, miért kellene másként élni, mint a mindenkori pillanat örömét a lehető legnagyobb mértékben kihasználni mindennap. A vagyon és a pénz semmi más, mint ennek az önjutalmazásnak az eszköze. Ebben a világképben a pénz nem valami felhalmozásra való eszköz, hanem csak az út az azonnali jutalmazáshoz.</w:t>
      </w:r>
    </w:p>
    <w:p>
      <w:r>
        <w:t>Ebből a szempontból bármilyen rossz cél az életedben jobb, mintha semmi célod nem lenne. Ha a csíkosfarkú mókusok megmentésére teszed fel az életed, s arról később kiderül, hogy nem volt a legjobb életcél, még az is gyümölcsözőbbé teszi az életed, mintha csak léteznél 80-90 éven át.</w:t>
      </w:r>
    </w:p>
    <w:p>
      <w:r>
        <w:t>A másik rossz válasz ugyanerre a témakörre az aszketizmus. Ez a tökéletes ellentéte a hedonizmusnak. Az ember rájön, hogy a pénzen vehető álboldogság nem igaz, ezért mindent megtagad, ami az anyagi világgal kapcsolatos. Az anyagi dolgok, az élmények rosszak lesznek, amelyek csak beszennyezik a magasabbrendű embert, a test gyötrésével, az anyagi világ megtagadásával akar valami értelmet találni a világban. (Ez nem keverendő össze a zsugorisággal, a zsugori egyszerűen jobban szereti a pénzt, vagy a pénz birtoklását, mint az érte kapható javakat.)</w:t>
      </w:r>
    </w:p>
    <w:p>
      <w:r>
        <w:t>Mint általában minden szélsőség, mindkét dolog egyértelműen rossz válasz egy problémára. Fontos, hogy élvezd az életet, hogy örömöt találj benne, szerezz élményeket, vásárolj szép dolgokat, de ugyanilyen fontos, hogy rájöjj, nem az élvezetekben és a tárgyak birtoklásában van az élet értelme.</w:t>
      </w:r>
    </w:p>
    <w:p>
      <w:r>
        <w:t>Az élmények és a tárgyak nem értelmet adnak az életednek, csak színesebbé és élvezhetőbbé teszik azt. Ne keverd össze az eszközt a céllal.</w:t>
      </w:r>
    </w:p>
    <w:p>
      <w:r>
        <w:t>Van egy ismerős pár, akik az étkezésből csinálnak bálványt és ünnepet. Minden alkalmat megragadnak, hogy étterembe mehessenek, vagy hatalmas lakomát csapjanak otthon tíz fogással. Ők azért élnek, hogy ehessenek, míg más azért eszik, hogy élhessen. Sajnos ez a hozzáállás a testsúlyukban is nagyon meglátszik, csodálkoznék, ha megélnék az öregkort. Fontos, hogy egyél jókat és élvezd az ízeket, de ne az étkezésért élj, mert az nem a cél, csak egy eszköz az életben maradásodhoz.</w:t>
      </w:r>
    </w:p>
    <w:p>
      <w:r>
        <w:t>Nagyon sokan ugyanígy vannak a pénzzel. Nem eszközként, hanem az életük céljaként tekintenek rá és mindarra, ami pénzért megvehető.</w:t>
      </w:r>
    </w:p>
    <w:p>
      <w:r>
        <w:t>Soha nem leszel boldog és soha nem találod meg a választ az esetleg fel sem tett kérdéseidre még több és még drágább tárgyak vagy élmények birtoklásával.</w:t>
      </w:r>
    </w:p>
    <w:p>
      <w:r>
        <w:t>Olvastam, hogy a világon a legtöbb drogos arányaiban Hollywoodban van. Amíg az embernek hiánya van valamiből, áltathatja magát azzal, hogy majd boldog leszek, ha gazdag leszek, vagy ha híres leszek. Aztán amikor már gazdag lesz és híres és még mindig nem lett boldog, akkor nyúl a drogok után. Vannak milliárdosok is, akik már nem tudják mit csináljanak kínjukban. Még nagyobb autó, helikopter, talán veszek egy repülőt, az tesz majd boldoggá. Korrupt politikusok, akik nem tudják már hogyan dőzsöljenek. Hatcsillagos luxusszálló a Közel-Keleten, felkapott éjszakai szórakozóhelyeken átmulatott drogos éjszakák, drága ruhák, táskák és utazások és a többi kellék.</w:t>
      </w:r>
    </w:p>
    <w:p>
      <w:r>
        <w:t>Ezek mind csak kínlódások, amikor nem fogják fel az emberek, hogy a még több pénz, a még drágább autó és a még több pénzszórás sem fogja jobbá tenni az életüket. Hiába mész még messzebb és még messzebb egy téves úton, nem fogsz eljutni oda, ahová szeretnél.</w:t>
      </w:r>
    </w:p>
    <w:p>
      <w:r>
        <w:t>Ne irigyeld az ilyen embereket, igazából szánakozni kell rajtuk. Bár selyempárnák között, de nyomorultan és üresen fogják befejezni az életüket.</w:t>
      </w:r>
    </w:p>
    <w:p>
      <w:r>
        <w:t>Mindez nem jelenti azt, hogy ne lehetne értelme az életednek, csak mert gazdag ember vagy, vagy jó lenne az életed, csak azért mert szegény vagy. Csak még mielőtt valaki félreértené.</w:t>
      </w:r>
    </w:p>
    <w:p>
      <w:r>
        <w:t>Nem a pénz hiánya, vagy a pénz bősége tesz téged jó vagy rossz emberré. A pénz semmi több, mint egy eszköz, amivel ideális esetben a fizikai szükségleteidet kielégíted. Ahogy a konyhakés sem gonosz, vagy jó, csak azért mert embert ölnek vele, vagy kenyeret szelnek az éhezőknek, ugyanígy van a pénzzel is. Lehetsz gazdag adakozó és szegény kapzsi és pénzéhes ember.</w:t>
      </w:r>
    </w:p>
    <w:p>
      <w:r>
        <w:t>Az is gyakori tévedés, hogy a pénz rontja meg az embert. Nem, a pénz vagy annak a hiánya csak felnagyítja a jellemedben lévő hibákat vagy erényeket.</w:t>
      </w:r>
    </w:p>
    <w:p>
      <w:r>
        <w:t>Megmutatja, milyen is vagy valójában, ha már nem másoktól függ az anyagi megélhetésed. Az emberek nem a pénztől lesznek elviselhetetlen, beképzelt tuskók, mindig is ilyenek voltak legbelül, csak a pénz megléte a felszínre hozta ezt.</w:t>
      </w:r>
    </w:p>
    <w:p>
      <w:r>
        <w:t>Másik embert a sok pénz még inkább adakozóvá teszi. Ő se a pénztől lett nagylelkű, előtte is az volt.</w:t>
      </w:r>
    </w:p>
    <w:p>
      <w:r>
        <w:t>Egy ember, akit mindenki kedvelt, rossz anyagi körülmények közé kerülve kiállhatatlan, ellenséges és gyűlölködő lett. A pénz hiánya mutatta meg, milyen is ő a lelke mélyén, amikor a jólét nem fedi el a belső valóját.</w:t>
      </w:r>
    </w:p>
    <w:p>
      <w:r>
        <w:t>Érdemes megnézned, helyén kezeled-e a pénzt. A pénz csak egy eszköz az életedben, vagy attól várod a választ az életed kérdéseire? A fizikai szükségeid betöltésére használod a pénzt (amire való), vagy a lelki-érzelmi szükségeidet akarod kielégíteni vele? Elfogadást, megbecsülést, tiszteletet akarsz venni pénzért kapható dolgokért? Pénzzel akarsz értelmet adni a létezésednek?</w:t>
      </w:r>
    </w:p>
    <w:p>
      <w:r>
        <w:t>A pénz önmagában jó dolog, de jó dolgokra éppúgy tudod használni, mint gonosz dolgokra.</w:t>
      </w:r>
    </w:p>
    <w:p>
      <w:r>
        <w:t>Sokszor találkozom ezzel a gondolkodással. Érdemes végiggondolnod, hogy helyén kezeled-e a pénzt az életedben, hogy arra használd a pénzt, amire való és csak annyit várj el tőle, amennyit adni tud az életedhez.</w:t>
      </w:r>
    </w:p>
    <w:p>
      <w:pPr>
        <w:pStyle w:val="Heading2"/>
      </w:pPr>
      <w:r>
        <w:t>Miért akarsz gazdag lenni?</w:t>
      </w:r>
    </w:p>
    <w:p>
      <w:r>
        <w:t>Mindenki szeretne gazdag lenni.</w:t>
      </w:r>
    </w:p>
    <w:p>
      <w:r>
        <w:t>Annak ellenére, hogy gazdagnak lenni nem akkora bóni, mint azt a legtöbben gondolják. Ahogy Jim Carrey mondta: úgy szeretném, ha mindenki gazdag lenne egy időre, hogy rájöhessen, hogy nem ez oldja meg a problémáit.</w:t>
      </w:r>
    </w:p>
    <w:p>
      <w:r>
        <w:t>Ahogy a mondás tartja, a vagyon megszerzése gyakran túl sokba kerül. Feláldozod az egészséged, a családod, a kapcsolataid a vagyon megszerzése miatt. Mi az értelme, hogy havi egy, öt vagy tízmilliót keresel, ha közben napi 14 órát dolgozol, stresszben élsz, éppen most készül elhagyni a harmadik feleséged is és a gyerekeid már látni sem akarnak?</w:t>
      </w:r>
    </w:p>
    <w:p>
      <w:r>
        <w:t>Örülsz-e a százmilliós vagy háromszázmilliós háznak, ha ráment a teljes egészséged, hogy megszerezd azt?</w:t>
      </w:r>
    </w:p>
    <w:p>
      <w:r>
        <w:t>A pénz gyakran olyan, mint a tengervíz: minél többet iszol belőle, annál szomjasabb leszel tőle, ahelyett, hogy megelégítene.</w:t>
      </w:r>
    </w:p>
    <w:p>
      <w:r>
        <w:t>Nagyon sok gazdag van, aki nyomorultnak érzi magát a fentebb említett okok miatt, mert ráment mindene arra, hogy megszerezze a vágyott vagyont.</w:t>
      </w:r>
    </w:p>
    <w:p>
      <w:r>
        <w:t>Sokkal jobban jársz, ha nincs sok pénzed és mégis gazdagnak érzed magad, mint fordítva.</w:t>
      </w:r>
    </w:p>
    <w:p>
      <w:r>
        <w:t>Hogyan tudod gazdagnak érezni magad, ha nem vagy milliomos?</w:t>
      </w:r>
    </w:p>
    <w:p>
      <w:r>
        <w:t>Emlékszel még a fiatal éveidre? Bebarangoltad a kontinenst üres zsebbel, még az is előfordult, hogy padon vagy jobb esetben egy kényelmetlen sátorban aludtál, többedmagaddal, májkrémet ettél száraz kenyérrel, mégis sokkal jobb és maradandóbb élmény volt, mint most, amikor elmész egy másfél milliós nyaralásra.</w:t>
      </w:r>
    </w:p>
    <w:p>
      <w:r>
        <w:t>Kollégiumi bulik megvannak még? Pedig összesen volt talán ötszáz forintod, hogy jól érezd magad. Ma ennek a harmincszorosát is elköltöd egy este és mégsem ad túl sokat.</w:t>
      </w:r>
    </w:p>
    <w:p>
      <w:r>
        <w:t>Jó, ha volt három nadrágod és tiéd volt a világ, ma nem tudod becsukni a szekrényajtót, annyi ruhád van, valahogy mégsem vagy elégedett a ruhatáraddal.</w:t>
      </w:r>
    </w:p>
    <w:p>
      <w:r>
        <w:t>Milyen boldogság volt a húszéves Fiat Uno, ami többször volt rossz, mint jó, mégis mennyire gazdagnak érezted magad, amiért van autód.</w:t>
      </w:r>
    </w:p>
    <w:p>
      <w:r>
        <w:t>Mi változott meg azóta? Miért kell pénz, sőt rengeteg pénz, hogy jól érezd magad, ha egyáltalán sikerül?</w:t>
      </w:r>
    </w:p>
    <w:p>
      <w:r>
        <w:t>S miért akar egyáltalán sok ember gazdag lenni? Gyakori ok a pénzügyi zűrzavar és félelem az életében. Az emberek pénzügyi élete egy nagy felfordulás, máról holnapra élés, frusztráció és rettegés attól, hogy mikor omlik a fejére a sok pénzügyi hiba, amit elkövet és elkövetett.</w:t>
      </w:r>
    </w:p>
    <w:p>
      <w:r>
        <w:t>Ha gazdag lennék, nem kellene rettegnem, hogy mi lesz holnap, tudom-e például fizetni a havi négyszázezres törlesztőjét az erőm felett vásárolt ingatlannak. Kisimulnának a vonásaim, megszűnne a félelem és a frusztráltság, a csalódás és az elégedetlenség a sorsommal.</w:t>
      </w:r>
    </w:p>
    <w:p>
      <w:r>
        <w:t>De van ám egy sokkal egyszerűbb módja is annak, hogy ezek megszűnjenek, mint a gazdaggá válás, ami nehéz is és sok áldozattal is jár: tedd rendbe a pénzügyi életedet, szabadulj meg az erőd feletti vágyaktól vagy rossz esetben már meglévő vagyontárgyaktól, amik miatt anyagi katasztrófa az életed és elégedj meg azzal, amid van.</w:t>
      </w:r>
    </w:p>
    <w:p>
      <w:r>
        <w:t>Az emberek azért is akarnak gazdaggá válni, mert akkor lesz elég pénzük önmaguk kényeztetésére. Az öröm helyett beérjük a szórakozással is, ha üres az életünk, el tudjuk fedni az űrt pénzszórással. Csak a sok dubai út, a sok shoppingolás, a sok szórakozás sok pénzt igényel, ezért akarunk gazdagok lenni, mert akkor hedonista életet élhetünk és soha nem kell szembenéznünk a lelkünk ürességével.</w:t>
      </w:r>
    </w:p>
    <w:p>
      <w:r>
        <w:t>Szintén egy gyakori ok a "rongyrázás", vagyis hogy másokat lenyűgözzünk a létező vagy nem is létező vagyonunkkal, hogy többnek mutathassuk magunkat, mint mások, mert akkor úgy érezzük, hogy különbek vagyunk, mint mások. (A lelki éretlenség, a kisebbrendűségi érzés és egyéb lelki sérülések biztos jele, amikor valaki még felnőttként is mások véleményére építi az önértékelését és éppen ezért akar többnek látszani minél több embernél. Ilyenkor segítségre van szükség, nem egy új BMW-re vagy medencés nagy házra.)</w:t>
      </w:r>
    </w:p>
    <w:p>
      <w:r>
        <w:t>A legtöbb ember soha nem teszi fel a kérdést magának: miért is akarok gazdag lenni? Sőt, mit jelent egyáltalán gazdagnak lenni? Száz emberből 95 szerint gazdagság az, ha sok pénzed van. De valóban ezt jelenti a gazdagság?</w:t>
      </w:r>
    </w:p>
    <w:p>
      <w:r>
        <w:t>Azért futunk a mókuskerékben, vesszük meg a drága autót és a drága házat, mert mindenki más is ezt csinálja és ez jelenti azt, hogy gazdagok vagyunk.</w:t>
      </w:r>
    </w:p>
    <w:p>
      <w:r>
        <w:t>Te miért akarsz gazdag lenni? Miért akarsz még több pénzt? Mennyi pénzt szeretnél még? Honnan fogod tudni, hogy célba értél, ha azt sem tudod, mi a célod?</w:t>
      </w:r>
    </w:p>
    <w:p>
      <w:r>
        <w:t>Van egy szint, amit jó dolog elérni: nem máról holnapra élsz, nem függsz anyagilag senki mástól, nem túlfizetett rabszolgaként élsz, egy gyűlölt munkát végezve, ha bármilyen problémád adódik az elromlott autótól a tetőfelújításig, akkor gond nélkül ki tudod fizetni és így tovább.</w:t>
      </w:r>
    </w:p>
    <w:p>
      <w:r>
        <w:t>Ezt hívják bőségben élésnek. Amikor megvan mindened, ami igazán kell. Nem 30 milliós autóval jársz, nem háromszázmilliós házban laksz, nem a Maldív szigeteken nyaralsz, de igazából anyagi biztonság vesz körül. Ez még nagyon nem a gazdagság állapota.</w:t>
      </w:r>
    </w:p>
    <w:p>
      <w:r>
        <w:t>De efelett már miért hajtasz tovább?</w:t>
      </w:r>
    </w:p>
    <w:p>
      <w:r>
        <w:t>Ezt a kérdést fontos feltenned magadnak.</w:t>
      </w:r>
    </w:p>
    <w:p>
      <w:r>
        <w:t>Volt egy ügyfél, akivel beszélgettünk erről. A cége évi 3-400 milliót hoz, de vajon szüksége van-e ennyi pénzre? (Főleg, hogy a ház és a többi már rég megvan.)</w:t>
      </w:r>
    </w:p>
    <w:p>
      <w:r>
        <w:t>Közben panaszkodott, hogy mekkora a teher és a stressz rajta, a 25 ember mindennapi nyűgje és baja, az ügyfelekkel való hadakozás és így tovább.</w:t>
      </w:r>
    </w:p>
    <w:p>
      <w:r>
        <w:t>Mondtam, hogy miért nem vesz fel egy jól megfizetett ügyvezetőt? Mert az nem vinné ennyire lelkiismeretesen a céget.</w:t>
      </w:r>
    </w:p>
    <w:p>
      <w:r>
        <w:t>S mi lenne, ha a mostani 300 millió helyett csak évi 150 millió lenne a profit, de neki cserébe szabad lenne az élete?</w:t>
      </w:r>
    </w:p>
    <w:p>
      <w:r>
        <w:t>Miben változna az életszínvonala? Lenne-e bármi, amiről le kellene mondania?</w:t>
      </w:r>
    </w:p>
    <w:p>
      <w:r>
        <w:t>Vagy megfordítva: jobban él-e most, mint akkor, amikor még csak 150 milliót termelt ki a cége?</w:t>
      </w:r>
    </w:p>
    <w:p>
      <w:r>
        <w:t>Természetesen keveseknek termel a cége évi akár csak ötvenmillió forintot is, de ezt a kérdést úgy is felteheted magadnak, hogy megéri-e a másfél milliós fizetés, ha annak napi 14 óra stressz az ára, ha a feléből is kényelmesen elél a család és még félre is tudtok tenni? Tényleg kell-e a másodállás, csak azért, hogy jobb autót vehess majd magadnak és drágább helyre menjetek nyaralni azzal a családdal, akit soha nem látsz, mert éjt nappallá téve dolgozol?</w:t>
      </w:r>
    </w:p>
    <w:p>
      <w:r>
        <w:t>Érdemes feltenned magadnak a kérdést: mit is jelent igazán gazdagnak lenni és miért akarok én gazdag lenni? Mi az ára és mi a haszna annak, ha még 10-20-100-200 millióval több pénzem lesz néhány év múlva? Vagy 12 éves autó helyett újat vehetek és a Mátra helyett a Kanári szigeteken nyaralhatok.</w:t>
      </w:r>
    </w:p>
    <w:p>
      <w:r>
        <w:t>Mert ahogy a mondás tartja, a vagyon megszerzése gyakran túl sokba kerül.</w:t>
      </w:r>
    </w:p>
    <w:p>
      <w:r>
        <w:t>Ez nem annak szól, aki minimálbérből él máról holnapra, vagy azt szeretné, hogy a hónap végén is maradjon pénze ennivalóra. A bőség szintjének elérése fontos cél. A kérdés az, miért hajtasz tovább akkor is, amikor a szükségeid már be vannak töltve. Ehhez nem kell százmilliós ház vagy nagy cég: a te szinteden lehet egy olyan beosztás is, ami túl sok energiát szív ki belőled.</w:t>
      </w:r>
    </w:p>
    <w:p>
      <w:pPr>
        <w:pStyle w:val="Heading2"/>
      </w:pPr>
      <w:r>
        <w:t>Boldogság mindenek felett?</w:t>
      </w:r>
    </w:p>
    <w:p>
      <w:r>
        <w:t>Olvastam egy tanulmányt, miszerint az ókori kultúrákban a mai értelemben vett boldogság szó nem is volt ismert vagy ha az is volt, szinte soha nem használták. Kíváncsiságból végignéztem a Bibliát, különösen az Ószövetséget és tényleg.</w:t>
      </w:r>
    </w:p>
    <w:p>
      <w:r>
        <w:t>Bár a magyar fordításban többször is szerepel a boldogság szó, a héberben nem. A Zsoltár 68:7-ben jólét, bőség értelemben a kisemmizett száműzöttek sorsfordulására utal, vagyis pusztán csak a nélkülözők jólétbe kerüléséről van szó, a Mikeás 2:9-ben fordítva, a fényűzésben élők kisemmizéséről beszél, az Ézsaiás 65:14-ben szereplő szót máshol javaknak, jólétnek, jóságnak van fordítva és így tovább.</w:t>
      </w:r>
    </w:p>
    <w:p>
      <w:r>
        <w:t>Ez azért furcsa, mert a mai nyugati kultúrában az élet kulcsfogalma, sőt mindenek feletti célja a "boldogság" lett. Egy nyugati ember számára a boldogság hajszolása az élet célja lett, ez más kultúrákban és más korokban egyáltalán nincs (nem volt) így.</w:t>
      </w:r>
    </w:p>
    <w:p>
      <w:r>
        <w:t>Az eredeti írás idején egyetlen 90 napos időszakban kétezernél több e-book jelent meg az Amazon Kindle kínálatában "happiness" témában. Mindenki azt szeretné tudni, hogy lehet elérni a boldogság állapotát, jelentsen ez a kifejezés bármit is.</w:t>
      </w:r>
    </w:p>
    <w:p>
      <w:r>
        <w:t>Egy tanulmány szerint minél inkább depressziós egy személy vagy egy társadalom, annál nagyobb értéket tulajdonít a boldogságnak és annál fontosabbnak tartja annak elérését.</w:t>
      </w:r>
    </w:p>
    <w:p>
      <w:r>
        <w:t>Ennek sajnos az ellentéte is igaz: minél inkább hajszoljuk a boldogságot, annál kevésbé vagyunk elégettek azzal, amink van, így éppen a vágyott boldogság, sőt a csupa nagybetűvel írt BOLDOGSÁG miatt nem tudunk boldogok lenni azzal, amink van.</w:t>
      </w:r>
    </w:p>
    <w:p>
      <w:r>
        <w:t>Egy ideát kergetünk, miközben nem vesszük észre, hogy pont az idea elérésének vágya foszt meg bennünket attól, hogy boldogok legyünk abban a szituációban, amiben vagyunk.</w:t>
      </w:r>
    </w:p>
    <w:p>
      <w:r>
        <w:t>Más kultúrákban a mi boldogságunk helyett a megelégedettséget tartják illetve tartották elérendő dolognak.</w:t>
      </w:r>
    </w:p>
    <w:p>
      <w:r>
        <w:t>Mi a különbség a kettő között? Amig a nyugati boldogság eszméhez külső dolgok folyamatos elérésére van szükség, a megelégedés ezzel szemben egy belső állapot, a további dolgok utáni vágyakozás hiánya.</w:t>
      </w:r>
    </w:p>
    <w:p>
      <w:r>
        <w:t>Ha kapsz egy komoly pénzösszeget ajándékba vagy vettél egy új autót, az boldoggá tesz, de amint zsebre tetted a pénzt vagy használni kezdted az új autót, a boldogságérzés abban a pillanatban elkezd csökkenni és hamarosan újra kell egy külső impulzus, hogy a boldogságod szintje megint emelkedni tudjon. Tehát ez a fajta boldogság folyamatosan újabb és újabb külső impulzust igényel, mert anélkül folyamatosan csökken ez az érzés.</w:t>
      </w:r>
    </w:p>
    <w:p>
      <w:r>
        <w:t>Ezzel szemben a megelégedettség (sok kultúrában békességnek hívják (például héber shalom, arab szálem), ami sokkal több, mint a háborúság hiánya, egy belső megelégedettségre utal) egy stabil állapot, ami független a külső hatásoktól, sőt pont az a lényege, hogy már nem érzed szükségesnek a további külső források bevonását. Akkor vagy elégedett, amikor örülsz annak, amid van és nem arra vágysz, amid nincs.</w:t>
      </w:r>
    </w:p>
    <w:p>
      <w:r>
        <w:t>Az angol szó a megelégedésre a contentment, ami a latin contentus szóból származik, eredetileg mindenféle edényre használták, amiben tartottak valamit vagy egyben tartottak valamit. Ebből alakult ki az a jelentése személyekre, akik magukban teljesek, egyben tartják magukat, nem kell számukra külső megerősítés.</w:t>
      </w:r>
    </w:p>
    <w:p>
      <w:r>
        <w:t>Érdemes ezen elgondolkodni, mert a boldogság utáni vágy foszt meg bennünket a valódi megelégedéstől. Mivel a nyugati kultúra szerves része a folyamatos, még nagyobb boldogságérzés keresése, fontos észrevenni, hogy ez csak egy kulturális szemüveg, amit hasznos levenni, hogy ne ezen a szemüvegen keresztül szemléljük a világot.</w:t>
      </w:r>
    </w:p>
    <w:p>
      <w:pPr>
        <w:pStyle w:val="Heading2"/>
      </w:pPr>
      <w:r>
        <w:t>A boldogság futópadja</w:t>
      </w:r>
    </w:p>
    <w:p>
      <w:r>
        <w:t>Van egy angol kifejezés, a hedonic treadmill, amit nagyon nehéz magyarra lefordítani. Talán élvhajhászat mókuskerekének lehetne fordítani. Amikor mindig teljes erőből futsz, de mégis egyhelyben állsz. (A treadmill futópadot, taposómalmot jelent, a hedonic pedig a hedonista szóban fedezhető fel a magyarban, olyan valaki, aki csak az élményekért él.)</w:t>
      </w:r>
    </w:p>
    <w:p>
      <w:r>
        <w:t>Egy 1971-ben kiadott tanulmányban vezették be a hedonic treadmill vagy hedonic adaptation kifejezést.</w:t>
      </w:r>
    </w:p>
    <w:p>
      <w:r>
        <w:t>A tanulmány szerint a megelégedettséget vagy stabil érzelmi állapotot csak kis ideig tudja kimozdítani egy-egy külső inger vagy befolyás, legyen az pozitív vagy éppen negatív, utána a változás ellenére viszonylag gyorsan visszaáll az eredeti érzelmi állapot.</w:t>
      </w:r>
    </w:p>
    <w:p>
      <w:r>
        <w:t>Kitűzöl magad elé egy célt, legyen az egy új autó vásárlása, megnyerni egy sportversenyt, elutazni Ázsiába. Eléred a célt, amiért heteken-hónapokon-éveken át küzdöttél, majd másnap már érdektelenné is válik az egész, a megelégedettség érzés helyett, amit a cél elérése miatt érezned kellene, csak az ürességet érzed.</w:t>
      </w:r>
    </w:p>
    <w:p>
      <w:r>
        <w:t>Elmész egy bevásárlótúrára, ami feldobja a napod, de másnap már semmi nem marad az élményből, maximum a hitelkártya számlája a hónap végén.</w:t>
      </w:r>
    </w:p>
    <w:p>
      <w:r>
        <w:t>De ez működik fordítva is: elválsz, esetleg kirúgnak a vezetői állásból, oda a nagy fizetés és a céges autó, azonnal pánikba esel, hogy elveszett minden. Aztán furcsa módon néhány hét múlva ugyanolyan boldog vagy éppen boldogtalan vagy, mint voltál a negatív változás előtt.</w:t>
      </w:r>
    </w:p>
    <w:p>
      <w:r>
        <w:t>Sokan nem értik, hogy a lottónyertesek az esetek nagyobb részében hogy képesek mindenüket elveszíteni néhány év alatt. Ebben az alkalmazkodásban vagy hozzászokásban van a titok nyitja. Hirtelen több szinten ugranak életszínvonalban, olyan anyagi helyzetbe kerülve, amiről nem is gondolták, hogy valaha is el fogják érni.</w:t>
      </w:r>
    </w:p>
    <w:p>
      <w:r>
        <w:t>Azonban onnantól az lesz a normális, az addigi luxus lesz az alapelvárás, az életszínvonal emelkedése miatt érzett átmeneti izgalmat és izgatottságot újra az unalom váltja fel és tovább kell fokozni az iramot a futógépen, hogy újabb és újabb pozitív változások érjék őket, ami naponta tudja stimulálni az érzelmeiket. De egy szint után már vagy nincs felfelé, vagy nem tudják azt az életmódot a nyereményből finanszírozni.</w:t>
      </w:r>
    </w:p>
    <w:p>
      <w:r>
        <w:t>A megelégedettség vagy "boldogság" egy folyamat, nem pedig egy érkezési pont, amit elérhetsz. Akkor kerülsz ebbe az állapotba, ha már nem állandó külső ingerek kellenek ahhoz, hogy jól érezd magad.</w:t>
      </w:r>
    </w:p>
    <w:p>
      <w:r>
        <w:t>A megelégedettség érzését megnyerni egy fárasztó folyamat, még akkor is, ha van róla fogalmunk, mit is kellene tennünk ennek érdekében. Ezzel szemben a pillanatnyi öröm sokkal egyszerűbb: veszek egy új telefont, egy új ruhát, elmegyek egy wellness hétvégére, lecserélem az autóm és így tovább.</w:t>
      </w:r>
    </w:p>
    <w:p>
      <w:r>
        <w:t>Hasonló ez, mint a drog. A legtöbb szenvedélybeteg valamilyen problémával küzd. A megoldást a probléma felismerése és legyőzése jelentené, azonban ennél sokkal egyszerűbb pillanatnyi élményt szerezni, ezért a legtöbben ezt is teszik. A drog, az alkohol vagy bármi más semmire nem megoldás, de könnyű hozzáférni és használni, még ha a legvégén nagyon sokba is fog kerülni.</w:t>
      </w:r>
    </w:p>
    <w:p>
      <w:r>
        <w:t>(Nagyon sok alkoholista kigyógyul az alkoholbetegéséből és helyette munkamániássá válik. Mert az eredeti probléma nem lett kezelve, csak a tünet, keres egy másik függőséget, amibe menekülhet. Semmivel nem jobb egy munka megszállottja, mint egy alkoholbeteg, mindkettőnek segítségre lenne szüksége, de a társadalom szemében mégis ez egy pozitív fordulat volt.)</w:t>
      </w:r>
    </w:p>
    <w:p>
      <w:r>
        <w:t>Ha jót akarsz magadnak, szállj le a futópadról, még akkor is, ha a többiek az élet edzőtermében bolondnak néznek. Ha felismered magadban, hogy semmivel nem vagy boldogabb most, mint voltál tíz éve, amikor harmadennyi kütyüd, kacatod és fizetésed volt vagy ha boldogabb is vagy, az nem ezek miatt van, akkor felesleges tovább rohannod a többiekkel. Vedd észre, hogy egyhelyben futottál eddig is.</w:t>
      </w:r>
    </w:p>
    <w:p>
      <w:r>
        <w:t>Fújd ki magad, most hogy már nem rohansz a többiekkel és kezdj el gondolkodni, mi is az, amitől jobb lesz az életed, mert a futópad nem tette azzá. (Az is lehet, hogy az életed teljesen rendben van, csak a társadalmi elvárások és a melletted lévő futópadokon futó többi ember miatt nem jöttél rá erre.)</w:t>
      </w:r>
    </w:p>
    <w:p>
      <w:r>
        <w:t>Ne feledd, soha senkit nem tett még boldoggá az, ha birtokolt valamit.</w:t>
      </w:r>
    </w:p>
    <w:p>
      <w:pPr>
        <w:pStyle w:val="Heading2"/>
      </w:pPr>
      <w:r>
        <w:t>Vásárolni szeretnél vagy birtokolni?</w:t>
      </w:r>
    </w:p>
    <w:p>
      <w:r>
        <w:t>Az emberek egész életükben a boldogságot és megelégedést keresik. Ezért tesznek vagy nem tesznek bizonyos dolgokat, követnek eszméket és ideológiákat, használnak ajzószereket és így tovább.</w:t>
      </w:r>
    </w:p>
    <w:p>
      <w:r>
        <w:t>A legtöbb tettünk mögött kimondatlanul is ez a cél van.</w:t>
      </w:r>
    </w:p>
    <w:p>
      <w:r>
        <w:t>Így van ez a vásárlással is. Sokan a boldogságot és a megelégedést, az elfogadást és a sikerérzést keresik a vásárlásban. Ezt erősítik szándékosan a reklámok is. A mai reklámok már régen nem terméket akarnak eladni nekünk, hanem életérzést, ami a miénk lehet, ha birtokoljuk a reklámozott terméket.</w:t>
      </w:r>
    </w:p>
    <w:p>
      <w:r>
        <w:t>Felnéznek ránk az emberek, sikeresnek gondolnak (sőt magunk is annak fogjuk gondolni magunkat), elfogadnak, ha drága és márkás termékeket veszünk, kabrióval járunk, vagy jakuzzi-t rakatunk a kertbe. A termék használata elégedettséggel és megelégedéssel fog eltölteni, boldogok leszünk pusztán a tárgy birtoklása által is.</w:t>
      </w:r>
    </w:p>
    <w:p>
      <w:r>
        <w:t>Legalábbis ezt sugallják a reklámok és sokan ezért is vásárolnak.</w:t>
      </w:r>
    </w:p>
    <w:p>
      <w:r>
        <w:t>Ezzel szemben a szomorú valóság, amire talán mindenki rájön, ha már elmúlt 30-40 éves, hogy semmivel nem leszel boldogabb a 300 ezres mobiltelefonnal, vagy a 15 milliós autóddal, mint voltál előtte. Sőt, az emberek is pont tesznek rá, hogy neked mid van, őket csak az érdekli, hogy ők mit birtokolnak. Az egyetlen érzés, amit ki tudsz váltani az emberekből az általad vett tárgyakkal, az maximum a rosszindulatú irigység.</w:t>
      </w:r>
    </w:p>
    <w:p>
      <w:r>
        <w:t>Amíg fiatalabb vagy, megpróbálod bemagyarázni magadnak az ellenkezőjét, de aztán rájössz, hogy nem igaz.</w:t>
      </w:r>
    </w:p>
    <w:p>
      <w:r>
        <w:t>Olvastam egy érdekes tanulmányt. Eszerint a legnagyobb boldogságot minden termék akkor okoz, amikor úton vagy vele a pénztárhoz.</w:t>
      </w:r>
    </w:p>
    <w:p>
      <w:r>
        <w:t>Sokkal nagyobb az izgalom és élményfaktora minden terméknek, amíg keresed, olvasol róla, álmodozol róla, megnézed a neten a fotóit, lapozgatod a katalógust és tervezgeted, milyen kárpittal kérd az új autót. Már csak pár nap vagy hét és megveszed a Terméket.</w:t>
      </w:r>
    </w:p>
    <w:p>
      <w:r>
        <w:t>Ez csúcsosodik ki a pénztárhoz vezető úton, hogy utána meredeken zuhanni kezdjen az élmény és élvezeti faktor. A drága telefon két hét múlva csak egy jó telefon, már semmi élményt nem ad. A drága autó is egyszerű közlekedési eszközzé válik hamarosan.</w:t>
      </w:r>
    </w:p>
    <w:p>
      <w:r>
        <w:t>Vagyis valójában nem a termék, hanem annak megszerzése az, ami a legtöbb embernek izgalmat és élményt ad.</w:t>
      </w:r>
    </w:p>
    <w:p>
      <w:r>
        <w:t>S mivel oda az izgalom, keresheted az új terméket, ami újra élményt tud kínálni. Nagyon sok ember ezért cserélgeti a telefonját, autóját vagy bármi egyebét, nem azért, mert egy két éve vett autó vagy telefon nem lenne elég jó bármire.</w:t>
      </w:r>
    </w:p>
    <w:p>
      <w:r>
        <w:t>Sokan úgy gondolják, ha nem tett boldoggá az autó, akkor tévét veszek, vagy bármi mást. Ha az sem, akkor kerti grillt. Ennek eredménye, hogy annyi kacat van a házban, hogy már a garázsba sem lehet beállni az autóval.</w:t>
      </w:r>
    </w:p>
    <w:p>
      <w:r>
        <w:t>Érdemes végiggondolnod, hogy a legutóbbi termék, aminek megszerzésére annyira vágytál, meddig okozott élményt vagy izgalmat? Hány hét vagy hónap után jutott először eszedbe, hogy kellene egy másik telefon/autó/ruha/fényképezőgép, vagy bármi egyéb, mert a mostani mégsem a tökéletes választás?</w:t>
      </w:r>
    </w:p>
    <w:p>
      <w:r>
        <w:t>Azt a szolgáltatását a terméknek, ami miatt muszáj volt megvenned a jobbat, újabbat, modernebbet, mennyire használtad ki?</w:t>
      </w:r>
    </w:p>
    <w:p>
      <w:r>
        <w:t>Ha élményre vágysz (és anyagilag is megengedheted magadnak), legközelebb ne egy 300 ezer forintos telefont vagy fényképezőgépet vegyél, hanem egy 300 ezer forintos nyaralást. Az jó esetben legalább egy hétig tart és utána sokkal többet eszedbe jut évek múlva is, nem úgy, mint a legutóbbi ruhád vagy kütyüd, amit csak a vásárlás öröméért vettél meg.</w:t>
      </w:r>
    </w:p>
    <w:p>
      <w:r>
        <w:t>Minél kevesebb pénzt költesz termékekre, annál kiegyensúlyozottabb lesz az anyagi életed és annál inkább kiegyensúlyozott leszel te is. Ha nem a megélhetésért és az életszínvonalad fenntartásáért kell kaparnod egész nap, hanem anyagi biztonságban tudod magad és megengedheted magadnak azt a luxust, hogy pénzkeresés helyett inkább az igazán fontos dolgokkal törődj, mint foci a fiaddal, vagy hogy elmenj a lányod versenyére, sokkal boldogabb ember leszel. Ne feledd, minden vásárlásért nem pénzzel fizetsz, hanem az életeddel: azzal az időddel, amit azzal töltöttél, hogy dolgozz azért a termékért, amit megvettél. Ahelyett, hogy ennél fontosabb dolgokra fordítottad volna azokat a napokat vagy hónapokat.</w:t>
      </w:r>
    </w:p>
    <w:p>
      <w:r>
        <w:t>Ehhez csak az kell, hogy rájöjj, a te boldogságod forrása nem tárgyak és márkák megszerzésében és birtoklásában van.</w:t>
      </w:r>
    </w:p>
    <w:p>
      <w:r>
        <w:t>Félreértés ne legyen: nem arról van szó, hogy ne vegyél semmit, arról sem szól, hogy nem tudsz olyat venni, amiben évekig örömöd leled, arról sem, hogy nem örülhetsz egy autónak és arról sem, hogy mindig nyaralnod kellene menned, ahelyett hogy veszel valamit.</w:t>
      </w:r>
    </w:p>
    <w:p>
      <w:pPr>
        <w:pStyle w:val="Heading2"/>
      </w:pPr>
      <w:r>
        <w:t>Hogyan változik a boldogságképünk?</w:t>
      </w:r>
    </w:p>
    <w:p>
      <w:r>
        <w:t>Az ember élete a boldogság megragadásának vágyáról, a boldogság utáni hajszáról szól. Az Amazon kínálatában csak az önképző kategóriában negyedévente közel kétezer könyv jelenik meg a boldogságról, ebből is látszik, mennyire foglalkoztatja ez a kérdés az embereket.</w:t>
      </w:r>
    </w:p>
    <w:p>
      <w:r>
        <w:t>A boldogságkép nem csak koronként, de jóformán évtizedenként is változik. Az ókorban egy időszakban a boldogság forrása a nagy tettek végrehajtása, a hősiesség, a nagy név megszerzése volt.</w:t>
      </w:r>
    </w:p>
    <w:p>
      <w:r>
        <w:t>A sötétnek hívott középkorban a boldogság tagadása volt a boldogság forrása, az uralkodó vallás tanítása szerint a boldogság a földi lét után lehetett csak elérni, így céltévesztés volt az arra való törekvés. Akkor kellett boldognak érezned magad, ha boldogtalan voltál a földi léted során.</w:t>
      </w:r>
    </w:p>
    <w:p>
      <w:r>
        <w:t>Kicsit közelebb kerülve a mai naphoz, az ötvenes években a boldogságkép az otthon lévő anya, akinek nem kellett dolgozni, csak a három gyerekre kellett vigyáznia és hazavárnia a férjét a munkából. Megvolt az otthon, sőt az Otthon és a minél több gyerek és teljesült az amerikai álom: egy ház, autó és a család.</w:t>
      </w:r>
    </w:p>
    <w:p>
      <w:r>
        <w:t>A hatvanas években a szabadság érzése, a minden normától, kötöttségtől, elvárástól való elszakadás, a mindennel szembeni lázadás volt kikiáltva, mint a boldogság forrása. Ha az ember lerázza magáról a társadalom elvárásait, akkor lesz igazán boldog és beteljesedett.</w:t>
      </w:r>
    </w:p>
    <w:p>
      <w:r>
        <w:t>A hetvenes években a belső ember megtalálása és felfedezése lett az új lehetőség a boldogság elérésére, a nyugati világot elözönlötték az önjelölt guruk és egyéb "spirituális vezetők".</w:t>
      </w:r>
    </w:p>
    <w:p>
      <w:r>
        <w:t>Az elmúlt néhány évtizedben pedig a hedonizmus lett a boldogság forrása, a fogyasztás, az élvezet, az önkényeztetés minél optimálisabb kimaximálása, legyen az élmény, étel, esetleg luxustárgy. Mindenből vegyünk nagyobbat, újabbat, jobbat, drágábbat, s ha sokáig így teszünk, előbb-utóbb megelégedettek és boldogok leszünk.</w:t>
      </w:r>
    </w:p>
    <w:p>
      <w:r>
        <w:t>2016-ban már közel kétszer akkora házban laktak az amerikaiak, mint 45 évvel azelőtt. (1.000 négyzetláb 92,9 négyzetméter.)</w:t>
      </w:r>
    </w:p>
    <w:p>
      <w:r>
        <w:t>Az autók egyre gyorsabbak, erősebbek, kényelmesebbek és hát igen, egyre drágábbak is lettek, mindezt a mi boldogságunkért.</w:t>
      </w:r>
    </w:p>
    <w:p>
      <w:r>
        <w:t>Mivel az ingatlanok mérete a duplájára nőtt, de egy négyzetméter bekerülési ára az inflációval korrigáltan érdemben nem változott, így kétszer annyi pénzt kell kifizetni a mai újépítésű ingatlanokért, mint ötven éve. Az autóink is közel a duplájába kerülnek, mint 50 éve, ráadásul egy-egy háztartásban közel kétszerannyi autó van, mint fél évszázada, így háromszor-négyszer annyiba kerül az autókat megvenni és természetesen fenntartani is, mint egy-két generációval ezelőtt.</w:t>
      </w:r>
    </w:p>
    <w:p>
      <w:r>
        <w:t>Az idézett 19 éves időszakban a turistautakra elköltött pénz is világszinten 1.900 milliárd dollárról 4.715 milliárd dollárra nőtt. 1980-ban még csak 277 millió nemzetközi turista volt világszinten, 2009-ben 956 millió, 2019-ben már 1.460 millió.</w:t>
      </w:r>
    </w:p>
    <w:p>
      <w:r>
        <w:t>2008 és 2019 között még az amerikai társadalom alsó negyede is 22%-kal növelte például az étteremre költött inflációval korrigált kiadásait. (A felső 25% pedig "csak" 8%-kal.)</w:t>
      </w:r>
    </w:p>
    <w:p>
      <w:r>
        <w:t>Soha nem látott termékkínálat vesz körül bennünket, bármit megveszünk egy kattintással a világ másik végéről. Minden otthonban annyi felhalmozott tárgy van, mint még soha a világtörténelemben. Az üzletekben is olyan árubőség van, amit már nehéz fokozni, alig van valami, amit nem lehet megvenni.</w:t>
      </w:r>
    </w:p>
    <w:p>
      <w:r>
        <w:t>Egyre több mindennel rendelkezünk, amik egyre modernebbek, gyorsabbak, kényelmesebbek. Olyan helyekre jutunk el nyaralni, ahová 20-30 éve csak a leggazdagabbak mehettek. Olyan gépek és készülékek könnyítik meg az életünket, olyan mennyiségű szórakozás érhető el otthonról amikről a szüleink még csak nem is álmodtak.</w:t>
      </w:r>
    </w:p>
    <w:p>
      <w:r>
        <w:t>Ennek ellenére a boldogságot felmérő tanulmányok szerint a boldogság-boldogtalanság aránya még csökkent is az elmúlt 50 évben, a magukat nagyon boldognak mondók aránya 28-35% körül alakult, a nem túl boldogok aránya 9,2-16% között szóródott, s a hetvenes években volt magasabb a boldogok aránya.</w:t>
      </w:r>
    </w:p>
    <w:p>
      <w:r>
        <w:t>Tehát a boldogság érzése nem nőtt a vagyon és a jövedelem növekedésével. (Nem úgy az adósságállomány, az az elmúlt ötven évben meredeken emelkedett, hiszen valamiből finanszírozni kellett a sokkal több pénzköltést, mert a fizetések érdemben nem emelkedtek, de a kiadások igen. A lakosság eladósodottsága négyszerese a hatvanas években mért értékeknek még a GDP arányában is.)</w:t>
      </w:r>
    </w:p>
    <w:p>
      <w:r>
        <w:t>Miközben minden reklámban azt ígérik, hogy a következő autó vagy mobiltelefon megvásárlásával, de még a következő korty üdítő megivásával is (ha a megfelelő, reklámozott terméket választjuk) maradéktalanul elérjük, hogy boldogok és megelégedettek legyünk.</w:t>
      </w:r>
    </w:p>
    <w:p>
      <w:r>
        <w:t>Pedig nem az életminőségünk nőtt az elmúlt ötven évben csak az életvitelünk költségszintje. Nem lettünk boldogabbak, csak sokkal jobban eladósodott az egész társadalom, de még maguk az államok is (az Egyesült Államokban 30%-kal nőtt inflációval korrigálva a szociális és oktatási kiadások az elmúlt két évtizedben).</w:t>
      </w:r>
    </w:p>
    <w:p>
      <w:r>
        <w:t>Nagyon úgy tűnik, megint rossz dolgok után futunk. Ahogy a lázadás a konvenciók ellen vagy a keleti kultuszok tanításának az átvétele nem hozta el a beígért boldogságot, úgy a fogyasztói társadalom szokásai sem elégítenek meg bennünket.</w:t>
      </w:r>
    </w:p>
    <w:p>
      <w:r>
        <w:t>Ezért ha legközelebb olyan reklámmal találkozol, amelyik megelégedést vagy boldogságot kínál, ha veszel egy új autót vagy egy kéthetes nyaralást egy egzotikus helyre, amit mindenki irigyelni fog tőled, hogy milyen szerencsés vagy, akkor mondd ki nyugodtan hangosan, hogy nem, nem fog boldogabbá tenni. Néhány héttel a vásárlás után már bánni fogod, hogy megvetted, ahogy ez a legtöbbször történik, ha azért veszel valamit, hogy jobban érezd magad.</w:t>
      </w:r>
    </w:p>
    <w:p>
      <w:r>
        <w:t>Az összevásárolt dolgoknak nem csak előnyei vannak, de költségei is. Az életidőd, amit a pénz megszerzésére fordítottál, a mókuskerékben eltöltött rohanás, ami miatt az igazán fontos dolgokra nem maradt se időd, se energiád. Túl rövid az élet ahhoz, hogy arra pazaroljuk, hogy olyan dolgokért dolgozzunk, ami igazából egyáltalán nem számítanak. Még nem hallottam olyan emberről, aki visszatekintve az életére, a halála előtt azt mondta volna, hogy de kár, hogy nem dolgoztam még többet vagy nem vettem még két szobával nagyobb házat.</w:t>
      </w:r>
    </w:p>
    <w:p>
      <w:r>
        <w:t>Használd a pénzt arra, amire való: adja meg azt a szabadságot, hogy az igazán fontos dolgokkal tudj törődni. De ha mindig elköltöd a pénzed minden felesleges dologra, akkor te fogod szolgálni a pénzt egész életedben és nem az téged.</w:t>
      </w:r>
    </w:p>
    <w:p>
      <w:pPr>
        <w:pStyle w:val="Heading2"/>
      </w:pPr>
      <w:r>
        <w:t>Mennyi pénztől lennénk boldogok?</w:t>
      </w:r>
    </w:p>
    <w:p>
      <w:r>
        <w:t>Egy amerikai felmérés az ősi kérdést firtatta: boldogok lennénk-e, ha több pénzünk lenne?</w:t>
      </w:r>
    </w:p>
    <w:p>
      <w:r>
        <w:t>A megkérdezettek 59%-a szerint megvehető pénzen a boldogság, 17%-uk szerint ez egy bizonyos vagyon meglétéhez köthető, míg kétharmaduknak a pénzügyi boldogsághoz a hitelmentesség és a számlák időbeni kifizetése is elég lenne.</w:t>
      </w:r>
    </w:p>
    <w:p>
      <w:r>
        <w:t>A megkérdezettek 71%-a szerint ha több pénze lenne, a legtöbb problémája megoldódna. Azonban egy kisebb összeg (25 ezer dollár) már a megkérdezetteket a boldogság állapotába juttatná fél évre. Nem meglepő, mert a megkérdezettek 73%-a mondta azt, hogy anyagi problémái vannak.</w:t>
      </w:r>
    </w:p>
    <w:p>
      <w:r>
        <w:t>Az egyik kérdés az volt, hogy mekkora vagyonodnak kellene lenni, hogy boldog legyél.</w:t>
      </w:r>
    </w:p>
    <w:p>
      <w:r>
        <w:t>A 2000-2005 között születettek még egész szerények voltak, ahogy az idősebbek is kevesebb pénzzel beérték volna. A legtöbb pénzre az 1980 és 2000 közöttieknek lenne szükségük, hogy szerintük boldognak érezzék magukat.</w:t>
      </w:r>
    </w:p>
    <w:p>
      <w:r>
        <w:t>Méghozzá a meghökkentően sok 1,7 millió dollár lenne elég a boldogsághoz a nyolcvanas-kilencvenes években születettek számára.</w:t>
      </w:r>
    </w:p>
    <w:p>
      <w:r>
        <w:t>(Érdemes figyelni az átlagos és a medián vagyon közötti eltérésre. Átlagérték az, hogy mindenki vagyonát összeadjuk és elosztjuk a létszámmal. A medián vagyon azt jelenti, hogy ennél az értéknél van az emberek felének többje, illetve kevesebbje. Minél nagyobb az eltérés a medián és az átlag között, annál nagyobb a szakadék a szegények és a gazdagok között.)</w:t>
      </w:r>
    </w:p>
    <w:p>
      <w:r>
        <w:t>A megkérdezettek kétharmada szerint az anyagi boldogsághoz vezet, ha olyan munkát végeznek, amit szeretnek, közel háromnegyedük szerint a munka-magánélet egyensúlya is fontos.</w:t>
      </w:r>
    </w:p>
    <w:p>
      <w:r>
        <w:t>Ha nem a vagyon, hanem a fizetés felől közelítjük meg a kérdést, mekkora éves fizetésre lenne szükség az anyagi boldogsághoz?</w:t>
      </w:r>
    </w:p>
    <w:p>
      <w:r>
        <w:t>Nem meglepő módon megint a nyolcvanas-kilencvenes években születettek érzik úgy, hogy sokat kell keresniük.</w:t>
      </w:r>
    </w:p>
    <w:p>
      <w:r>
        <w:t>A felmérésben megjelölt összeg majdnem tízszerese volt az átlagbérnek.</w:t>
      </w:r>
    </w:p>
    <w:p>
      <w:r>
        <w:t>A megjelölt életcélok tekintetében a következő egy évre összeségében toronymagasan vezetnek az anyagi célok.</w:t>
      </w:r>
    </w:p>
    <w:p>
      <w:pPr>
        <w:pStyle w:val="Heading1"/>
      </w:pPr>
      <w:r>
        <w:t>3. Gazdagnak lenni vagy gazdagnak látszani</w:t>
      </w:r>
    </w:p>
    <w:p>
      <w:r>
        <w:t>A boldogság keresése könnyen versennyé válik. Már nem az számít, mire van szükséged, hanem az, mit engedhet meg magának a másik. Csakhogy amit látsz, abból nem derül ki, mennyi pénze van valójában.</w:t>
      </w:r>
    </w:p>
    <w:p>
      <w:pPr>
        <w:pStyle w:val="Heading2"/>
      </w:pPr>
      <w:r>
        <w:t>Miért nem érzed magad gazdagnak?</w:t>
      </w:r>
    </w:p>
    <w:p>
      <w:r>
        <w:t>Amikor ezt a példát először leírtam, a statisztikák alapján már egy négyszázezres nettó fizetés is a legjobban kereső 10%-ba sorolt az országban, ahogy egy budapesti, tehermentes, 120 négyzetméteres ház is ebbe a kategóriába repített a vagyonod alapján.</w:t>
      </w:r>
    </w:p>
    <w:p>
      <w:r>
        <w:t>Azonban ha tippelnem kellene, egyáltalán nem érzed magad gazdagnak egy négyszázezres fizetéssel vagy egy tehermentes házzal.</w:t>
      </w:r>
    </w:p>
    <w:p>
      <w:r>
        <w:t>Vajon miért van az, hogy nem érezzük magunkat gazdagnak jóformán soha, még akkor se, ha benne vagyunk a társadalom felső 1-2%-ában a vagyonunk vagy a jövedelmünk (esetleg mindkettő) alapján?</w:t>
      </w:r>
    </w:p>
    <w:p>
      <w:r>
        <w:t>Több felmérés készült, hogy az amerikai háztartások 30%-a, amelyek évi 250 ezer dollár feletti jövedelemmel rendelkeznek még jómódúnak (upper income) sem gondolják magukat, nemhogy gazdagnak, miközben jövedelem alapján a felső 2%-ba tartoznak.</w:t>
      </w:r>
    </w:p>
    <w:p>
      <w:r>
        <w:t>Egy Fidelity felmérés szerint az amerikai milliomosok 42%-a nem érzi magát vagyonosnak, szerintük átlagosan 7,5 millió dollár szabadon befektethető vagyon (az ingatlan és egyéb vagyonon túl) kellene ahhoz, hogy úgy érezzék, vagyonosak. A magukat vagyonosnak érzők úgy nyilatkoztak, 1,75 millió dollár után kezdték úgy érezni, most már van valamennyi vagyonuk. (A megkérdezettek pénzügyi vagyona átlag 3,5 millió dollár volt.)</w:t>
      </w:r>
    </w:p>
    <w:p>
      <w:r>
        <w:t>A magukat vagyonosnak nem érző milliomosok azt nyilatkozták, hogy tartanak a nyugdíjas évektől, mert ha megszűnik a bevételük, valószínűleg zuhanni fog az életszínvonaluk.</w:t>
      </w:r>
    </w:p>
    <w:p>
      <w:r>
        <w:t>Egy bostoni felmérés szerint az igazán gazdag emberek (átlagvagyon 78 millió dollár) zöme akkor érezné magát anyagi biztonságban, ha a vagyona átlagosan 25%-kal magasabb lenne a jelenleginél.</w:t>
      </w:r>
    </w:p>
    <w:p>
      <w:r>
        <w:t>Miért lehet ez? A jómódú és a gazdag emberek miért nem tudják magukat elhelyezni reálisan egy társadalom anyagi ranglétráján? Miért nem érzik magukat anyagi biztonságban, miközben gyakran többük van, mint száz másik családnak együttvéve?</w:t>
      </w:r>
    </w:p>
    <w:p>
      <w:r>
        <w:t>Az egyik ok, hogy mindenki abból indul ki, ami körülveszi. Azt veszi normálisnak és ahhoz képest érzi magát szegénynek vagy tehetősnek. Ha te egy borsodi faluban élsz, ahol mindenki minimálbérből él hónapról-hónapra, már ha van egyáltalán munkája, akkor ahhoz képest gondolod magad átlagosnak, vagy sikeresnek.</w:t>
      </w:r>
    </w:p>
    <w:p>
      <w:r>
        <w:t>Ha a II. kerület jobb részein élsz, akkor az a normális, hogy mindenki minimum 150 milliós házban lakik, egy új vagy közel új autóval jár, magániskolába járatja a gyerekeit. Nem érzed magad semmivel sem többnek, mint bárki más a szomszédos utcákban.</w:t>
      </w:r>
    </w:p>
    <w:p>
      <w:r>
        <w:t>Sőt, ha tehetős vagy, sokat keresel vagy nagy vagyonod van, akkor nagy valószínűséggel naponta olyan emberekkel találkozol, akiknek nálad több pénze van, vagy azt gondolod, hogy több pénze van. Ha neked csak 4 milliárdos vagyonod van, míg az ismerősödnek 8 milliárdja van, akkor egyből úgy érzed, sok mindent nem engedhetsz meg magadnak, esetleg aggódsz is, hogy vajon a te vagyonod elég lesz-e életed végéig, hogy fedezze az életszínvonaladat. (Ahogy az amerikai felmérésekben is sokan ezért aggódtak. Minél közelebb voltak a nyugdíjas korhoz, annál inkább volt ez a félelmük.)</w:t>
      </w:r>
    </w:p>
    <w:p>
      <w:r>
        <w:t>Sőt, a nagy igazság, hogy hozzászoksz a luxushoz és az onnantól kezdve nem is lesz többé luxus. Már nem is emlékszel arra, amikor még csak egy autó volt a családban, amikor még kontinensen belül mentetek el nyaralni és csak évente egyszer, amikor nem mentetek étterembe hónap végén, mert már nem maradt rá abban a hónapban. De van, akinek már a magánrepülő sem luxus, csak egy használati tárgy.</w:t>
      </w:r>
    </w:p>
    <w:p>
      <w:r>
        <w:t>Ha pedig nem luxus a több autó, a nagy ház, az ázsiai nyaralások, akkor nem is érzed magad ettől jómódúnak vagy gazdagnak. Főleg, hogy a lakóhelyeden és a gyerekek iskolájában, a téged körülvevő mikrokörnyezetben ez az átlagos és ez a normális.</w:t>
      </w:r>
    </w:p>
    <w:p>
      <w:r>
        <w:t>Néha érdemes leülni és objektívan megnézni, hol is tartasz a társadalmi ranglétrán valójában, fontos néha az embernek átértékelnie a saját helyzetét.</w:t>
      </w:r>
    </w:p>
    <w:p>
      <w:pPr>
        <w:pStyle w:val="Heading2"/>
      </w:pPr>
      <w:r>
        <w:t>A gazdag ember mindig valaki más</w:t>
      </w:r>
    </w:p>
    <w:p>
      <w:r>
        <w:t>Tanácsadások alkalmával gyakran előjön, hogy a tanácsadást kérők tudni szeretnék, hogyan is állnak anyagilag a többiekhez képest.</w:t>
      </w:r>
    </w:p>
    <w:p>
      <w:r>
        <w:t>Rengetegen el vannak bizonytalanodva, a család havi bevétele másfél millió forint körül van havonta, ebből el is tesznek legalább 5-600 ezret havonta, 30-35 évesen vettek egy lakást, kevés hitellel.</w:t>
      </w:r>
    </w:p>
    <w:p>
      <w:r>
        <w:t>Egyrészt úgy gondolják, hogy szépen keresnek az átlaghoz képest, másrészt viszont körbenéznek maguk körül és azt látják, hogy mindenkinek többje van, mint nekik. Nagyobb autó, nagyobb lakás vagy ház. Valahogy mindenki sikeresebb körülöttük, mint ők. Mit csinálhatnak rosszul?</w:t>
      </w:r>
    </w:p>
    <w:p>
      <w:r>
        <w:t>Tudod, hogy többet keresel, mint az emberek 98%-a az országban, mégis amikor elviszed a gyereket az iskolába, valahogy mindenki nagyobb és drágább autóval érkezik, mint te.</w:t>
      </w:r>
    </w:p>
    <w:p>
      <w:r>
        <w:t>Sok embernek ez komoly problémát okoz és keresi magában az okokat, mint rontott el az életben. Mit tudnak azok az emberek, amit ő nem?</w:t>
      </w:r>
    </w:p>
    <w:p>
      <w:r>
        <w:t>Semmit nem csináltál rosszul, ne aggódj.</w:t>
      </w:r>
    </w:p>
    <w:p>
      <w:r>
        <w:t>A problémád először is abból ered, hogy a mikrokörnyezetedet tartod a normális, átlagos közegnek. Valószínűleg ott laksz, ahol a jövedelmednek és a vagyonodnak megfelelően az elérhető legjobb hely. Ha ez egy kőbányai panel, akkor ott, ha egy rózsadombi lakás vagy ház, akkor pedig ott. A gyerekeid is ennek megfelelően járnak iskolába.</w:t>
      </w:r>
    </w:p>
    <w:p>
      <w:r>
        <w:t>S ezzel semmi baj nincs. (A baj abból lenne, ha erődön felül akarnál számodra túl drága környéken lakni. Sajnos sokan csinálják ezt is.)</w:t>
      </w:r>
    </w:p>
    <w:p>
      <w:r>
        <w:t>Azonban rá kell jönnöd, hogy a számodra elérhető legjobb környéken ideális esetben te vagy az átlag vagy még inkább a medián.</w:t>
      </w:r>
    </w:p>
    <w:p>
      <w:r>
        <w:t>Ez azt jelenti, hogy a mikrokörnyezetedben az emberek felének egész egyszerűen több pénze van, mint neked. Ebbe törődj bele. Átlagosnak lenni egyáltalán nem rossz dolog, főleg nem egy olyan környéken, ami az emberek 95%-ának egyébként elérhetetlen.</w:t>
      </w:r>
    </w:p>
    <w:p>
      <w:r>
        <w:t>Azonban az ember olyan, hogy észreveszi, hogy hány gyereket hoznak vadonatúj Mercedes meg BMW SUV-val az iskolába, azonban azt egyáltalán nem veszi észre, hogy hány gyereket hoztak 18 éves Suzukival vagy egyenesen busszal.</w:t>
      </w:r>
    </w:p>
    <w:p>
      <w:r>
        <w:t>Azt észreveszed a Facebookon, hogy hány ismerősöd nyaralt külföldön, azt viszont nem, hogy hány ismerősöd nem tudott nyaralni egyáltalán, mert esetleg a hiteleiket sem tudják fizetni.</w:t>
      </w:r>
    </w:p>
    <w:p>
      <w:r>
        <w:t>Azt észreveszed, hány ember tűnik sikeresnek, azt nem, hogy hányan küszködnek vagy szenvednek körülötted. Eleve csak a sikeres embereket veszed észre és nekik is csak a sikereiket, de a problémáikat nem.</w:t>
      </w:r>
    </w:p>
    <w:p>
      <w:r>
        <w:t>Ezért vagy hagyd abba azt, hogy a saját helyzetedet a körülötted élőkhöz hasonlítod vagy ha mindenképp ragaszkodsz ehhez, akkor viszont csináld korrekten: a városomban vagy kerületemben hányan élnek rosszabbul nálam? Az országban mennyien élnek rosszabbul mint én? S világszinten hány milliárd ember cserélne velem azonnal, gondolkodás nélkül?</w:t>
      </w:r>
    </w:p>
    <w:p>
      <w:r>
        <w:t>Ha úgy hét és fél milliárd ember szeretne olyan anyagi körülmények között élni, mint te és szeretné látatlanban az összes problémádat elcserélni a sajátjára, akkor hagyd abba annak vizsgálgatását, hogy mid nincs még meg, ami másoknak már megvan.</w:t>
      </w:r>
    </w:p>
    <w:p>
      <w:r>
        <w:t>Legyél elégedett és boldog azért, amid megvan és felejtsd el azt, amid még nincs meg.</w:t>
      </w:r>
    </w:p>
    <w:p>
      <w:r>
        <w:t>A másik dolog, ami becsap téged, hogy nem tudod, mi van azok a nagy házak és drága autók mögött. Hány családi probléma, túlzott eladósodás, hitelek és a munkahely elvesztése miatti aggodalom.</w:t>
      </w:r>
    </w:p>
    <w:p>
      <w:r>
        <w:t>Felejtsd el, mit értek el mások, vagy mit hiszel a külsőségek alapján, hogy mit értek el. Te legyél elégedett azzal, amid van és legyél hálás azért, amit eddig elértél. Neked magadhoz képest kell sikeresnek lenni és nem másokhoz képest. (S arról most ne is beszéljünk, hogy egy jól működő családi élet mennyivel nagyobb siker, mint egy drága autó, ami mögött már három válás van.)</w:t>
      </w:r>
    </w:p>
    <w:p>
      <w:pPr>
        <w:pStyle w:val="Heading2"/>
      </w:pPr>
      <w:r>
        <w:t>Csak neked nem telik rá?</w:t>
      </w:r>
    </w:p>
    <w:p>
      <w:r>
        <w:t>Sokszor előjön az az érzés, hogy látszólag mindenki gazdagabb nálad, az összes ismerősöd minimum Spanyolországban nyaral, mindenkinek már legalább lakása van 26 évesen és bármikor elmehet egy drága étterembe. Ebből természetesen semmi nem igaz, egyrészt gyakran nem látod, hogy milyen adóssághegyek vannak a perui nyaralás mögött, másrészt pedig olyan az ember, hogy csak azt veszi észre, akinek többje van, mint neki.</w:t>
      </w:r>
    </w:p>
    <w:p>
      <w:r>
        <w:t>Íme néhány adat a valóságról. Sajnos amerikai adatok, mert magyar adat nincs, de nem gondolnám, hogy itthon jobb lenne a helyzet.</w:t>
      </w:r>
    </w:p>
    <w:p>
      <w:r>
        <w:t>Az első ingatlanjukat átlagosan 38 évesen vették 2024-ben az emberek az Egyesült Államokban. Ami nem azt jelenti, hogy olyan sok pénzük lenne, hanem akkora jön össze a 20% önerő, hogy utána legalább 30 évig még fizessék a törlesztőrészleteket.</w:t>
      </w:r>
    </w:p>
    <w:p>
      <w:r>
        <w:t>Az átlagos vállalkozó 41,9 évesen kezdett bele a vállalkozásába. A sikeres startup indító vállalkozó még később, 45 éves korában.</w:t>
      </w:r>
    </w:p>
    <w:p>
      <w:r>
        <w:t>Az átlagos milliomos (már aki egyáltalán valaha is azzá válik) 61 éves korában lesz milliomos.</w:t>
      </w:r>
    </w:p>
    <w:p>
      <w:r>
        <w:t>Az amerikai háztartások 9,2%-a rendelkezik az átlagos jövedelem legalább duplájával. Vagyis még tíz százalék sincs azoknak az aránya, akik az átlagos jövedelem dupláját keresnék. Ez akkor is így van, ha úgy érzed, hogy mindenki sokkal gazdagabb, mint te.</w:t>
      </w:r>
    </w:p>
    <w:p>
      <w:r>
        <w:t>Tehát ha te még 35 éves sem vagy, még nem vagy sikeres vállalkozó, milliomossá sem váltál és nem keresel legalább kétszer annyit, mint az átlag, akkor sincs miért depressziósnak lenned. S az átlag ugye azt jelenti, hogy van, aki ezeknél az időpontoknál később szerzi meg ezeket a javakat, ha egyáltalán.</w:t>
      </w:r>
    </w:p>
    <w:p>
      <w:r>
        <w:t>Nézzük meg közelebbről, miből áll össze ez az érzés.</w:t>
      </w:r>
    </w:p>
    <w:p>
      <w:r>
        <w:t>Körbenézel az ismerőseid között és csupa nálad sikeresebb embert látsz. A facebook-on hol az egyik ismerősöd jelentkezik be Peruból, hol a másik Szingapúrból, a harmadik minden hónapban máshonnan ír valamit a faladra. Aki éppen itthon van, az is egy méregdrága étteremből tesz fel egy képet a csütörtök esti kimenője alkalmával.</w:t>
      </w:r>
    </w:p>
    <w:p>
      <w:r>
        <w:t>A kollégádnak gyönyörű nagy háza van, medencével, szaunával, két autóval a dupla garázsban. Akárhányszor nála vagy, utána alig tudod magad tűrtözteni, hogy ne vágj te is bele egy ilyen szép ház vásárlásába. Ha ő meg tudta csinálni, te is képes vagy rá.</w:t>
      </w:r>
    </w:p>
    <w:p>
      <w:r>
        <w:t>Ismerős az érzés? Akármerre nézel, mindenki sokkal sikeresebb nálad és látványosan előrébb tart a gyarapodásban, mint te. Sehogy nem érted, hogyan is csinálják. Annyit, vagy annyit sem keresnek, mint te. Ennek ellenére utaznak, házat vesznek, drága éttermekben esznek, te pedig örülsz, ha jól be tudod osztani a pénzed egész hónapra.</w:t>
      </w:r>
    </w:p>
    <w:p>
      <w:r>
        <w:t>Tudod, a nagy titok az, hogy semmit nem látsz, csak a felszínt és a csillogást. Az emberek erejük felett igyekeznek utolérni a többieket a látszatban, miközben nem veszik észre, hogy egymást űzik bele a mókuskerékbe. Akiket utol akarnak érni, azok pont azért vettek drága házat és új autót, mert másoknak is az van.</w:t>
      </w:r>
    </w:p>
    <w:p>
      <w:r>
        <w:t>Egy érdekes tanulmány szerint az emberek addig elégedettek a fizetésükkel, amíg úgy tudják, hogy a hozzájuk hasonló beosztású emberek ennyit, vagy ennél kevesebbet keresnek. Amikor megtudták (illetve azt hitték, hogy megtudták), hogy a kollégáik többet keresnek, egyből kevésnek tűnt az addigi fizetésük, miközben az egy fillérrel sem volt kevesebb mint akkor, amikor még tökéletesen elégedettek voltak vele.</w:t>
      </w:r>
    </w:p>
    <w:p>
      <w:r>
        <w:t>Ugyanez figyelhető meg az egymás utolérésének kényszerében is. Azt érzik az emberek, hogy ők kevesebbet keresnek, mint a környezetük, hiszen azoknak mindenük megvan. Ezeknek az embereknek az önértékelésük csak akkor áll helyre, ha ő is eléri azt, amit a többieknél lát. Ezért bármi áron megszerzi azt, ami a másiknak már megvan.</w:t>
      </w:r>
    </w:p>
    <w:p>
      <w:r>
        <w:t>(Az éretlen személyiség legbiztosabb jele, ha az ember önértékelése mások véleményétől függ. Mit mondanak róla mások, mit gondolnak róla mások. Ennek a függőségnek a kamaszkor végével ki kellett volna halni az emberekből, de a legtöbben halálukig sem szabadulnak meg ettől a kényszeres érzéstől.)</w:t>
      </w:r>
    </w:p>
    <w:p>
      <w:r>
        <w:t>Tudod, hogy egy hazugság, amit látsz? Egy egyre nehezebben fenntartható álomkép, amit az emberek mutatnak magukról?</w:t>
      </w:r>
    </w:p>
    <w:p>
      <w:r>
        <w:t>Tudod, hányszor kiderült tanácsadás alatt, hogy a doktor úr nagy háza és 28 milliós autója mögött csak adósságok vannak, a két és fél milliós fizetés ellenére is?</w:t>
      </w:r>
    </w:p>
    <w:p>
      <w:r>
        <w:t>Amikor a felsővezetőnek a hatalmas házban azt mondom, hogy ezt a kis három és fél milliós hitelt fizessük ki, azt a hatalmas kettő másikat meg váltsuk ki egy olcsóbb hitelre, erre mondja, hogy de miből fizetné már ki, amikor egy fillére sincs. Nem egészen kéthavi fizetését nem tudja felmutatni, helyette a fejét vakarja az egyre gyűlő hitelek miatt. De automata öntözőberendezés, medence, nagy ház, nagy autó van és természetesen az éves külföldi út is alap minden évben.</w:t>
      </w:r>
    </w:p>
    <w:p>
      <w:r>
        <w:t>Nincs az a nagy ház és az az úszómedence, ami miatt úgy szeretnék élni, hogy másfél havi jövedelmemnek megfelelő hitel megugorhatatlan hegynek tűnjön az életemben.</w:t>
      </w:r>
    </w:p>
    <w:p>
      <w:r>
        <w:t>Te azt látod a másik anyagi életéből, amit szeretné, hogy láss. A mögötte lévő egyre nagyobb fekélyt amíg tudja, takargatja a világ elől. Ő is, a szomszédja is és mindenki más is.</w:t>
      </w:r>
    </w:p>
    <w:p>
      <w:r>
        <w:t>Én abban a szerencsés(?) helyzetben vagyok, hogy azt is látom, ami a színfalak mögött van. Hidd el, tényleg csak egy előadást látsz, amikor meglátogatod a rokonodat, vagy kollégádat a nagy házban a kertvárosban és megcsodálod a drága autóját a garázsban.</w:t>
      </w:r>
    </w:p>
    <w:p>
      <w:r>
        <w:t>Szerinted mi lesz azzal az emberrel, akinek másfél hónapnyi fizetésének megfelelő hitel is fojtogatóan sok, ha elveszíti a munkáját vagy a munkaképességét csak pár hónapra? Akkor is szívesen lennél a helyében?</w:t>
      </w:r>
    </w:p>
    <w:p>
      <w:r>
        <w:t>Nagyon nehéz dolog ellenállni a szirénhangok csábításának. Hiszen mindenkinek szép és drága autója van, nekem miért ne lehetne? Mindenki kiköltözött a kertvárosba, én is kapnék hitelt 20% önerő mellett, a fizetésemre adnának akár 85 milliót is. Ha más képes ennyi hitellel a felszínen maradni, nekem is menni fog. Nekem miért ne lehetne saját szaunám, három milliót csak ki tudok rá szorítani valahogy.</w:t>
      </w:r>
    </w:p>
    <w:p>
      <w:r>
        <w:t>Emlékszel még a középiskolai kötelező olvasmányodból, hogyan lehet életben maradni a szirénhangok csábítása közepette? Tegyél viaszt a füledbe és ne törődj azzal, ki mit mond körülötted, vagy kösd magad a főárbochoz, mint Odüsszeusz, hogy nehogy kövesd az éneklőket a biztos pusztulásba.</w:t>
      </w:r>
    </w:p>
    <w:p>
      <w:r>
        <w:t>Nincs olyan, csak a közmondásban, hogy meg tud maradni a káposztád, ha teletömöd a kecskéd hasát. Döntsd el, mit szeretnél.</w:t>
      </w:r>
    </w:p>
    <w:p>
      <w:r>
        <w:t>Aggódni a hitelek miatt és a munkád elvesztése miatt a nagy házban, vagy nyugodtan és anyagi biztonságban élni egy sokkal szerényebb otthonban? Azon rágódni, miből élsz majd meg 75 évesen, vagy derűsen nézni a jövő elé, mert már akár 50 évesen is elmehetnél nyugdíjba?</w:t>
      </w:r>
    </w:p>
    <w:p>
      <w:r>
        <w:t>Olyan nincs, hogy a drága dolgok kellenek, de a vele járó fejfájás és aggódás nem. Ezt sajnos csak csomagban árulják. De nemet mondhatsz a csomagra, nem vagy köteles átvenni.</w:t>
      </w:r>
    </w:p>
    <w:p>
      <w:r>
        <w:t>Hidd el, te döntöttél jól, amikor az anyagi biztonságot választottad a gazdagság mutogatása helyett. Te nem az vagy, amid van és nem annyit érsz, amekkora háznak a törlesztőjét tudod fizetni.</w:t>
      </w:r>
    </w:p>
    <w:p>
      <w:r>
        <w:t>Ez nem azt jelenti, hogy ne vegyél akár 40 milliós autót, vagy 300 milliós házat, ha van rá pénzed. Arról sem szól, hogy ne menj el nyaralni olyan helyre, amire futja a fizetésedből, ahogy arról se, hogy neked aszkétaként kellene élned. Neked lehet erődön feletti egy 30 milliós lakás megvásárlása vagy élhetsz a lehetőségeid alatt egy 400 milliós házban is. Nem mindenki hitelből vásárol, akinek 200 milliós háza van, A kérdés az, a lehetőségeidhez mérten élsz-e.</w:t>
      </w:r>
    </w:p>
    <w:p>
      <w:pPr>
        <w:pStyle w:val="Heading2"/>
      </w:pPr>
      <w:r>
        <w:t>A milliomos a szomszédban lakik</w:t>
      </w:r>
    </w:p>
    <w:p>
      <w:r>
        <w:t>Ha felteszed a kérdést az embereknek, miről lehet felismerni egy milliomost, mindenki tudja a választ: luxusautó, nagy ház egy felkapott környéken, Rolex óra, krokodilbőr cipő, drága vakációk.</w:t>
      </w:r>
    </w:p>
    <w:p>
      <w:r>
        <w:t>Thomas J. Stanley, egyetemi kutató egy nagybanktól kapott egy megbízást, hogy készítsen mélyinterjúkat milliomosokkal, mert így a bank megismerve a szokásaikat, könnyebben ki tudja őket szolgálni.</w:t>
      </w:r>
    </w:p>
    <w:p>
      <w:r>
        <w:t>A bevált séma szerint kutatótársával együtt elment a legdrágább lakónegyedekbe, hogy interjúalanyokat találjon, megkereste a milliomos kinézetű embereket és egyáltalán megpróbált elindulni a felmérésben az ismert sztereotípiák nyomán.</w:t>
      </w:r>
    </w:p>
    <w:p>
      <w:r>
        <w:t>Megdöbbenve tapasztalta, hogy gyakorlatilag nem talál egy milliomost sem a megkérdezettek között.</w:t>
      </w:r>
    </w:p>
    <w:p>
      <w:r>
        <w:t>Mindnyájan magas keresettel rendelkeztek, bőven az átlag felett, drága autókkal és drága ruhákban jártak. Viszont a legtöbben közülük nem rendelkeztek komoly megtakarításokkal, sokan fizetéstől-fizetésig éltek, minden vagyontárgyuk bőségesen le volt terhelve hitellel, egyáltalán nem voltak millióik sehol.</w:t>
      </w:r>
    </w:p>
    <w:p>
      <w:r>
        <w:t>Ez teljesen összezavarta a kutatókat, nem tudták, hol keressék akkor az igazi milliomosokat.</w:t>
      </w:r>
    </w:p>
    <w:p>
      <w:r>
        <w:t>Aztán rájöttek, hol bujkálnak: közöttünk. Itt laknak a szomszédban, egy átlagos házban, átlagos ruhákban járnak és egy átlagos 4-5 éves, vagy még öregebb autót vezetnek. Miközben dollármillióik vannak a bankban.</w:t>
      </w:r>
    </w:p>
    <w:p>
      <w:r>
        <w:t>Ezért adta a könyvének azt a címet, hogy Millionaire next door, azaz a milliomos szomszéd.</w:t>
      </w:r>
    </w:p>
    <w:p>
      <w:r>
        <w:t>Az évek során több ezer milliomossal készített mélyinterjút, illetve küldött ki nekik 270 kérdésből álló kérdőíveket. Ennek a tapasztalatait dolgozza fel a könyve.</w:t>
      </w:r>
    </w:p>
    <w:p>
      <w:r>
        <w:t>Arra jött rá, hogy a milliomosok éppen attól milliomosok, hogy nem szórják el a pénzt olyan státusz-szimbólumokra, mint a gazdagnak gondolt, ám komoly megtakarítással nem rendelkező társaik.</w:t>
      </w:r>
    </w:p>
    <w:p>
      <w:r>
        <w:t>A válaszok szerint egy átlagos milliomos még életében nem vett százezer forintnál drágább öltönyt, 70 ezer forintnál drágább órát és még véletlenül sem a legfelkapottabb, méregdrága környéken vásárol magának házat. A legtöbbjük huszonéve vette a házat, ahol lakik, csak 10%-uk rendelkezik 10 évnél fiatalabb otthonnal. A felmérésben szereplő milliomosok mindössze 1%-a(!) adott ki legalább 150 ezer forintot egy pár cipőért.</w:t>
      </w:r>
    </w:p>
    <w:p>
      <w:r>
        <w:t>Az átlagos milliomos 57 éves, 80%-uk legalább egy diplomával rendelkezik, 3 gyerekük van, kétharmaduk legalább heti 45-55 órát dolgozik, a háztartás nettó bevétele évi 131 ezer dollár, ami a 49 ezer dolláros amerikai átlaghoz képest nem is olyan rengeteg, főleg 57 évesen.</w:t>
      </w:r>
    </w:p>
    <w:p>
      <w:r>
        <w:t>A felmérés során megkérdezték őket, hogyan szerezték a vagyonukat. Közel egyharmaduk vállalkozó, több ügyvéd, orvos is volt közöttük, de sok "átlagember" is komoly dollármilliókkal rendelkezett. Az egyik ilyen házaspár elárulta, ők hogyan csinálták: mindketten mérnökök, már a házasságuk elején az egyik fizetést mindig eltették és csak a másikból éltek. Ennyi az egész.</w:t>
      </w:r>
    </w:p>
    <w:p>
      <w:r>
        <w:t>Amíg a kollégáik nagy házba költöztek, hitelkártyából a Karib-tengeren nyaraltak, három évente hitelre új autót vettek, ők csak annyit költöttek, amennyit az egyik fizetés megengedett.</w:t>
      </w:r>
    </w:p>
    <w:p>
      <w:r>
        <w:t>Ez nem azt jelenti, hogy nyomorogtak, vagy mindent megvontak maguktól, mindössze annyit, hogy ésszel és megszervezetten költöttek pénzt. Míg a kollégáik a lehetőségeik felett éltek, ők jóval alatta. Akkor vettek házat, amikor összegyűlt rá a pénz, oda mentek nyaralni, amit a megtakarítás mellett ki tudtak fizetni és a többi.</w:t>
      </w:r>
    </w:p>
    <w:p>
      <w:r>
        <w:t>Kíváncsi vagy rá, hogy egy hasonló magyar házaspárnak mennyi pénze gyűlne össze szintén 57 évesen? Kiszámoltam neked, hogy ne furdaljon a kíváncsiság.</w:t>
      </w:r>
    </w:p>
    <w:p>
      <w:r>
        <w:t>Mérnökként 23 éves koruktól 30 éves korukig átlag nettó 300 ezret keresnek, 30 éves kortól 400 ezret, 45 éves kortól 500 ezret fejenként.</w:t>
      </w:r>
    </w:p>
    <w:p>
      <w:r>
        <w:t>A fizetésüket az inflációval évente növeltem, de a végeredményt a végén ugyanezzel csökkentettem is, hogy az eredeti példa készítésének árszintjén lássuk a vagyonukat.</w:t>
      </w:r>
    </w:p>
    <w:p>
      <w:r>
        <w:t>8%-os hozamot számoltam, 5%-os infláció mellett.</w:t>
      </w:r>
    </w:p>
    <w:p>
      <w:r>
        <w:t>Vettek saját lakást a példa induló árszintjén 15 millióért 34 évesen, egy házat 30 millióért 42 évesen. Autót 5 éveset vesznek 29 éves koruktól, 1.5 millióért, öt évente cserélik egy újabb ötévesre.</w:t>
      </w:r>
    </w:p>
    <w:p>
      <w:r>
        <w:t>A vagyonuk alakulása: A lakásvásárlás előtti évben már van akkori 81 millió forintuk, ami az induló árszintre visszaszámolva 47,4 millió forint és egy 10 éves autójuk.</w:t>
      </w:r>
    </w:p>
    <w:p>
      <w:r>
        <w:t>Negyven évesen már van egy lakásuk és az induló árszintre visszaszámolva közel 80 millió forintuk.</w:t>
      </w:r>
    </w:p>
    <w:p>
      <w:r>
        <w:t>Ötven évesen az induló árszintre visszaszámolva 150 milliós megtakarítással és egy házzal rendelkeznek az autón kívül.</w:t>
      </w:r>
    </w:p>
    <w:p>
      <w:r>
        <w:t>Ötvenhét évesen 229 millió forintjuk van az induló árszintre visszaszámolva, azaz pont ők is elérték az egymillió dolláros vagyont. Közben saját lakásban, majd házban laktak, 5-10 éves autóval jártak. Havonta elég tisztességes pénzt költöttek el, pedig nem is kerestek annyira sokat, mint egy közép, vagy felső vezető, vagy egy sikeres vállalkozó.</w:t>
      </w:r>
    </w:p>
    <w:p>
      <w:r>
        <w:t>Ilyenkor a legtöbb ember, aki szerint az a vagyon, amit nem mutatsz meg, az nincs is, megkérdezi, hogy ha ennyi pénzük van, miért nem költik drága dolgokra.</w:t>
      </w:r>
    </w:p>
    <w:p>
      <w:r>
        <w:t>Pont azért van pénzük, mert nem költötték el. A reggeli kocogókat is elnézve arra a meggyőződésre jutsz, hogy ők az egyetlenek, akiknek semmi szükségük a mindennapi kocogásra. Fittek, nincsenek elhízva. Csak éppen azt téveszted el, hogy a mindennapi kocogás miatt látszik úgy, hogy nincs erre szükségük. A milliomosoknak sem lenne vagyona, ha elköltötték volna minden drága játékszerre.</w:t>
      </w:r>
    </w:p>
    <w:p>
      <w:r>
        <w:t>De ki veszi meg akkor a 800 ezres öltönyt és a négymilliós órát, ha legtöbbször nem a milliomosok?</w:t>
      </w:r>
    </w:p>
    <w:p>
      <w:r>
        <w:t>Általában azok, akik le akarják nyűgözni embertársaikat. Ügyvédek, közép és felsővezetők és hasonló emberek, akiknek fontosabb, hogy gazdagnak látszódjanak, mint az, hogy tényleg gazdagokká is váljanak.</w:t>
      </w:r>
    </w:p>
    <w:p>
      <w:r>
        <w:t>Stanley leírta, hogy az interjúra eljött emberek ruhatárát messze túlhaladta a szintén jelenlevő banki alkalmazott öltözete, ahogy drága órája is csak neki volt egyedül.</w:t>
      </w:r>
    </w:p>
    <w:p>
      <w:r>
        <w:t>A média által sugárzott hazug kép miatt gondolják azt az emberek, hogy a gazdag embereket a pénzszórásról lehet felismerni. Ez a kép szerint az embernek azonnali jutalmazásra van szüksége, el kell magát kényeztetni valami drága és felesleges luxuscikkel.</w:t>
      </w:r>
    </w:p>
    <w:p>
      <w:r>
        <w:t>Képzelj el egy vetélkedőt, ahol nem yachtot, világkörüli utat, vagy egy zsák pénzt lehetne nyerni, hanem mondjuk egy teljes ösztöndíjat az egyik legdrágább egyetemre. Szerinted hány ember nézné ezt a vetélkedőt és tudna örülni a nyertes szerencséjének, noha az ösztöndíj sokkal többe kerülne, mint mondjuk egy világkörüli út? Hol van itt az azonnali jutalmazás?</w:t>
      </w:r>
    </w:p>
    <w:p>
      <w:pPr>
        <w:pStyle w:val="Heading2"/>
      </w:pPr>
      <w:r>
        <w:t>Hogyan ne látszódj gazdagnak?</w:t>
      </w:r>
    </w:p>
    <w:p>
      <w:r>
        <w:t>A legtöbb ember szeretne többnek látszani, mint ami valójában. Őket szolgálják ki az áruhitelek, a lízingelhető autók, a kétéves részletre vett telefonok, az 50 milliós lakáshitelek.</w:t>
      </w:r>
    </w:p>
    <w:p>
      <w:r>
        <w:t>Aki bölcsen kezeli a pénzt és bölcsen áll hozzá az élethez, előbb-utóbb egy másik problémával szembesül: hogyan rejtse el legalább részben azt, hogy vitte valamire?</w:t>
      </w:r>
    </w:p>
    <w:p>
      <w:r>
        <w:t>Mert a többséggel ellentétben a bölcs ember tudja, hogy a sikerei és a mások által vélt vagy valódi jóléte jellemzően csak egyfajta érzést vált ki az emberekből: keserű irigységet és gyűlöletet. Az átlagos ember, anyagi állapottól függetlenül szívből utálja azokat, akik nála többre vitték, ügyesebbek, sikeresebbek vagy gazdagabbak. Esetleg okosabbak vagy tanultabbak.</w:t>
      </w:r>
    </w:p>
    <w:p>
      <w:r>
        <w:t>Aki gazdag, az vagy csalt, vagy lopta a pénzt, vagy valakinek a valakije, de minimum másokat kizsákmányoló, aki kapzsi, ahelyett, hogy szétosztaná a pénzét a rászorulóknak, legelső sorban is neki, akinek mindennapi anyagi gondjai vannak. Egyébként is biztos aranykanállal a szájában született, a szülei toltak alá mindent.</w:t>
      </w:r>
    </w:p>
    <w:p>
      <w:r>
        <w:t>(Az átlagember a valóságshowt szereti nézni, ahol egybites, szerencsétlen embereken gúnyolodhat, akiknél még ő is okosabb és sikeresebb. Más ember sikereinek nagyon kevés ember tud szívből örülni, legyen bár szegény vagy gazdag. Szomorú, de sajnos így van.)</w:t>
      </w:r>
    </w:p>
    <w:p>
      <w:r>
        <w:t>S ha van pénzed, akkor rád lehet szállni, mint éjjeli lepke a fényre. Megpróbálnak kölcsönkérni tőled, szállj be pénzzel a vállalkozásába, ő adja a remek ötletet, neked csak a pénzt kell adnod. Olyan emberek kezdenek el barátkozni veled, akiknek csak a pénzedre van szükségük. (Ha mutogatod a vagyonod, csak olyan emberek fognak barátkozni veled, akiket a pénzed érdekel. Ha elrejted a vagyonod, csak olyan emberek fognak barátkozni veled, akiket a személyed érdekel.)</w:t>
      </w:r>
    </w:p>
    <w:p>
      <w:r>
        <w:t>Ha pedig a főnököd látja, hogy gazdag vagy, azt gondolja majd, hogy már így is túl sokat fizet neked. Ha vállalkozó vagy, akkor a megrendelőid fogják ugyanezt gondolni rólad.</w:t>
      </w:r>
    </w:p>
    <w:p>
      <w:r>
        <w:t>Mit tegyél, ha el akarod kerülni, hogy minden ember utálatának a céltáblája legyél, csak azért mert te vitted valamire?</w:t>
      </w:r>
    </w:p>
    <w:p>
      <w:r>
        <w:t>A megoldás egyszerű, ahogy mondani szokták, maradj a radar alatt, vagyis maradj átlagos. A megjelenésedben, a ruházkodásodban, a vagyontárgyaidban. Ne posztolj fotókat a nyaralásodról, háttérben a hawaii pálmafákkal.</w:t>
      </w:r>
    </w:p>
    <w:p>
      <w:r>
        <w:t>Kerülj mindent, amihez az emberek a gazdagság fogalmát társítják. Például vannak olyan autómárkák, amikkel csak a gazdag emberek járnak. Egy teljesen felszerelt új Škoda Octaviában senki nem fog burzsujnak nézni, egy fele annyiba kerülő, fapados, használt német prémiummárkában viszont mindenki. (Egy srác mesélte, hogy vett egy öreg Porschét, 3 millió forintért, vagyis egy kisautó áráért. Amikor fel akarta újítani a házát, ha a Porsche ott állt a feljárón, minden mester dupla akkora árat mondott minden munkára, mint amikor az autó az utcán parkolt a szomszéd előtt. Már csak ezért sem érdemes gazdagnak látszani.)</w:t>
      </w:r>
    </w:p>
    <w:p>
      <w:r>
        <w:t>Az öltözködésed is legyen átlagos. Attól még lehetsz igényes és csinos, hogy nem Louis Vuittonban, Pradaban, Versace-ben és a többi luxusmárkában pompázol az utcán. Ha mindenáron márkás holmikat szeretnél felvenni, válassz olyanokat, amit az átlagember nem tud azonosítani és olyan darabokat, amire diszkréten van felírva a márka, ha egyáltalán.</w:t>
      </w:r>
    </w:p>
    <w:p>
      <w:r>
        <w:t>Soha ne beszélj senkinek arról, mennyit keresel, vagy mennyi pénzed van. Mit érsz el vele, ha valakinek elárulod, mennyire megy a bolt? Vagy kedved kap ő is hozzá és lemásolja az ötletedet, vagy ha nem tudja, csak utálni fog a sikereidért.</w:t>
      </w:r>
    </w:p>
    <w:p>
      <w:r>
        <w:t>Ha rákérdeznek, adj kitérő választ: "Mehetne sokkal jobban is, de lesz ez még jobb is, remélem. " Nem kell magyar módra panaszkodnod, de ha jót akarsz magadnak, ne is mondd azt, hogy már nem is tudod, hová tedd a sok pénzedet.</w:t>
      </w:r>
    </w:p>
    <w:p>
      <w:r>
        <w:t>Mesélj arról, ha akarsz, hogy elmentetek három napra a Tisza tóhoz, de bölcsen hallgass arról, hogy előtte Balin voltatok két hétig. Arról se fontos mesélned senkinek, hogy a gyerekeid magániskolába járnak, havi kétszázezerért. Senkire nem tartozik, ha vettél három lakást befektetési céllal, vagy nyaralód van a Balatonon.</w:t>
      </w:r>
    </w:p>
    <w:p>
      <w:r>
        <w:t>Ezek olyan dolgok, amiket bölcsebb megtartani magadnak. Csak az ostoba fecseg túl sokat és feleslegesen. Hidd el, akkor jársz a legjobban, ha mindenki átlagosnak gondol és a legrosszabb, amit tehetsz magaddal, ha az emberek többet gondolnak rólad, mint ami vagy valójában.</w:t>
      </w:r>
    </w:p>
    <w:p>
      <w:r>
        <w:t>A gazdagságod mutogatásával csak ellenségeket, vagy ami még rosszabb, hamis barátokat szerezhetsz csak, akkor is, ha nem szándékosan mutogatod a vagyonod. Mindössze a baráti beszélgetésekben elejtett információmorzsákból, meg a kétmilliós karórából összeáll a kép, mennyi pénzed is van valójában.</w:t>
      </w:r>
    </w:p>
    <w:p>
      <w:r>
        <w:t>Figyelj oda, hogy kinek mit mondasz, mit mesélsz és mit mutatsz. Ügyelj arra, hogy egy átlagos kisembert lássanak az ismerőseid, akitől nem kell félni, akit nem kell gyűlölni és akit nem lehet megpumpolni.</w:t>
      </w:r>
    </w:p>
    <w:p>
      <w:r>
        <w:t>Ha te bölcsen hallgatsz, amikor a bolond dicsekszik, ha neked elég, ha az tudja, mennyire vagy sikeres, akire tartozik, sok problémától megkíméled magad.</w:t>
      </w:r>
    </w:p>
    <w:p>
      <w:r>
        <w:t>Ha pedig az önértékelésedhez még kell a többi ember ámulata, hazug hízelgése, a likeok a nyaralási képek vagy az új autód alatt, érdemes átgondolni, nem lenne-e ideje felnőtté válni.</w:t>
      </w:r>
    </w:p>
    <w:p>
      <w:r>
        <w:t>Lehetsz gazdag bölcsen is és élvezheted a pénzed úgy is, hogy nem kell mások negatív reakcióival birkóznod. Nem arról van szó, hogy takargatnod kellene, hogy mid van, vagy mit értél el, de magamutogatás helyett bölcsen is lehetsz gazdag, vagy jómódú.</w:t>
      </w:r>
    </w:p>
    <w:p>
      <w:pPr>
        <w:pStyle w:val="Heading2"/>
      </w:pPr>
      <w:r>
        <w:t>Csongor története: gazdagság, barátság és kölcsön</w:t>
      </w:r>
    </w:p>
    <w:p>
      <w:r>
        <w:rPr>
          <w:i/>
        </w:rPr>
        <w:t>Csongor Erdélyből írta meg egy barátság és a gazdagság látszatának történetét. A következő tapasztalatok az övéi.</w:t>
      </w:r>
    </w:p>
    <w:p>
      <w:r>
        <w:t>"Újgazdag, sikeres ember vagyok, megérdemlem a jólétet, erőmön felül is költekezhetek, mert az „univerzum ereje” velem van"- gondolják sokan, aztán pár év elteltével nem értik, hova tűnt a gazdagságuk, miért nem bírják fizetni a banki hiteleket, miért roskadnak össze a súlyos adósságok terhe alatt.</w:t>
      </w:r>
    </w:p>
    <w:p>
      <w:r>
        <w:t>A gazdagnak látszani akarás egy igazi iskolapéldáját szeretném megosztani az olvasókkal, hogy ezzel is segítsek rámutatni az ilyen élet buktatóira, és a kölcsönadás veszélyeire is felhívjam a figyelmet.</w:t>
      </w:r>
    </w:p>
    <w:p>
      <w:r>
        <w:t>A gazdagnak lenni vagy gazdagnak látszani kérdésében saját tapasztalatból jómagam is csak megerősíteni tudom azt, hogy az emberek többsége mindent megtesz azért, hogy fenntartsa azt az irigylésreméltó, polgárpukkasztó életmódot, amit a valóságban nem engedhet meg magának.</w:t>
      </w:r>
    </w:p>
    <w:p>
      <w:r>
        <w:t>Az általánosítások, és közhelynek számító frázisok helyett azonban megosztanám az olvasókkal saját személyes élményemet egy olyan emberrel, akivel együtt nőttem fel, akivel igazi jó cimborák voltunk, több évtizedes barátság állt mögöttünk addig a pillanatig, amíg az illető jelentős anyagi veszteséget nem okozott számomra.</w:t>
      </w:r>
    </w:p>
    <w:p>
      <w:r>
        <w:t>A történet főszereplője a húszas évei második felében csatlakozott egy network marketing vállalkozáshoz, ahol elég komoly sikereket ért el, ám annak ellenére, hogy menedzser, és marketing könyveken nevelkedett, nem tudta normális keretek közé szorítani kiadásait, a megkeresett pénzt szinte hogy teljes egészében felélte, a gazdagság érzését kölcsönző tárgyakkal, luxus kiegészítőkkel, utazásokkal jutalmazta magát abban bízván, hogy ettől csak sokkal jobbat és többet tartogat számára az élet.</w:t>
      </w:r>
    </w:p>
    <w:p>
      <w:r>
        <w:t>Habár saját bevallása szerint az éves jövedelme 20-30 millió Ft-t tett ki, nem törekedett az ésszerű megtakarításra, lízingre vásárolt 20 milliós gépjárművet, amely végül 30 millióba került neki a kamatokkal, és egyéb járulékos költségekkel együtt, egy-egy kirándulás alkalmával 2-3 millió Ft-t elköltött, s engem, aki szintén akkoriban bontogattam szárnyaimat, megvetett az övéhez képest szinthogy értéktelen gépjárművem, és a „fapados” nyaralásaim miatt.</w:t>
      </w:r>
    </w:p>
    <w:p>
      <w:r>
        <w:t>Nem telt el sok idő, és annak ellenére, hogy az illető állítólag 150 millió Ft-t keresett néhány év leforgása alatt, elkezdett tőlem kisebb összegeket kölcsönkérni, amiket rendre vissza is adott. S itt emelném ki, hogy egy józan gondolkodású emberben már kérdéseket vetett volna fel a másik ideiglenes pénzügyi nehézsége. A történet azonban nagyobb összegekkel folytatódott, 2010-2012 között kb 2 milliós adósságot halmozott fel nálam a legjobb barátnak számító, ideiglenes anyagi gondokkal küszködő, szebb napokat is megélt sikerember.</w:t>
      </w:r>
    </w:p>
    <w:p>
      <w:r>
        <w:t>Mondhatnák sokan, hogy ez bárkiben felkapcsolná a vészjelzőt, de hadd jegyezzem meg, hogy ha közeli kapcsolat van két személy között, akkor hajlamos az ember egy rózsaszín ködön keresztül szemlélni a helyzetet. Ezt követően adódott egy olyan helyzet az életemben, hogy „legjobb barátomra” bíztam 15 millió Ft-t megőrzésre. És tudom, mihelyst, olvassa e sorokat a kedves olvasó, már ki is csúszik a száján, hogy micsoda idióta az az ember, aki minden biztosíték nélkül egy lecsúszott sikeremberre bíz egy ilyen összeget. Nos, kedves olvasó, jól gondolja, majdnem 10 millió Ft-nak igen hamar lába kelt...</w:t>
      </w:r>
    </w:p>
    <w:p>
      <w:r>
        <w:t>Mondanom sem kell, hogy kettétörte a barátságot ez az eset, annyi szerencse azonban volt a szerencsétlenségben, hogy még íziben aláírt a delikvens egy kölcsönadási szerződést a teljes összegről, beleszámolva a korábbi adósságot is. A szerződésben foglaltak szerint másfél év alatt meg kellett volna adnia a teljes összeget, ennek ellenére ennek harmadát sem tudta teljesíteni. Megtépázott barátságunk helyreállítására is kísérletet tettünk a nyögvenyelős visszafizetések közepette, ám ezen próbálkozások hamar vakvágányra futottak.</w:t>
      </w:r>
    </w:p>
    <w:p>
      <w:r>
        <w:t>Korábban olvastam azt a figyelmeztetést, hogy ne akarjuk megtudni, mennyire gonoszak bírnak lenni az emberek, ha nem tudják, vagy nem akarják visszaadni a pénzünket. Mennyire igaz ez az állítás, és mennyire fájdalmas ezt a saját bőrömön megtapasztalni. Az az ember, akivel több évtizedes barátság kötött össze, jelen pillanatban esküdt ellenségének kiáltott ki, nem riad vissza a fenyegetőzéstől, és egyéb aljas technikáktól sem, hogy újabb halasztásokat nyerjen. Jelen pillanatban masfél év telt el a szerződésben rögzített terminus óta, az adósságból azonban még mindig hátra van kb 6 millió Ft.</w:t>
      </w:r>
    </w:p>
    <w:p>
      <w:r>
        <w:t>Az eltelt időszakot a folyamatos ígérgetések, számos be nem tartott ütemezési terv fémjelezte, s mivel az aktuális törvények szerint (a kölcsönadási szerződés nem Magyarországon köttetett) 2018 nyarán érvényét vesztette volna a jogos követelésem, ha nem terelem hivatalos útra az ügyet, végrehajtási eljárást kezdeményeztem hivatalos úton az illető ellen, s csak centikre volt attól, hogy elárverezzék időközben kiöregedett, és elértéktelenedett személyautóját. Az adós félnek az eljárás során további 600.000 Ft végrehajtási költsége keletkezett, s most egy újabb, általa meghatározott ütemterv szerint haladunk tovább, immár hatósági felügyelet mellett.</w:t>
      </w:r>
    </w:p>
    <w:p>
      <w:r>
        <w:t>A hihetetlen az egészben az, hogy a történet főszereplője az adósságcsapda legmélyebb pontján sem volt képes megválni luxus autójától, és a legutóbbi végrehajtási eljárás is arról szólt, hogy csak a gépjárművét megtarthassa, hogy még mindig fenntarthassa a talán sosem volt gazdagság látszatát. Mert az is igaz, hogy egy 3 milliót érő korosabb luxus autóra még mindig más szemmel néznek, mint egy újabb Opelre (mint amivel én járok).</w:t>
      </w:r>
    </w:p>
    <w:p>
      <w:r>
        <w:t>Mindezek mellett azonban kijelenthetem, az ésszerű pénzkezelésnek köszönhetően még a fentebb leírt helyzet sem okozott nagy nehézségeket nekem, és a családomnak, továbbra is megfontoltan bánunk a pénzzel (ezt az esetet leszámítva), ügyelünk arra, hogy jelentős megtakarításokat eszközöljünk, ingatlanokat vásároltunk, igyekszünk biztosítani jövőnket anyagilag, s habár magas árat fizetve, de a jövőben nem engedni, hogy érzelmeink befolyásolják pénzügyi döntéseinket.</w:t>
      </w:r>
    </w:p>
    <w:p>
      <w:r>
        <w:t>Csak megerősíteni tudom, hogy magas biztonságérzetet ad, ha nem csupán egyik napról a másikra élhetünk, mint sokan, akik méregdrága autókat vezetnek, medencés villában élnek, és 3 milliót költenek egy luxus nyaralásra, mindeközben ha megszűnne a bevételi forrásuk akkor még negyed évig sem tudnák finanszírozni jelenlegi életüket.</w:t>
      </w:r>
    </w:p>
    <w:p>
      <w:pPr>
        <w:pStyle w:val="Heading2"/>
      </w:pPr>
      <w:r>
        <w:t>Szegény, középosztálybeli, gazdag</w:t>
      </w:r>
    </w:p>
    <w:p>
      <w:r>
        <w:t>Leginkább négy osztályba lehet sorolni a társadalmat, bár hogy hol vannak a pontos határok, az egyáltalán nem egzakt, főleg, hogy mindenki a saját életszínvonalához méri, hogy mi számít gazdagnak vagy szegénynek.</w:t>
      </w:r>
    </w:p>
    <w:p>
      <w:r>
        <w:t>A legelső réteg a mélyszegény. Ennek a legegyszerűbb a definíciója, az a háztartás tartozik ide, ahol a havi bevétel még a szükséges minimum kiadásokat sem fedezi: nincs egészséges lakókörnyezet, nem telik egészséges ételre vagy orvosra szükség esetén. Ide tartozik a lakosság negyede a 2017-es felmérések szerint.</w:t>
      </w:r>
    </w:p>
    <w:p>
      <w:r>
        <w:t>(Ha akarsz arról olvasni, hogyan élnek a mélyszegénységben élők, ajánlom figyelmedbe a Nyomorszéle blogot. Ha úgy érzed, szegény vagy, esetleg nyomorult, olvasd azt a blogot, egyből rájössz, milyen jó sorod is van neked.)</w:t>
      </w:r>
    </w:p>
    <w:p>
      <w:r>
        <w:t>A következő réteg a szegény. Ő az, aki azért dolgozik, hogy tudjon enni és azért eszik, hogy tudjon dolgozni. Itt már egy elég széles a spektrum, az egyik végén az, aki bár tud enni eleget és meg van oldva a lakhatása is egy egészséges lakóhelyen, de semmi olyan dolgot nem tud megvenni magának, ami ma már társadalmi minimumnak számít. Ők azok, akik az úgynevezett társadalmi minimum alatt élnek. A magyar háztartások 53%-a él a társadalmi minimum alatt.</w:t>
      </w:r>
    </w:p>
    <w:p>
      <w:r>
        <w:t>Jó ezt néha felidézni, hogy az ember elgondolkodjon, hogyan is él a magyar társadalom nagyobbik fele. Ez Budapestről gyakran nem látszik, de attól még ez a magyar átlag. Akinek már egy mobiltelefon fenntartása is azzal jár, hogy akkor más fontosabb dolgokról kell lemondania.</w:t>
      </w:r>
    </w:p>
    <w:p>
      <w:r>
        <w:t>A szegénység másik vége, ahol már telik dolgokra, tudnak fizetni egy olcsóbb lakást, egy idősebb autót fenntartanak, havonta néhány 10 ezer forintot el is tudnak tenni, ha beosztják a pénzt. A gyerek egyetemét ki tudják izzadni, de ez már lemondással jár a szülők részéről. Eljutnak nyaralni is, de azért meg kell nézni, hová mennek és mennyit költenek rá. Egy hirtelen jött nagyobb orvosi kiadásra telik, de egy elhúzódó betegség már komoly anyagi problémát jelent a családnak.</w:t>
      </w:r>
    </w:p>
    <w:p>
      <w:r>
        <w:t>Következő lépcső a középosztály, ami az eddigiekből kiderül, igen vékony réteg Magyarországon. Akkor is így van, ha rossz ezt hallani. Ezt a középosztályt hívták régen polgári rétegnek. Ők voltak azok, akik jól éltek, el tudtak utazni, cselédet tartottak, nem kellett félniük, hogy nem lesz elég a pénz a hónap végéig. Régen ez a réteg sokkal szélesebb volt, mint manapság. Ide tartoztak a tanárok, ügyvédek, középhivatalnokok, kisvállalkozók.</w:t>
      </w:r>
    </w:p>
    <w:p>
      <w:r>
        <w:t>A fejlett világon mindenhol komoly gond, hogy ez a réteg eltűnőben van, nagyon nyílik a társadalmi olló. (A fejlődő országokban ezzel szemben éppen most alakul ki ez a réteg, de ez már egy másik történet.) A gazdagok nagyon gazdagok, a szegények száma nagyon megnőtt és a köztük lévő középosztály elolvadt az elmúlt évtizedekben. Nem csak itthon, de nagyon sok jóléti társadalomban is. Persze nem mindegy, hogy 30%-ról csökkent 20%-ra, vagy 5%-ról 2-3%-ra.</w:t>
      </w:r>
    </w:p>
    <w:p>
      <w:r>
        <w:t>Régies szóval ezt a középosztályt hívták bővölködő életvitelnek. Amikor nem a pénz léte vagy hiánya alapján döntöm el, hogy elmegyünk-e nyaralni és hová, ha jön egy hirtelen jött orvosi számla, gond nélkül kifizetem, nem kell azzal sakkozni, melyik hónapba fér bele a gyökérkezelés 80 ezres költsége. Nem azért nem veszek meg egy futógépet 800 ezer forintért, mert nem vagyok képes megvenni, hanem mert sajnálom rá a pénzt. Mert ennyi pénzért évekig lejárok egy konditerembe.</w:t>
      </w:r>
    </w:p>
    <w:p>
      <w:r>
        <w:t>Nem az a kérdés, hogy te akarsz-e két autót fenntartani, vagy akár egyet is, a kérdés, megtehetnéd-e. Nem akkor vagy közép-középosztálybeli, ha medencés házad van, hanem akkor, ha lehetne, ha akarnád. Nem kell magániskolába járatni a gyerekeidet, de ha akarnád, meg tudnád tenni.</w:t>
      </w:r>
    </w:p>
    <w:p>
      <w:r>
        <w:t>S nem, továbbra is azt mondom, nem attól leszel boldog, ha lépést tartasz a szomszédokkal a pénzszórás területén. De te is képes lennél kifizetni azt az életszínvonalat, amit ők. Csak te nem vágysz rá, vagy felesleges pazarlásnak érzed. Na, akkor tartozol abba a társadalmi osztályba. (S igen, sokan erejükön felül, hitelből vesznek olyan dolgokat, aminek a meglétével akarják bizonyítani, hogy ők is egy adott társadalmi osztályba tartoznak. A társadalmi osztály megítélésénél azonban a tényleges lehetőségük számít, nem a látszat.)</w:t>
      </w:r>
    </w:p>
    <w:p>
      <w:r>
        <w:t>Ennek az osztálynak az alja valahol ott van, ahol egy jól kereső alkalmazott, mondjuk programozó az egy fizetéséből el tudja/tudná tartani a családját. (Ha van neki.) De legalábbis ketten megkeresik azt, ami már több, mint a hónapról-hónapra élés. Nem tudnak mindent megengedni maguknak, de azért ami fontos, arra költenek, eljutnak nyaralni, fenn tudnak tartani egy autót gond nélkül és nincs napi anyagi problémájuk. Van tartalékuk, egy-két évet munka nélkül is kihúznának szükség esetén.</w:t>
      </w:r>
    </w:p>
    <w:p>
      <w:r>
        <w:t>Ez talán 600, de sokkal inkább 7-800 ezer forint/hó idehaza a fővárosban, vidéken kicsit kevesebb. Tetszik vagy nem tetszik, attól ez még szerintem így van.</w:t>
      </w:r>
    </w:p>
    <w:p>
      <w:r>
        <w:t>A középosztály közepét így képzelem el: Egy-két fiatalabb autó, normális ház, vagy drágább lakás, nem egy túl drága, de nem is olcsó környéken, nyaralás kétszer, stb.</w:t>
      </w:r>
    </w:p>
    <w:p>
      <w:r>
        <w:t>A teteje meg nagyon messze van ennek a rétegnek.</w:t>
      </w:r>
    </w:p>
    <w:p>
      <w:r>
        <w:t>Ugyanis a következő réteg a gazdag. A gazdag az, akinek nem kell dolgoznia a megélhetésért, ennek ellenére olyan életszínvonalat tud fenntartani, ami az átlagos középosztálybelinek nem elérhető. Ehhez szerintem alsó hangon másfél-két milliárdos vagyon kell. (Persze a gazdag is dolgozhat, de a lényeg, hogy már nem a megélhetésért teszi. S van, aki inkább megél havi 150 ezerből, csak hogy ne kelljen dolgoznia, de attól még nehéz lenne őt gazdagnak hívni.) Ha most nem kapsz levegőt, elárulom neked, hogy 2 milliárdnak a fenekére lehet csapni 30 év alatt, ha havi 5 milliót költesz belőle és csak az inflációval megegyező hozamot kapsz közben utána.</w:t>
      </w:r>
    </w:p>
    <w:p>
      <w:r>
        <w:t>Ebből következik, hogy az a cégtulajdonos, aki az Amerikai Iskolába járatja mindhárom gyerekét, évi 5-5 millióért és a havi költésük ezen kívül is minimum 3-4 millió forint, az nem gazdag akkor, ha ezt csak úgy tudja finanszírozni, ha folyamatosan dolgozik. Ha ugyanezt munka nélkül, a befektetéseiből meg tudná tenni, akkor tartozna a gazdagok közé.</w:t>
      </w:r>
    </w:p>
    <w:p>
      <w:r>
        <w:t>S nem, a gazdagok nem legalapabb felszereltségű Skoda Superbet vesznek 9 millió forintért, de még a középosztály közepe sem.</w:t>
      </w:r>
    </w:p>
    <w:p>
      <w:r>
        <w:t>Továbbra is azt mondom, nem a pénztől és még kevésbé a pénzszórástól leszel boldog, de nem is ez most a lényeg. Sőt, az sem lényeg, hogy a szegények, a középosztály, vagy a gazdagok közé tartozol-e. Inkább lennék szegény egy normális, szerető családban, olyan munkával, amit szeretek, mint gazdag egy szétesett, nihilista és hedonista közegben. Mert a pénz nem boldogít, sőt gyakran nagyobb csapás a túlzott léte, mint a hiánya.</w:t>
      </w:r>
    </w:p>
    <w:p>
      <w:r>
        <w:t>De attól még ne mondjuk már azt, hogy aki havi 400 ezerből akar fenntartani egy négytagú családot, sakkozva minden fillérrel, az a középosztály közepén él, mert ez egyszerűen butaság.</w:t>
      </w:r>
    </w:p>
    <w:p>
      <w:r>
        <w:t>A társadalmi osztályokat rengeteg, akár önkényes módon is lehet definiálni. Például társadalmi státusz alapján: középosztály az, aki befolyással bír a társadalomra. Vagy az értelmiséget hívom annak, középosztály az, aki diplomás.</w:t>
      </w:r>
    </w:p>
    <w:p>
      <w:r>
        <w:t>Vagyon alapján, aki a kilencedik decilisbe tartozik a vagyona alapján. Vagy a társadalom 70 és 90% közötti rétege. Vagy amit csak ki akarok találni. Én anyagi értelemben definiáltam, középosztály az, aki anyagilag több a szegénynél, de kevesebb a gazdagnál.</w:t>
      </w:r>
    </w:p>
    <w:p>
      <w:r>
        <w:t>Szerintem nevetséges az a "hivatalos" definíció, hogy a felső középosztály a társadalom 80%-ánál kezdődik. Ne hívjunk már egy családot, aki két keresővel, rengeteg vérrel és verejtékkel összehoz havi 420-440 ezer forintot, minden fillér elköltését kétszer meggondolja és húsz év múlva talán tud venni egy 45 éves panellakást. Aki ezt kitalálta és aki ehhez ragaszkodik foggal-körömmel, az szerintem nem ebben a világban él. Abraham Lincoln szavait idézve, attól, hogy a bárány farkát is lábnak hívjuk, még nem lesz ötlábú a bárány, bármennyire is szeretnénk. Hiába akarjuk, hogy a magyar társadalom felső 20%-a felső-középosztálybeli életet éljen, konkrétan ennek a rétegnek az alja még vastagon a napi pénzügyi gondokkal küzd.</w:t>
      </w:r>
    </w:p>
    <w:p>
      <w:r>
        <w:t>Az sem véletlen, hogy végig jövedelemről és nem fizetésről beszéltem. Jövedelem a kiadott ingatlan is, a kötvények kamata, de a családi pótlék is. A cégautó is az, csak természetben kapod.</w:t>
      </w:r>
    </w:p>
    <w:p>
      <w:r>
        <w:t>S igen, lehetne cifrázni, hogy az egyedülállónak vagy a gyerektelen párt mikor hívhatjuk akármelyik osztályba tartozónak, meg figyelembe lehetne venni a kapott örökséget, meg minden mást. De ezt már meghagyom másnak.</w:t>
      </w:r>
    </w:p>
    <w:p>
      <w:pPr>
        <w:pStyle w:val="Heading1"/>
      </w:pPr>
      <w:r>
        <w:t>4. Mennyi az elég?</w:t>
      </w:r>
    </w:p>
    <w:p>
      <w:r>
        <w:t>A több pénz önmagában nem oldja meg a kérdést. Ha minden új bevétellel együtt új igények is születnek, ugyanott maradsz: megint nem lesz elég. Érdemes előre eldöntened, mihez kell a pénz, és mi az, amiért már túl nagy árat fizetnél.</w:t>
      </w:r>
    </w:p>
    <w:p>
      <w:pPr>
        <w:pStyle w:val="Heading2"/>
      </w:pPr>
      <w:r>
        <w:t>Az életszínvonalad inflációja</w:t>
      </w:r>
    </w:p>
    <w:p>
      <w:r>
        <w:t>Az infláció a pénzed legnagyobb ellensége. Láthatatlanul, de biztosan felfalja a vagyonodat, miközben látszólag a pénzed nem lett kevesebb. Ugyanannyi pénzed van, csak kevesebbet ér.</w:t>
      </w:r>
    </w:p>
    <w:p>
      <w:r>
        <w:t>Ugyanez igaz az életszínvonalad inflációjára is. Az életszínvonal, ami tegnap még vonzó volt, mára értéktelenné válik a szemedben, ezért kénytelen vagy még nagyobb áldozatokat hozni, hogy elérd a következő vonzó lépcsőfokot. Ami szintén értéktelenné válik pár hónapon, vagy éven belül.</w:t>
      </w:r>
    </w:p>
    <w:p>
      <w:r>
        <w:t>Bár tíz éve még saját lakásról sem mertél álmodni, öt éve pedig álmaid netovábbja lett volna egy szolid háromszobás lakás, ha lehet, akkor ne panel, most úgy gondolod, miért érnéd be kevesebbel, mint egy családi házzal egy jó környéken. Még ha hitelt is kell felvenni, majd fizeted a havi törlesztőket.</w:t>
      </w:r>
    </w:p>
    <w:p>
      <w:r>
        <w:t>Tíz éve még azon sóhajtoztál, milyen jó lenne néha kölcsönkapni egy autót a havi nagybevásárlásokhoz, most evidensnek veszed, hogy egy olyan sikeres középvezető, mint te, nem járhat tízmilliósnál olcsóbb autóval.</w:t>
      </w:r>
    </w:p>
    <w:p>
      <w:r>
        <w:t>A nemrég még luxusdolgok, mint például az étterembe járás mára létszükségletté váltak a számodra. El sem tudod képzelni, hogy ne járj legalább háromszor étterembe egy héten, vagy havonta háromszor fodrászhoz.</w:t>
      </w:r>
    </w:p>
    <w:p>
      <w:r>
        <w:t>Az éves bónuszodat sem tudod másra fordítani, mint előrébb lépj a fogyasztásban, még drágább, még jobb, még exkluzívabb terméket vagy szolgáltatást vásárolj meg saját magad számára. Hiszen a pénz nem arra van, hogy kupacokba hordjuk és őrizgessük, hiszen csak egyszer élünk és fiatal sem leszel örökké.</w:t>
      </w:r>
    </w:p>
    <w:p>
      <w:r>
        <w:t>Egyébként is, megérdemled a kényeztetést, hiszen egyre keményebben kell dolgoznod, hogy ki tudd fizetni a számlákat és a havi törlesztőket. Igen, egyre több idődet kell eladnod, hogy legyen pénzed a növekvő igényeidhez. Azt a kevés szabadidőt, ami megmaradt, hadd töltsd már el az elérhető legnagyobb luxusban, ilyen kemény munka mellett az jár neked.</w:t>
      </w:r>
    </w:p>
    <w:p>
      <w:r>
        <w:t>S mivel ilyen magasra törtél, azt a szerény két hetes szabadságodat is szeretnéd valami exkluzív helyen eltölteni, egy ázsiai szigeten és nem a részeg orosz turisták között Törökországban. Ezt meg kell értenie mindenkinek. Amennyi stressz és nehézség ér az év közben, legalább a nyaralás legyen felhőtlen.</w:t>
      </w:r>
    </w:p>
    <w:p>
      <w:r>
        <w:t>Nos, ismerősnek tűnik, amit eddig leírtam? Ez az, amit úgy hívnak, hogy az életszínvonal inflációja.</w:t>
      </w:r>
    </w:p>
    <w:p>
      <w:r>
        <w:t>Hiába keresel egyre többet és többet, hiába veszel magadnak egyre drágább dolgokat és hiába nő hónapról-hónapra az életszínvonalad, igazából egyre szegényebb vagy.</w:t>
      </w:r>
    </w:p>
    <w:p>
      <w:r>
        <w:t>Nagyobb örömforrás a számodra a munka, mint volt tíz éve? Könnyebb? Kevesebbet kell dolgoznod a megélhetésért?</w:t>
      </w:r>
    </w:p>
    <w:p>
      <w:r>
        <w:t>Több időt töltesz a családoddal, mint amennyit tíz éve tudtál eltölteni? A barátokra és a hobbidra több időt tudsz áldozni?</w:t>
      </w:r>
    </w:p>
    <w:p>
      <w:r>
        <w:t>Nyugodtabb, stresszmentesebb és rendezettebb az életed, mint volt tíz éve?</w:t>
      </w:r>
    </w:p>
    <w:p>
      <w:r>
        <w:t>Lényegesen nagyobb a megtakarításod, mint volt tíz éve? Sikerült megszabadulnod a hitelektől? Közelebb kerültél ahhoz, hogy a megtakarításaid növekedése miatt abbahagyhasd a pénzért való munkavégzést?</w:t>
      </w:r>
    </w:p>
    <w:p>
      <w:r>
        <w:t>Mert ha a válaszok nem, akkor te nem előrébb, hanem határozottan hátrébb kerültél az elmúlt évtizedben.</w:t>
      </w:r>
    </w:p>
    <w:p>
      <w:r>
        <w:t>Ha kevesebb pénzed, több hiteled, stresszesebb életed és jobban széthullott családod van, akkor te sokkal szegényebb vagy, mint tíz éve, hiába keresel négyszer annyit, mint kerestél akkor.</w:t>
      </w:r>
    </w:p>
    <w:p>
      <w:r>
        <w:t>Itt az idő, hogy leülj és elgondolkodj azon, hol is rontottad el.</w:t>
      </w:r>
    </w:p>
    <w:p>
      <w:r>
        <w:t>Megérte-e az Iphone, a Gucci táska, az új Audi és a böszme nagy ház azt az árat, amit fizettél érte? A 15 évet a fiatalságodból és a rengeteg hitel miatti stresszet? Hogy a pénz után loholtál, ahelyett hogy a fiaddal fociztál volna, hogy aztán olyan ostobaságokra verd el a szerzett pénzt, amik soha nem tettek se boldoggá, se elégedetté?</w:t>
      </w:r>
    </w:p>
    <w:p>
      <w:r>
        <w:t>Vajon a fiadnak mire lett volna nagyobb szüksége? Hogy legyen apja, aki elviszi horgászni, vagy arra a sok drága vacakra, amit kompenzálásként vettél neki, mert soha nincs időd vele lenned? S pont azért nincs időd vele lenned, mert meg kell keresned a pénzt, amit aztán a sok drága vacakra költhetsz, amivel kompenzálod őt.</w:t>
      </w:r>
    </w:p>
    <w:p>
      <w:r>
        <w:t>Mikor jössz rá, hogy nem az vagy, amid van? Hogy nem kell felvenni a versenyt a szomszédokkal a "ki dobott ki több pénzt az ablakon egy új autóra" játékban?</w:t>
      </w:r>
    </w:p>
    <w:p>
      <w:r>
        <w:t>Mikor fogod azt mondani, hogy elég? Ennyit akartam elérni az életben, megvan mindenem? Segítek: soha. Ennek az őrült futásnak ez a lényege: soha nincs vége. A boldogság után loholsz, amiről azt gondolod, hogy az úszómedencés házban van és a csillivilli kütyükben. Megvetted őket, nem tettek boldoggá. Akkor ha megvehetem a nagyobbat, az újabbat, az erősebbet, majd az kielégít. Az sem fog, mikor jössz rá végre?</w:t>
      </w:r>
    </w:p>
    <w:p>
      <w:r>
        <w:t>Mikor érted meg, hogy nem kellene magad luxus dolgokkal kényeztetned a kemény munka miatt, mert éppen a luxus dolgok miatt kényszerülsz az erődön felüli kemény munkára?</w:t>
      </w:r>
    </w:p>
    <w:p>
      <w:r>
        <w:t>Tanulmányok születtek arról, hogy akár évi 200 millió is csak akkor teszi elégedettebbé az embert, ha az ő társadalmi szintjén mindenki más kevesebbet keres. Ha mások ennek a dupláját keresik évente, az ember már elégedetlenné válik a helyzetével, noha az összeg és annak vásárlóértéke sem változott. Mikor jössz rá, hogy te is pont így működsz jelenleg?</w:t>
      </w:r>
    </w:p>
    <w:p>
      <w:r>
        <w:t>Ideje leülni és átgondolni, mi is az igazán fontos az életben és mi az igazi gazdagság. Szánj rá egy pár napot, mielőtt még túl késő lesz.</w:t>
      </w:r>
    </w:p>
    <w:p>
      <w:r>
        <w:t>Hogyan tudod elkerülni ezt a csapdát? Egyszerű. Nem kell azonnal előfizetni a drágább kábelcsomagra, ha fizetésemelést kapsz, vagy nem kell azon gondolkodni, hogy lecseréled az autódat. Nem a legdrágább helyre kell elmenned nyaralni, amit éppen ki tudsz még fizetni a havi fizetésedből.</w:t>
      </w:r>
    </w:p>
    <w:p>
      <w:r>
        <w:t>Az életszínvonalad növekedése ugyanis alattomosan lopakodik. Nem tudod megmondani, miért nem jössz ki a háromszor nagyobb fizetésedből, csak a tényt látod, hogy még ez sem elég. S hiába jössz rá, hogy igazából utálod a munkádat, már nem teheted meg, hogy ott hagyd, mert olyan magasak a havi költségeid, hogy nem engedheted meg azt a luxust, hogy máshová menj dolgozni, alacsonyabb fizetésért. Inkább marad a stressz és a gyűlölt munkahely. Sikerült magad egy életreszóló rabigába hajtani.</w:t>
      </w:r>
    </w:p>
    <w:p>
      <w:r>
        <w:t>A növekvő bevételeid 20-30%-át fordítsd az életszínvonalad növelésére, a maradékból a megtakarításaidat hizlald, vagy fizesd vissza a hiteleidet. Amikor nagyobb autóban, ingatlanban vagy bármi egyébben gondolkodsz, jusson eszedbe, hogy a nagyobb autót vagy házat nem csak megvenni, de havonta fenntartani is drágább.</w:t>
      </w:r>
    </w:p>
    <w:p>
      <w:r>
        <w:t>Legyenek pénzügyi céljaid, amiket el akarsz érni és ezekhez ragaszkodj. A Ralph Loren ruhatárnál sokkal jobb cél az, hogy 55 évesen nyugdíjba akarsz vonulni és a megtakarításaidból élni. Ha bónuszt kapsz, ne a hawaii útról ábrándozz, hanem arról, hogy akkor már 54 évesen is visszavonulhatsz.</w:t>
      </w:r>
    </w:p>
    <w:p>
      <w:r>
        <w:t>Ne akarj megfelelni a szomszédoknak, akik ugyanabban a mókuskerékben futnak egész életükben, amiből éppen ki akarsz törni. Vegyék csak meg az új Audi A6-t, ha ők még azt gondolják, ez a siker és a boldogság fokmérője.</w:t>
      </w:r>
    </w:p>
    <w:p>
      <w:r>
        <w:t>Írd össze a család összes költését, hogy meglásd, hány helyen szivárog kifelé a pénz a családi kasszából. Csináljatok egy minimálhónapot, amikor csak és kizárólag a legeslegszükségesebbekre költötök. Ezt vesd össze az átlagos havi költésetekkel és már látod is, mennyi megy el a nem szükséges dolgokra.</w:t>
      </w:r>
    </w:p>
    <w:p>
      <w:r>
        <w:t>Gyűjts össze legalább egy fél évre, egy évre elegendő pénzt, így ki tudsz szállni a gyűlölt munkahelyedről, ha akarsz. Egy év alatt találsz másik állást, addig pedig kitart a tartalék.</w:t>
      </w:r>
    </w:p>
    <w:p>
      <w:r>
        <w:t>Jól mondtad, tényleg csak egyszer élsz. Éppen ezért ne a tárgyak rabságában teljen el az az egy életed. Légy szabad a pénzügyi láncoktól és inkább élvezd az életet.</w:t>
      </w:r>
    </w:p>
    <w:p>
      <w:r>
        <w:t>(Ha most azt  mondod, ez nem rólad szól, mert te nem jársz 10 milliós autóval, akkor gondold át még egyszer. Aki havi 150 ezret keres, de autóval jár dolgozni, az pont ugyanazt csinálja, csak a maga szintjén.)</w:t>
      </w:r>
    </w:p>
    <w:p>
      <w:pPr>
        <w:pStyle w:val="Heading2"/>
      </w:pPr>
      <w:r>
        <w:t>Amikor lefelé változik az életszínvonalad</w:t>
      </w:r>
    </w:p>
    <w:p>
      <w:r>
        <w:t>Egy ideális életútban az ember folyamatosan emelkedik fel anyagilag: alulfizetett pályakezdőből megbecsült csoportvezető majd középvezető lesz, esetleg egy szerény profitot termelő mikrocégből felépít egy sikeres vállalkozást.</w:t>
      </w:r>
    </w:p>
    <w:p>
      <w:r>
        <w:t>Azonban a valóság gyakran olyan, hogy  történik valami, ami ezt az ideális életutat kettétöri: megbetegedsz, elválsz, tönkremegy a céged, nem leszel többet felső vezető és így tovább.</w:t>
      </w:r>
    </w:p>
    <w:p>
      <w:r>
        <w:t>A kérdés, hogy mit tegyél ilyenkor, hogyan alkalmazkodj az új helyzethez és nem is annyira anyagilag, mint inkább mentálisan. (Ami természetesen befolyásolni fogja az anyagi életedet is.)</w:t>
      </w:r>
    </w:p>
    <w:p>
      <w:r>
        <w:t>Nagyon sok olyan emberrel találkozni, aki nem tudta feldolgozni, hogy visszaesett az élete az anyagiak területén.</w:t>
      </w:r>
    </w:p>
    <w:p>
      <w:r>
        <w:t>Adósságokat halmoz fel csak azért, hogy a régi életszínvonalának az illuzióját fenntarthassa, még mindig azzal a luxusautóval jár, amit tíz éve vett, amikor még jól ment a szekér, csak azóta a vagyonából is kizabálja az autó szervizköltsége, a böszme nagy ház, amit a sikere csúcsán vett, lassan kezd szétesni, de felújítani már nincs pénze, a medencében már nem volt víz tíz éve, mert sokba kerülne és így tovább.</w:t>
      </w:r>
    </w:p>
    <w:p>
      <w:r>
        <w:t>Az minden embernek ismerős, hogyan működik az életszínvonalad inflációja: egyre többet keresel, így egyre többet engedsz meg magadnak.</w:t>
      </w:r>
    </w:p>
    <w:p>
      <w:r>
        <w:t>Tömegközlekedés helyett veszel egy használt autót, aztán egy újat, aztán egy még drágább újat. Tíz éve még a havi egyszeri pizzázás a haverokkal kétezer forintért volt a kicsapongás non plus ultrája, ma már természetes, hogy legalább egyszer egy héten elmentek egy drágább étterembe. Tíz éve még természetes volt, hogy te mosol és takarítasz, ma már el se tudnád képzelni, hogy ne legyen bejárónőd.</w:t>
      </w:r>
    </w:p>
    <w:p>
      <w:r>
        <w:t>Azért növeled az életszínvonaladat folyamatosan, mert minden egyes emelés csak napokig-hetekig ad hozzá az életedhez, utána már egy újabb impulzus kell, hogy jól érezd magad. Ami tegnap még extra volt, az mára alapelvárás lesz és kell egy újabb, nagyobb dózis, hogy jól érezd magad. Így a ma extrája lesz a holnap alapelvárása.</w:t>
      </w:r>
    </w:p>
    <w:p>
      <w:r>
        <w:t>S mindegy, hogy mekkora ez az ugrás az életszínvonaladban, heteken belül az lesz az új norma. Klasszikus példája ennek a lottónyertesek: jellemzően nincstelen emberek hirtelen a legfelső egy vagy fél százalékban találják magukat a nyereménynek köszönhetően.</w:t>
      </w:r>
    </w:p>
    <w:p>
      <w:r>
        <w:t>De még egy ilyen hatalmas vagyoni ugrás sem menti meg őket attól, hogy onnan is tovább akarjanak lépni, mert nekik is az új életszínvonal lesz az alap hamarosan és ebből származik az, hogy a legtöbb lottónyertes néhány éven belül teljesen elszegényedik, mert az egyszeri nyeremény már nem tud lépést tartani az újabb és újabb életszínvonal-emeléssel.</w:t>
      </w:r>
    </w:p>
    <w:p>
      <w:r>
        <w:t>A jó hír azonban az, hogy ugyanez az életérzés lefelé is ugyanígy működik. Ha a megváltozott lehetőségeidhez szabod az igényeidet, akkor hamarosan az új szinten is ugyanolyan elégedett leszel, mint az azt megelőző, sokkal magasabb szinten.</w:t>
      </w:r>
    </w:p>
    <w:p>
      <w:r>
        <w:t>Ahogy a lottónyertesek felfelé ugrása is csak azt eredményezi, hogy egy addig elképzelhetetlen magas szintről akarnak továbblépni, egy hasonló lefelé zuhanás esetén is gyorsan stabilizálódik a helyzeted.</w:t>
      </w:r>
    </w:p>
    <w:p>
      <w:r>
        <w:t>S kiderül, ahogy meg tudtál élni mai értéken havi nettó háromszázezerből 15 éve, úgy most is meg tudsz belőle élni és a havi egy pizzázás megint lesz akkora élmény, mint a heti éttermezés volt eddig. Rájössz, hogy bár tényleg kényelmes, ha más takarít és mos helyetted, de nem is akkora dolog, hogy ne tudd újra te megcsinálni.</w:t>
      </w:r>
    </w:p>
    <w:p>
      <w:r>
        <w:t>Csak az a fontos, hogy engedd el azt, ami már nem a tiéd, mert csak akkor tudsz boldog lenni ott, ahol vagy.</w:t>
      </w:r>
    </w:p>
    <w:p>
      <w:r>
        <w:t>Igen, te voltál valaha a menő vállalkozó vagy te vezetted a multi magyar vállalatát, esetleg te voltál egy gazdag ember házastársa. De már nem vagy az anyagilag, aki voltál.</w:t>
      </w:r>
    </w:p>
    <w:p>
      <w:r>
        <w:t>Ahogy a sebtapaszt is gyorsan kell letépni a sebről, mert úgy fáj a legkevésbé és legkevesebb ideig, az ilyen változást is ugyanúgy kell feldolgozni. Találd meg a boldogságot és a szépséget azon a szinten, ahová kerültél és rájössz, hogy pont ugyanolyan elégedett ember tudsz lenni az új szinten is, mint a régin voltál.</w:t>
      </w:r>
    </w:p>
    <w:p>
      <w:r>
        <w:t>Mert nem az vagy, amid van vagy amid nincs.</w:t>
      </w:r>
    </w:p>
    <w:p>
      <w:r>
        <w:t>Ahogy a mondás tartja, a boldogság egyenlő a realitás mínusz az elvárások.</w:t>
      </w:r>
    </w:p>
    <w:p>
      <w:r>
        <w:t>Minél hamarabb leszállítod az elvárásaidat az új lehetőségeid szintjére, annál hamarabb fogod tudni újra élvezni az életet és fogod tudni abbahagyni az önsajnálatot. Ha valaha boldog voltál egy panelben, újra tudsz boldog lenni akkor is, ha az elmúlt 15 évben egy budai villában éltél. Mert a boldogság nem a vagyonból származik, hanem a szívedből.</w:t>
      </w:r>
    </w:p>
    <w:p>
      <w:pPr>
        <w:pStyle w:val="Heading2"/>
      </w:pPr>
      <w:r>
        <w:t>Mennyi az elég?</w:t>
      </w:r>
    </w:p>
    <w:p>
      <w:r>
        <w:t>Gondolkoztál már azon, hogy mikor leszel elég gazdag? Leírtál-e már valaha egy összeget, amire azt mondtad, ennyi elég lesz?</w:t>
      </w:r>
    </w:p>
    <w:p>
      <w:r>
        <w:t>Ha még nem tetted, tedd meg most. Gondold végig, mit szeretnél elérni ebben az életben és az mennyiből lehetne megvalósítani.</w:t>
      </w:r>
    </w:p>
    <w:p>
      <w:r>
        <w:t>Egy autó(kategória), aminél jobbat már nem fogsz akarni? A példa kedvéért ha egyszer elérek oda, hogy megengedhessem magamnak, hogy kilencmilliós autót vegyek, akkor elégedett leszek az élettel. Vagy ha végre lesz egy nyolcéves autóm másfél millióért.</w:t>
      </w:r>
    </w:p>
    <w:p>
      <w:r>
        <w:t>Egy házméret és lokáció, amire azt mondod, ez kiszolgál ebben az életben, ezzel életem végéig elégedett leszek?</w:t>
      </w:r>
    </w:p>
    <w:p>
      <w:r>
        <w:t>Egy vagyonméret, amire azt mondod, elég lesz a nyugdíjra?</w:t>
      </w:r>
    </w:p>
    <w:p>
      <w:r>
        <w:t>Évente egy vagy éppen három nyaralás, ilyen és ilyen áron, ezzel én tökéletesen elégedett leszek?</w:t>
      </w:r>
    </w:p>
    <w:p>
      <w:r>
        <w:t>Komolyan kérlek, hogy szánj erre most időt. Számold össze, mennyi vagyont szeretnél felhalmozni addig, amíg azt mondod, elég.</w:t>
      </w:r>
    </w:p>
    <w:p>
      <w:r>
        <w:t>Legyen előtted egy összeg leírva, hogy mennyi az elég. Mikor lesz meg az elég?</w:t>
      </w:r>
    </w:p>
    <w:p>
      <w:r>
        <w:t>Honnan tudod, hogy már elértél a célba, ha azt sem tudod, hol van az a cél?</w:t>
      </w:r>
    </w:p>
    <w:p>
      <w:r>
        <w:t>Vajon lesz olyan az életedben, amikor azt mondod, hogy ennyi pénz, ennyi vagyon, ennyi hatalom, ennyi befolyás elég lesz? Elértem mindazt, amit akartam, mostantól csak verseket írok, rózsát termesztek, csak a munka öröméért dolgozom vagy a közjó érdekében tevékenykedek, mert mindenem megvan.</w:t>
      </w:r>
    </w:p>
    <w:p>
      <w:r>
        <w:t>A nagy titok az, hogy nem az a kérdés, milyen anyagi helyzetben vagy, hanem az, hogy megelégedtél-e azzal, amid van. Azzal életed végéig nem kell megelégedned, aki vagy, mert mindig lehetsz több, sikeresebb, hasznosabb, értékesebb az életed bármely területén: jobb családapa vagy családanya, jobban képzett alkalmazott, jobb szomszéd vagy bármi más. A megelégedés nem egyenlő a lustasággal, az igénytelenséggel vagy a céltalansággal.</w:t>
      </w:r>
    </w:p>
    <w:p>
      <w:r>
        <w:t>Amivel fontos lenne megelégedned az az, amid van.</w:t>
      </w:r>
    </w:p>
    <w:p>
      <w:r>
        <w:t>Mert ha nincs előtted mérték, a pénz olyan lesz az életedben, mint a tengervíz: minél többet iszol belőle, annál szomjasabb leszel tőle.</w:t>
      </w:r>
    </w:p>
    <w:p>
      <w:r>
        <w:t>Ha a pénztől várod a boldogságot, csúnyán be fog csapni. Akkor azt mondod, ha egy kicsivel több pénzem lesz, majd akkor leszek boldog.</w:t>
      </w:r>
    </w:p>
    <w:p>
      <w:r>
        <w:t>Megvetted álmaid Jaguarját, de a vágyott megelégedés csak nem akar jönni. Akkor két reakciód lesz: vagy egy még drágább modellt kellett volna venni, vagy elrontottad, mert Porsche kellett volna, nem Jaguar. Így megint lesz előtted egy eléd lógatott répa, mint a kordé elé fogott szamár előtt, ami után loholhatsz: a nagyobb autó vagy a másik autó.</w:t>
      </w:r>
    </w:p>
    <w:p>
      <w:r>
        <w:t>De az is lehet, hogy a mostani 200 ezer nettós fizetésed helyett akarsz 300 ezret kapni, mert akkor aztán biztos boldog leszel. Akarhatsz többet elérni nettó kétszáznál, de ne azért, mert majd akkor boldog leszel.</w:t>
      </w:r>
    </w:p>
    <w:p>
      <w:r>
        <w:t>Ha erre használod a pénzt, akkor gyakorlatilag drogként használod. A drogos is valami hiány betöltésére pótszerként használja a drogokat. Ahogy neki sem lesz olyan pillanata, amikor azt mondja, hogy na, ez az utolsó lövés nagyon ott volt, most már beteltem és elégedett vagyok, nem kell több drog, te sem fogod ezt mondani soha a pénzre.</w:t>
      </w:r>
    </w:p>
    <w:p>
      <w:r>
        <w:t>Elégedetlen vagy a ruhatáraddal? Nosza, vegyünk még néhány új ruhát. Rossz kedved van vagy minden összeszövetkezett ellened? Menjünk el vásárolni, akkor majd elfeledem a gondjaimat. Esetleg tűzzünk ki egy új anyagi célt, amit el akarok érni, addig sem kell a gondjaimon rágódni.</w:t>
      </w:r>
    </w:p>
    <w:p>
      <w:r>
        <w:t>Ahogy a drogost, téged is megvárnak a gondjaid, amíg visszaérsz a vásárlásból vagy az új cél eléréséből.</w:t>
      </w:r>
    </w:p>
    <w:p>
      <w:r>
        <w:t>Nézz rá arra az összegre, amit leírtál, mint célt, amikor meg fogsz elégedni az anyagi javaiddal. Számold ki, reális-e a szám, amit leírtál? El tudod érni valaha is? (S emlékszel még arra, 10 vagy 15 évvel ezelőtt mennyivel kisebb számot írtál volna ide, mint tökéletesen elég összeget?)</w:t>
      </w:r>
    </w:p>
    <w:p>
      <w:r>
        <w:t>Osszál-szorozzál. Most vagyok mondjuk 30, van egy ilyen fizetésem, ebből ennyit tudok félretenni, az évente ennyi. A fizetésem nőhet ennyivel és ennyivel, előléptetnek, vállalkozásba kezdek 3 év múlva, az első három év ennyi lesz, utána két évig ennyi, aztán emennyi.</w:t>
      </w:r>
    </w:p>
    <w:p>
      <w:r>
        <w:t>Hány éves koromra és milyen erőfeszítés mellett fogom elérni a célt, ha egyáltalán.</w:t>
      </w:r>
    </w:p>
    <w:p>
      <w:r>
        <w:t>Ha el is érem, az ár, amit fizetek érte, megéri-e? Van, hogy a vagyon megszerzése túl sokba kerül. Rámegy az egész életed, az egészséged, a családod, vagy bármi más, ami fontosabb, mint a vagyon.</w:t>
      </w:r>
    </w:p>
    <w:p>
      <w:r>
        <w:t>Ha a cél nem reális, érdemes már most elengedni. Csak azért, mert más budai házban lakik és 25 milliós autóval jár (vagy kettő helyett négyszobás panelben lakik és ötéves autója van és nem 15 éves), neked még nem kell őt ebben majmolnod. Ha te nem leszel boldog akkor, ha ezeket eléred, nyilván ő sem az, akármit is hazudjon a facebook oldalán.</w:t>
      </w:r>
    </w:p>
    <w:p>
      <w:r>
        <w:t>Ha mindenképp muszáj magad összemérni valakivel, mérd össze magadat azzal a hajszál híján kétmilliárd emberrel, akik napi 1,25 dolllárból (napi 375 forintból, havi 11 ezer forintból) élnek.</w:t>
      </w:r>
    </w:p>
    <w:p>
      <w:r>
        <w:t>Ha van egy legalább 80 ezer forintos mobiltelefonod vagy egy 150 ezer forintos notebookod, egy temperált lakásban vagy munkahelyen olvasol, ahol van áram és internet is, már ez is sok mindent jelent. Van hol laknod, van hol dolgoznod és nem a sötétben dideregsz valahol. Ha mindenképp nézni akarsz valamire, nézz erre. Mindjárt elégedett leszel a sorsoddal.</w:t>
      </w:r>
    </w:p>
    <w:p>
      <w:r>
        <w:t>Akarj több lenni minden egyes nap, akarj többet elérni, mert ez adja az emberi lét egyik értelmét. Leélhetsz úgy egy életet, hogy semmit nem akartál elérni és semmit nem tettél hozzá a világhoz, csak nem biztos, hogy ezt az életet érdemes volt végigélni.</w:t>
      </w:r>
    </w:p>
    <w:p>
      <w:r>
        <w:t>De ez a több benned van és nem a vagyontárgyaid birtoklásában. Úgy akarj többet és jobbat, hogy közben elégedett vagy azzal, amid van. Ez a megelégedés az egyik nagy titka a sikeres anyagi életnek.</w:t>
      </w:r>
    </w:p>
    <w:p>
      <w:pPr>
        <w:pStyle w:val="Heading2"/>
      </w:pPr>
      <w:r>
        <w:t>A pénz vagy a pénz szerelme?</w:t>
      </w:r>
    </w:p>
    <w:p>
      <w:r>
        <w:t>Egy római utazásunk során és másokhoz hasonlóan megnéztünk néhány kastélyt, a pápa (egyik) nyári lakát és hasonló dolgokat.</w:t>
      </w:r>
    </w:p>
    <w:p>
      <w:r>
        <w:t>Elképesztően hatalmas paloták és hozzá tartozó kertek, a teljesen felesleges pénzszórásnak és pénzfelhalmozásnak az intő példái voltak ezek az épületek.</w:t>
      </w:r>
    </w:p>
    <w:p>
      <w:r>
        <w:t>54 szoba, abból valószínűleg kettőt használtak rendszeresen, további néhányat, ha éppen partit tartottak, a többi közel ötven szoba pedig csak úgy volt, télen valószínűleg fűtetlenül, hónapok telhettek el, amíg senki nem járt azokban a szobákban.</w:t>
      </w:r>
    </w:p>
    <w:p>
      <w:r>
        <w:t>Akkora kertek, hogy elfáradtál, ha elmentél a végéig. A pápa kertjében másfél órás túrát szerveztek, biztos vagyok benne, hogy a pápa nagy eséllyel egyszer sem járta körbe azt a kertet (sem).</w:t>
      </w:r>
    </w:p>
    <w:p>
      <w:r>
        <w:t>S Róma (is) ilyen épületekkel van tele. Miközben az emberek nyomorogtak, a gazdagok nem tudták, mit csináljanak az összeharácsolt vagyonnal.</w:t>
      </w:r>
    </w:p>
    <w:p>
      <w:r>
        <w:t>De nincs ez másképp ma sem, csak a mai gazdagok birtokára még nem mehetsz el körbenézni.</w:t>
      </w:r>
    </w:p>
    <w:p>
      <w:r>
        <w:t>A kapzsiság és a mohóság ugyanolyan szenvedélybetegség, mint az alkohol vagy a drog. Errefelé főleg korrupt politikusok harácsolják a pénzt, de az a kevés, aki tisztességes úton szerzett vagyont, az sem tudja megmondani, miért is kell neki annyi pénz.</w:t>
      </w:r>
    </w:p>
    <w:p>
      <w:r>
        <w:t>Egy bizonyos, nem túl magas szint után már nem tudod értelmes dologra költeni a pénzt, de a kapzsi embert ez nem érdekli. Neki még több és még több kell. Aztán jön a kínlódás, az egy gombóc fagyi kétmillió forintért, a harmincmilliós táska, egy filmben használt kellék 250 millió forintért, a jacht, a magánrepülő és a többi ostoba pénzszórás.</w:t>
      </w:r>
    </w:p>
    <w:p>
      <w:r>
        <w:t>A nemzet gázszerelője Felcsútról elautózik a budaörsi reptérre, onnan helikopterbe ül, elmegy Szegedre, ott visszaszáll az előre leküldött második autóba, bemegy Szegedre, majd visszafelé ugyanezt eljátssza. A két település közötti távolság háztól-házig, végig autópályán, autóval kemény 214 kilométer, minden sebességkorlátozást betartva két óra sincs az út. S lefogadom, hogy egy luxus kisbusz hátsó ülése sokkal kényelmesebb lenne, mint egy zajos helikopter hátsó ülésén való repülés. De akkor miért loptunk össze többszáz milliárdot, ha nem helikopterrel megyünk, hiába nem gyorsabb és sokkal kényelmetlenebb?</w:t>
      </w:r>
    </w:p>
    <w:p>
      <w:r>
        <w:t>Az orosz korrupcióellenes bizottság helyettes vezetőjének otthonában 45,5 milliárd forintnyi valutát találtak készpénzben, s ő csak egy a sok közül, aki lebukott és ez nyilván csak a jéghegy csúcsa. Volt már újsághír orosz tábornokról is, akinek a pincéje derékmagasságig tele volt készpénzzel, az egerek ették a rengeteg pénzt.</w:t>
      </w:r>
    </w:p>
    <w:p>
      <w:r>
        <w:t>Ilyenkor egy normális ember elgondolkodik, hogy miért csinálja ezt valaki? Amikor már sehová nem tudja rakni a lopott pénzt, már közel 50 milliárd forint áll otthon a kisszobában, de még mindig többet és többet akar. Van egy szint, amikor már minden szükséged bőségesen be van töltve és józan ésszel nem lehet megmagyarázni, miért kell valakinek még több pénz.</w:t>
      </w:r>
    </w:p>
    <w:p>
      <w:r>
        <w:t>Nem feltétlenül kell korruptnak lenni, hogy valaki ne tudjon leállni a harácsolással. A pénz sok embernek olyan, mint a tengervíz: minél többet iszol belőle, annál szomjasabb leszel tőle és még többet akarsz belőle.</w:t>
      </w:r>
    </w:p>
    <w:p>
      <w:r>
        <w:t>Sokan hajtják a még több pénzt és igazából nem tudják megmondani, miért teszik.</w:t>
      </w:r>
    </w:p>
    <w:p>
      <w:r>
        <w:t>Egy ügyfél panaszkodott, hogy bár 300 milliót hoz a cége évente, de annyi stresszel jár, hogy azt nem kívánja senkinek. Megkérdeztem tőle, hogy egyáltalán mire kell még neki az a pénz? Megvan a ház, sőt, már a gyerekek háza is, a meglévő pénzből élete végéig elél, ha eladja a céget, még kap rengeteg pénzt, többje lesz, mint amit értelmesen el tudna költeni, miért csinálja azt, amit csinál?</w:t>
      </w:r>
    </w:p>
    <w:p>
      <w:r>
        <w:t>Mire kell még neki újabb és újabb háromszáz millió, főleg, hogy panaszkodik, hogy mennyire nem bírja?</w:t>
      </w:r>
    </w:p>
    <w:p>
      <w:r>
        <w:t>Látszott rajta, hogy ezen az egy dolgon még nem gondolkodott, hogy valójában miért is kell neki még több pénz.</w:t>
      </w:r>
    </w:p>
    <w:p>
      <w:r>
        <w:t>Nem tudta, ahogy a legtöbb ember nem tudja, miért is hajtja a pénzt mindenáron. Amíg szükségeid vannak, addig érthető, hogy szeretnél több pénzt, hogy vehess egy lakást, egy házat, egy autót, de amikor már minden szükséged be van töltve, akkor már miért kell még több a pénzből, bármi áron?</w:t>
      </w:r>
    </w:p>
    <w:p>
      <w:r>
        <w:t>Ha a munka vagy az alkotás kedvéért, a közjó vagy valami más nemes eszme érdekében dolgozol, amikor már mindened megvan, az teljesen rendben van. Mondhatod azt, hogy bár már neked nem kell több pénz, de még több embernek akarsz munkát adni vagy még többet akarsz adni a rászorulóknak. De amikor a pénzért dolgozol tovább, mert még többet akarsz, de igazából te sem tudod, hogy miért is kell neked még több pénz, akkor a pénz az életedben drogként funkcionál.</w:t>
      </w:r>
    </w:p>
    <w:p>
      <w:r>
        <w:t>Ugyanazért akarsz még több pénzt, amiért a drogos még több adagot akar. Ugyanúgy rabja vagy a pénznek, ahogy a drogos a drognak. Józan pillanatában minden drogos belátja, hogy a drog semmire sem megoldás, nem jobb lesz tőle az élete, hanem egyenesen tönkreteszi, mégsem tud leállni vele.</w:t>
      </w:r>
    </w:p>
    <w:p>
      <w:r>
        <w:t>Sok ember az önértékelési problémája miatt érzi úgy, hogy még több pénzt kell összeharácsolnia. A saját értéke helyett a még több pénzben akarja mérni az értékét. Ha nekem több pénzem/jobb autóm/nagyobb házam van, mint másnak, akkor az azt jelenti, hogy értékesebb/ügyesebb/okosabb/jobb vagyok, mint más. Rossz hírem van: a te értéked és a vagyonod értéke két külön dolog. Lehetsz értékes ember kevés vagyonnal és utolsó gazember rengeteg pénzzel. Ha a vagyonodra vagy büszke, akkor azt árulod el magadról, hogy értéktelen embernek gondolod magadat, azért kell a vagyonoddal dicsekedned, mert saját értéked nincs, amivel lehetne dicsekedned. (Hasonló ez ahhoz, amikor valaki arra a legbüszkébb, hogy melyik nemzetben született. Egy olyan dolog, amiről nem tehet, nem is tett semmit hozzá. Ha ez a legnagyobb értéke egy embernek, akkor azt jelenti, hogy az ilyen ember értéktelennek gondolja magát.)</w:t>
      </w:r>
    </w:p>
    <w:p>
      <w:r>
        <w:t>Mások hatalommániában szenvednek (szintén gyakran önértékelési probléma miatt), nekik a pénz csak eszköz a még több hatalom megszerzése érdekében. Ezért nem elég az 50 milliárd, kell 250 milliárd.</w:t>
      </w:r>
    </w:p>
    <w:p>
      <w:r>
        <w:t>Lehet ok a menekülés egy probléma elől. A munkaholizmus egy nagyon gyakori szenvedélybetegség, ahol a munkamániás a problémái elől nem alkoholba vagy drogba menekül, hanem a munkájába, hogy addig se kelljen törődnie a szétesett magánéletével vagy bármi egyéb problémájával. Ez lehet ok a még több és több pénz megszerzése mögött is, a pénz igazából nem cél már, csak az önigazolás eszköze, nem a pénzre van szükség, hanem az önmaga elől való menekülés lehetőségére.</w:t>
      </w:r>
    </w:p>
    <w:p>
      <w:r>
        <w:t>Állhat a kapzsiság mögött irigység is, nehogy már a Józsinak többje legyen, mint nekem.</w:t>
      </w:r>
    </w:p>
    <w:p>
      <w:r>
        <w:t>A kapzsi ember összekeveri a célt az eszközzel, a pénz már nem eszköz az életében a szükségek kielégítésére, hanem az válik a céllá. Ezért nem érti egy kívülálló, hogy miért kell még több eszköz egy kapzsi embernek, amikor már minden értelmes anyagi életcélt elért a pénz segítségével.</w:t>
      </w:r>
    </w:p>
    <w:p>
      <w:r>
        <w:t>A kapzsi ember szinte kivétel nélkül definíciószerűen önző (én, én, én, nekem, nekem, nekem), mások problémái soha nem érdeklik (empátia gyakran teljes hiánya), mivel mindig többet akar, így soha nem lehet elégedett, hiszen ez utóbbi egy statikus, az előbbi egy állandó mozgásban lévő állapot és gyakran a cél (még több pénz) szentesíti az eszközt (a pénz elérésének módját).</w:t>
      </w:r>
    </w:p>
    <w:p>
      <w:r>
        <w:t>Amikor Rockefellert, a híres amerikai milliárdost megkérdezték, mennyi az elég pénz, annyit válaszolt, hogy mindig a még egy kicsit több. Ezzel a mondatával valószínűleg megalkotta a kapzsiság jelmondatát is.</w:t>
      </w:r>
    </w:p>
    <w:p>
      <w:r>
        <w:t>A kétezer leggazdagabb embernek több a vagyona, mint a legszegényebb négy és fél milliárdnak. Az ilyen embereknél összegyűlő pénz olyan gyakran, mint a vérrög az erekben. Az az egészséges, ha a vér szabadon tud áramlani az erekben és mindenhová eljuttatja a benne lévő táplálékot. Ha valahol túl sok kicsapódik a vérből, összegyűlik vérrög formájában, akkor az akadálya lesz az áramlásnak, nem jut el mindenhová a vér. Minél nagyobb a vérrög, annál jobban akadályozza az egészséges áramlást.</w:t>
      </w:r>
    </w:p>
    <w:p>
      <w:r>
        <w:t>Amikor esztelen vagyonok felhalmozódnak embereknél, akik egyszerűen csak ülnek az ezermilliárd forintok felett, az ugyanilyen rögöt jelent. A leggazdagabb húsz ember felesleges vagyonának feléből fél Afrikában csodát lehetne tenni sok millió ember életében oktatás, egészségügy, de akár a mindennapi megélhetés területén is.</w:t>
      </w:r>
    </w:p>
    <w:p>
      <w:r>
        <w:t>(Sokan mondják, hogy ezek az emberek nem a pénzért csinálják a vállalkozásaikat. Akkor még inkább érthetetlen, hogy miért nem adják vissza a társadalomnak annak az összegnek a felét, amit még a leszármazottak tizedik generációja sem fog tudni értelmesen elkölteni.)</w:t>
      </w:r>
    </w:p>
    <w:p>
      <w:r>
        <w:t>S nem, ha te szeretnél egy szép otthont és egy autót a családnak, te még nem vagy kapzsi. Akkor sem vagy az, ha azt szeretnéd, ha egy kicsit jobban menne a céged.</w:t>
      </w:r>
    </w:p>
    <w:p>
      <w:r>
        <w:t>Itt az értelmezhetetlenül túl sok pénzt összeharácsolókról van szó. De mindenkinek érdemes átgondolnia, miért is akar még többet. A valódi szükségeim betöltése a cél, vagy már csak egyszerűen a kapzsiság motivál, hogy nekem legyen még több? Egy kapzsi ember átok a környezte számára, de a saját maga számára is. Ha észreveszed magadon a jeleket, érdemes minél előbb változtatni a gondolkodásodon és a pénzhez való hozzáállásodon is. Ahogy a Biblia mondja, minden rossznak gyökere a pénz szerelme. Nem a pénz, mert azzal semmi baj nincs. A pénz szerelme viszont tényleg minden bajnak a gyökere, ezért van korrupció, drogkereskedelem, csalás, lopás, prostitúció és nagyjából minden más negatív viselkedés is. Fontos, hogy ne a kapzsiság motiválja a viselkedésünket.</w:t>
      </w:r>
    </w:p>
    <w:p>
      <w:pPr>
        <w:pStyle w:val="Heading2"/>
      </w:pPr>
      <w:r>
        <w:t>Bármit megvehetsz, de nem vehetsz meg mindent</w:t>
      </w:r>
    </w:p>
    <w:p>
      <w:r>
        <w:t>Az anyagi forrásaid végesek, ezért minden pénzügyi döntésnek ára van.</w:t>
      </w:r>
    </w:p>
    <w:p>
      <w:r>
        <w:t>Van amikor egyértelmű a választás, ha választani kell élelmiszer, rezsi, lakhatás és külföldi nyaralás vagy új mobiltelefon között, akkor az előbbieket részesíted előnyben.</w:t>
      </w:r>
    </w:p>
    <w:p>
      <w:r>
        <w:t>Azonban amikor ezek az alapszükségleteid már be vannak töltve, a döntés már nem ennyire egyértelmű és racionális.</w:t>
      </w:r>
    </w:p>
    <w:p>
      <w:r>
        <w:t>Mit választasz inkább? Egy év utazgatással összekötött sabbatical évet, melynek ára, hogy még három évig albérletben laksz és öt évig autó nélkül kell élned vagy azt, hogy vehess egy szép új autót a szalonból?</w:t>
      </w:r>
    </w:p>
    <w:p>
      <w:r>
        <w:t>Éttermi vacsorák vagy új konyhabútor? Személyi edző, kozmetikus vagy új csúcsmobil?</w:t>
      </w:r>
    </w:p>
    <w:p>
      <w:r>
        <w:t>Mi fontosabb? A nagy ház vagy hogy ne kelljen a kis kiadásokon állandóan spórolni? Mert a kettő együtt általában nem megy.</w:t>
      </w:r>
    </w:p>
    <w:p>
      <w:r>
        <w:t>Korai nyugdíj kemény munkával vagy laza munkavégzés 65 éves korodig vagy magas életszínvonal? (Persze ez az utóbbi kifejezés hibás, mert az életszínvonalad költsége nagyon nem egyenlő az életszínvonalad minőségével, de ez a bevett - és téves- kifejezés, ezért használtam ezt. A helyes kifejezés nem a magas, hanem a költséges életszínvonal.)</w:t>
      </w:r>
    </w:p>
    <w:p>
      <w:r>
        <w:t>Megszabadulni a hitelektől öt éven belül vagy külföldi nyaralás évente kétszer? Nagyobb ház vagy kevésbé stresszes munkakör?</w:t>
      </w:r>
    </w:p>
    <w:p>
      <w:r>
        <w:t>A döntés mindig a tiéd. Nagyon fontos megértened, hogy nem kaphatsz meg mindent, de megkaphatsz bármit, ami neked igazán fontos, de legtöbbször csak akkor, ha cserébe lemondasz másról.</w:t>
      </w:r>
    </w:p>
    <w:p>
      <w:r>
        <w:t>Ehhez viszont fontos priorizálnod, mi az, ami tényleg fontos. Tedd azt első helyre és minden mást csak az után. Megfelelő tervezéssel nem is akkora kihívás hétévente elmenni egy év szabadságra. De jó eséllyel csak akkor fog menni, ha a többi költéseidet ennek a célnak rendeled alá.</w:t>
      </w:r>
    </w:p>
    <w:p>
      <w:r>
        <w:t>Mindenki irigyli azokat, akik meg merik ezt lépni, miközben nem veszik észre, hogy ők is megtehetnék, ha igazán fontos lenne a számukra. De helyette inkább két autót tart fenn a család hitelből vagy megveszi álmai házát erőn felül 30 éves hitellel.</w:t>
      </w:r>
    </w:p>
    <w:p>
      <w:r>
        <w:t>Természetesen neked lehet bármi más, ami fontos: saját nyaraló, sok szabadidő, nagy ház, akármi. A lényeg, hogy megértsd: bármit megvehetsz, de nem mindent.</w:t>
      </w:r>
    </w:p>
    <w:p>
      <w:r>
        <w:t>Jusson eszedbe, minden vásárlásoddal lemondasz valami másról: az új ülőgarnitúrával az új notebookról, a drága nyaralással a ház felújításáról, a költséges életvitellel a korai nyugdíjról.</w:t>
      </w:r>
    </w:p>
    <w:p>
      <w:r>
        <w:t>Mi az, amit csak megkívánsz és mi az, amit igazán akarsz? Minden vásárlás előtt tedd fel ezt a kérdést magadnak: ezt akarom vagy csak megkívántam?</w:t>
      </w:r>
    </w:p>
    <w:p>
      <w:r>
        <w:t>Nem az a lényeg, hogy mennyid van, hanem hogy amid van, azt mennyire okosan használod fel a valódi céljaiddal összhangban.</w:t>
      </w:r>
    </w:p>
    <w:p>
      <w:r>
        <w:t>Gazdaggá a pénz tesz, amit birtokolsz, az ad lehetőséget, hogy dönts, mire használod. A sok tárgy, amiket vettél, azok másokat tettek gazdaggá a te vásárlásodon keresztül. Gondolj erre, amikor egy újabb tárgyat készülsz venni, amit csak megkívántál.</w:t>
      </w:r>
    </w:p>
    <w:p>
      <w:r>
        <w:t>Mert bármit megvehetsz, de nem vehetsz meg mindent.</w:t>
      </w:r>
    </w:p>
    <w:p>
      <w:pPr>
        <w:pStyle w:val="Heading2"/>
      </w:pPr>
      <w:r>
        <w:t>Megengedhetem magamnak</w:t>
      </w:r>
    </w:p>
    <w:p>
      <w:r>
        <w:t>A legtöbb ember anyagi döntéseit érzelmi alapon hozza meg: nekem ez jár, ha már ennyit sem kapok az élettől, akkor minek élni, keményen dolgozom, nehogy már ennyit sem engedhessek meg magamnak, nehogy már egész életemet egy panelben éljem le, Szabóék is vettek jakuzzit, pedig kevesebbet keresnek, mint mi, majd maximum spórolunk máson, de ezt az autót meg akarom venni.</w:t>
      </w:r>
    </w:p>
    <w:p>
      <w:r>
        <w:t>Ez a mentalitás a biztos belépő az állandó anyagi problémák, a túlzott eladósodás és az ezekből származó frusztráltság világába.</w:t>
      </w:r>
    </w:p>
    <w:p>
      <w:r>
        <w:t>Aki ennél több pénzügyi intelligenciával rendelkezik, az fel szokta tenni a kérdést, hogy anyagilag megengedhetem-e magamnak a házat, a jakuzzit, a tengerparti nyaralást, az új autót vagy egyáltalán egy autó fenntartását.</w:t>
      </w:r>
    </w:p>
    <w:p>
      <w:r>
        <w:t>Ez egy nagyon jó dolog, ha valaki minden pénzügyi döntését ebből a szempontból is megvizsgálja.</w:t>
      </w:r>
    </w:p>
    <w:p>
      <w:r>
        <w:t>Valóban a leghasznosabb szűrő, hogy megengedhetem-e magamnak, de legtöbbször ez önmagában még kevés.</w:t>
      </w:r>
    </w:p>
    <w:p>
      <w:r>
        <w:t>Attól. hogy most van annyi pénzed (rosszabb esetben hitellehetőséged), hogy megvegyél valamit, az nem jelenti azt, hogy meg is kell venned valamit.</w:t>
      </w:r>
    </w:p>
    <w:p>
      <w:r>
        <w:t>A vagyoni helyzeted egy szempillantásban megváltozhat. Gondolj a 2020-ban kitört járványra: 2020 februárjában senki nem is sejtette, mi lesz a következő hónaptól. 2008 nyarán mindenki boldogan adósodott el harminc évre vagy fizette be a világkörüli utat az utolsó tartalékaiból, nem is sejtve, mennyivel rosszabb világ fog jönni két hónap múlva, hogy az addigi munkaerő-hiányból egy szempillantás alatt kétszámjegyű munkanélküliségi ráta lesz éveken át.</w:t>
      </w:r>
    </w:p>
    <w:p>
      <w:r>
        <w:t>De ha a világ nem is változik, a te személyes életedben is állhat be olyan változás napokon belül, amire most még a rémálmaidban sem gondolsz: megszűnik a vezetői munkaköröd és csak harmadannyiért találsz új munkát, derült égből villámcsapásként bejelenti a párod, hogy elválik, egy súlyos betegség miatt munkaképtelen leszel és sajnos hosszú még a sor.</w:t>
      </w:r>
    </w:p>
    <w:p>
      <w:r>
        <w:t>S az a döntés, amit meghoztál egy hete, mert úgymond megengedheted magadnak, utólag hirtelen nagyon rossz döntésnek fog bizonyulni.</w:t>
      </w:r>
    </w:p>
    <w:p>
      <w:r>
        <w:t>Tedd fel az első kérdést: ez az anyagi döntés akkor is jónak fog tűnni, ha a jelenlegi jó anyagi állapotomban komoly kedvezőtlen változás fog beállni?</w:t>
      </w:r>
    </w:p>
    <w:p>
      <w:r>
        <w:t>(Természetesen nem arról beszélek, hogy egész életedben rettegsz, hogy mi lesz, ha holnap elüt a villamos vagy agyvérzést kapsz, esetleg háború vagy világgazdasági összeomlás lesz, mert így nem lehet élni. De ne vegyél meg semmit azért, csak mert most jól megy a sorod és például van a bankban egy új autóra vagy jakuzzira való szabad pénz. Sajnos az élet olyan, hogy legalább annyi esélyed van rossz változásokra a sorsodban, mint pozitívokra. Ez akkor is így van, ha az emberek nem hajlandóak ezzel szembenézni. Ahogy a mondás tartja: reméld a legjobbat, de készülj a legrosszabbra is.)</w:t>
      </w:r>
    </w:p>
    <w:p>
      <w:r>
        <w:t>A következő kérdés, miért akarom megvenni azt az új autót, házat, jakuzzit vagy drága nyaralást? Mi a motivációm? Azért, mert mindenki más ezt teszi körülöttem? Mert depressziós vagyok és a vásárlástól várok egy kis örömöt? Kényeztetni akarom magamat, mert feszült vagyok vagy frusztrált és egyébként is ennyit megérdemlek? Le akarom nyűgözni a barátaimat vagy ellenségeimet az új autómmal vagy a nagy házammal? Mert unalmas az életem és a vásárlás egy kis színt vinne bele?</w:t>
      </w:r>
    </w:p>
    <w:p>
      <w:r>
        <w:t>Ha bármelyik ok megtalálható a motivációid között a fentiek közül, akkor vesd el a vásárlást, mert ezekre a problémákra egyikre sem megoldás egyetlen vásárlás sem. A pénz alkalmas arra, hogy a fizikai szükségeidet kielégítse, de a lelki szükségeiden semmit nem fog segíteni. Arra tökéletesen alkalmatlan, ennek ellenére a legtöbben arra akarják használni.</w:t>
      </w:r>
    </w:p>
    <w:p>
      <w:r>
        <w:t>A harmadik kérdés, hogy miről mondasz le cserébe azért, hogy ezt az adott dolgot vagy élményt megvehesd? Mert tudod: bármit megvehetsz, de nem vehetsz meg mindent.</w:t>
      </w:r>
    </w:p>
    <w:p>
      <w:r>
        <w:t>Mire nem lesz pénzed, ha ezt a vásárlást most megteszed? Mert sajnos a legtöbbször valamiről le kell mondanod, hogy más valamit megvehess: másik vásárlásról vagy több szabadidőről. De melyik a fontosabb neked?</w:t>
      </w:r>
    </w:p>
    <w:p>
      <w:r>
        <w:t>Ide tartozik a következő kérdés, hogyan befolyásolja a hosszú távú terveidet ez a vásárlás? A korai nyugdíjat vagy a kényelmes nyugdíjas éveidet, a gyerekeid iskoláztatását vagy bármi hasonló célodat? Megveheted az Álmaid Házát bármi áron vagy A Luxusautót, Amire Már Húsz Éve Vágysz, de akkor felejtsd el, hogy 65 éves korod előtt abbahagyhatod a munkát.</w:t>
      </w:r>
    </w:p>
    <w:p>
      <w:r>
        <w:t>Egy újabb kérdés, mi történne, ha nem vennéd meg azt az adott dolgot? Mit nyernél vele, ha megvennéd és mit azon, ha nem? (Például maradna pénzed másra vagy nem kellene kerülgetned a félmilliós futógépet a lakásban, az előző elliptikus trénert is három hét után már csak ruhaszárítónak használtátok.)</w:t>
      </w:r>
    </w:p>
    <w:p>
      <w:r>
        <w:t>Sokat segít lehiggadni, ha minden vásárlási döntésed előtt gondolkodsz, tényleg meg kell-e venned valamit. Minél drágább valami, annál többet gondolkodj rajta. Egy új tableten mondjuk két hetet, egy új autón két hónapot, egy új lakáson vagy házon akár egy évet is, ha nem valódi szükség miatt, hanem csak kényelem miatt akarsz számodra túl drága ingatlant venni.</w:t>
      </w:r>
    </w:p>
    <w:p>
      <w:r>
        <w:t>Ostobaság bármit venni, ha nem engedheted meg magadnak, de csak egy fokkal bölcsebb megvenni valamit csak azért, mert megengedheted magadnak.</w:t>
      </w:r>
    </w:p>
    <w:p>
      <w:r>
        <w:t>Ha valamire nincs szükséged, ha csak azért akarod megvenni, mert megkívántad, mert másnak is van, mert unatkozol vagy depressziós vagy, akkor közel akkora butaság megvenni csak azért, mert telik rá.</w:t>
      </w:r>
    </w:p>
    <w:p>
      <w:pPr>
        <w:pStyle w:val="Heading2"/>
      </w:pPr>
      <w:r>
        <w:t>A tárgyak, amik körülvesznek</w:t>
      </w:r>
    </w:p>
    <w:p>
      <w:r>
        <w:t>Szoros összefüggés van az általunk birtokolt tárgyak száma és az általunk megtapasztalt stresszes élet között, a tárgyak mennyisége és a szabadidő, életerő között.</w:t>
      </w:r>
    </w:p>
    <w:p>
      <w:r>
        <w:t>Minél több tárgyat (kacatot) halmozol fel az életed során, minél nagyobb házban akarsz lakni, annál kevesebb pénzed, energiád és időd marad az igazán fontos dolgokra. Minél több dolgot megveszel, hogy kompenzáld magad a kemény munkád miatt, annál keményebben kell dolgoznod, hogy legyen pénzed kompenzálni magad.</w:t>
      </w:r>
    </w:p>
    <w:p>
      <w:r>
        <w:t>Gyakran az emberek azért érzik szűkösnek a jelenlegi otthonukat, mert az évek során felhalmozott rengeteg ruha, könyv és egyéb tárgyak raktározására vett szekrények miatt nem tudnak mozdulni sem otthon.</w:t>
      </w:r>
    </w:p>
    <w:p>
      <w:r>
        <w:t>A Becoming minimalist blog összeszedte, mennyi tárgyat halmoz fel egy átlagos amerikai háztartás. Bár az adatok nem az átlagos magyar, hanem az átlagos amerikai háztartásra vonatkoznak, úgy gondolom, azért elgondolkodtató a gyűjtemény.</w:t>
      </w:r>
    </w:p>
    <w:p>
      <w:r>
        <w:t>- Többet költenek az amerikaiak órára, ékszerre és cipőre évente, mint felsőoktatásra.</w:t>
      </w:r>
    </w:p>
    <w:p>
      <w:r>
        <w:t>- A tinédzser lányok 93%-a jelölte meg a shoppingolást, mint kedvenc időtöltését, a nők az életükből 8 évet vásárlással töltenek el.</w:t>
      </w:r>
    </w:p>
    <w:p>
      <w:r>
        <w:t>- Az amerikai gyerekek a Föld gyereknépességének 3,7%-át adják és ők birtokolják a játékok és gyerekkönyvek 47%-át.</w:t>
      </w:r>
    </w:p>
    <w:p>
      <w:r>
        <w:t>- Egy tízéves gyerek 238 játékkal rendelkezik, de csak 12-vel játszik naponta.</w:t>
      </w:r>
    </w:p>
    <w:p>
      <w:r>
        <w:t>- Az átlagos háztartásban több tévékészülék van, mint ahány ember lakik ott és ezek a tévék naponta több mint 8 órán át üzemelnek is.</w:t>
      </w:r>
    </w:p>
    <w:p>
      <w:r>
        <w:t>- Az átlagos amerikai ingatlan 1950 óta igen meghízott, 983 négyzetlábról 2015-re 2720 négyzetlábra. (91,3 négyzetméterről 253 négyzetméterre.). Amíg a hatvanas években normális volt, hogy egy fürdőszoba van egy házban, ma már a hat szobát is szűkösnek érzi egy átlagos amerikai, arról pedig szó sem lehet, hogy mindenki egy fürdőbe járjon.</w:t>
      </w:r>
    </w:p>
    <w:p>
      <w:r>
        <w:t>- Ennek ellenére az amerikai háztartások nem kevesebb, mint 2,3 milliárd(!) négyzetlábnyi raktárhelyiséget is bérelnek a kacatjaik számára. Minden amerikaira jut 7,2 négyzetlábnyi, a háztartások által bérelt raktár, ahol azokat a dolgaikat tárolják, ami nem fért el az átlagosan 200 négyzetméteres házban. Minden tizedik amerikai háztartás rendelkezik ilyen bérelt raktárhelyiséggel.</w:t>
      </w:r>
    </w:p>
    <w:p>
      <w:r>
        <w:t>- A két garázzsal rendelkező házak negyedében nincs hely autónak és közel harmadukban csak egy autó fér be a garázsba az összegyűjtött kacatok miatt.</w:t>
      </w:r>
    </w:p>
    <w:p>
      <w:r>
        <w:t>- Egy átlagos amerikai család 1.700 dollárt költ évente ruhára, egy amerikai nő a hónap minden napján másik ruhát tud(na) felvenni. Eközben évente 30 kilogrammnyi ruhát dobnak ki a szemétbe.</w:t>
      </w:r>
    </w:p>
    <w:p>
      <w:r>
        <w:t>- Az amerikaiak 1,2 billió dollárt költenek évente egyáltalán nem szükséges dolgokra. Ez teszi ki a vásárlásaik 11,2%-át. A hatvanas években még csak 4,5-5%-át költötték felesleges kiadásokra.</w:t>
      </w:r>
    </w:p>
    <w:p>
      <w:pPr>
        <w:pStyle w:val="Heading1"/>
      </w:pPr>
      <w:r>
        <w:t>5. Az időd és a szabadságod ára</w:t>
      </w:r>
    </w:p>
    <w:p>
      <w:r>
        <w:t>Az árat nem csak forintban fizeted. A pénzért az idődet, a figyelmedet és gyakran a nyugalmadat is odaadod. Ezért nem elég azt kiszámolni, mennyit keresel: azt is érdemes megnézni, mibe kerül neked ez a kereset.</w:t>
      </w:r>
    </w:p>
    <w:p>
      <w:pPr>
        <w:pStyle w:val="Heading2"/>
      </w:pPr>
      <w:r>
        <w:t>Mennyit ér az időd?</w:t>
      </w:r>
    </w:p>
    <w:p>
      <w:r>
        <w:t>Amikor azon gondolkodtam, hogyan spórolj és hogyan ne, találtam egy érdekes tesztet. A kérdései önmagukban is megérnek egy kis gondolkodást.</w:t>
      </w:r>
    </w:p>
    <w:p>
      <w:r>
        <w:t>Először érdeklődik, hogy mennyit keresel, mennyi a nettód óránként, mennyi időt töltesz munkával, kedveled-e a jelenlegi munkádat és mennyivel kevesebbért lennél hajlandó ugyanezt a munkát végezni máshol.</w:t>
      </w:r>
    </w:p>
    <w:p>
      <w:r>
        <w:t>Utána olyan kérdéseket tesz fel, hogy mennyiért vállalnál el egy mellékállást, ami egy óra hetente és nem ütközik a fő munkaidőddel, valamint akkor csinálod, amikor akarod.</w:t>
      </w:r>
    </w:p>
    <w:p>
      <w:r>
        <w:t>Ha a kedvenc üzletedben x ezer forintos kupont osztogatnak (ahol x egyenlő mondjuk 4 órai fizetéseddel), de sorban kell állni érte, mennyi időt adnál ezért oda az életedből?</w:t>
      </w:r>
    </w:p>
    <w:p>
      <w:r>
        <w:t>Ha lenne egy gép, ami megcsinálná a munkát helyetted, amit hétvégén kell megcsinálnod a munkahelyedre, mennyit lennél hajlandó fizetni a gép használatért? Vagyis mennyit fizetnél négy óra szabadidőért a hétvégén.</w:t>
      </w:r>
    </w:p>
    <w:p>
      <w:r>
        <w:t>Ha áthelyeznének a mostani munkahelyeden egy olyan munkakörbe, ahol 10%-kal többet kell dolgoznod, mint eddig, mennyi fizetésemelésért lennél hajlandó elmenni?</w:t>
      </w:r>
    </w:p>
    <w:p>
      <w:r>
        <w:t>Ha észrevetted, minden kérdés arra kíváncsi, mennyire értékeled fel vagy le az idődet. A munkával töltött és a szabadidődet egyaránt.</w:t>
      </w:r>
    </w:p>
    <w:p>
      <w:r>
        <w:t>Jellemzően aki rosszabb anyagi körülmények között él, szívesen áldoz az idejéből arra, hogy még többet kereshessen. Azonban egy idő után már fontosabb lesz a szabadidő, mint újabb x ezer forint megkeresése és egyre nagyobb anyagi áldozatot képes valaki hozni azért, hogy több szabadideje maradjon.</w:t>
      </w:r>
    </w:p>
    <w:p>
      <w:r>
        <w:t>Az értékelésnél érdekes példákat hoz fel, hogy mikkel tudnál annyi időd spórolni, amit kész lennél kifizetni azért, hogy valaki megcsinálja a munkádat a hétvégén. Akkor neked most megéri-e mondjuk mosogatógépet venni? Esetleg taxival járni?</w:t>
      </w:r>
    </w:p>
    <w:p>
      <w:r>
        <w:t>Persze a valóság mindig összetettebb, mint egy teszt. Például nem pazarolnám a pénzem taxira akkor sem, ha viszont fizetnék a hétvégén azért, hogy ne kelljen dolgoznom. De ettől még érdemes végiggondolni, mennyit ér neked az időd, és mire cseréled el.</w:t>
      </w:r>
    </w:p>
    <w:p>
      <w:pPr>
        <w:pStyle w:val="Heading2"/>
      </w:pPr>
      <w:r>
        <w:t>Az aranybörtön</w:t>
      </w:r>
    </w:p>
    <w:p>
      <w:r>
        <w:t>Sokan ragadnak be egy jól fizető munkakörbe, amit gyűlölnek. Mert stresszes, mert napi 300 e-mailt kell megválaszolni, mert rámegy az egészségük, a családjuk, mert elvárás, hogy este kilenckor is elérhetőek legyenek és így tovább.</w:t>
      </w:r>
    </w:p>
    <w:p>
      <w:r>
        <w:t>Látják a náluk 5-10-15 évvel idősebb kollégáikat teljesen kiégve, tönkrement egészséggel és családdal és megszólal a vészcsengő, hogy rájuk is ez a sors vár.</w:t>
      </w:r>
    </w:p>
    <w:p>
      <w:r>
        <w:t>Azonban egyáltalán nem olyan könnyű otthagyni egy jól fizető állást, lemondani egy másfél milliós fizetésről és visszacsúszni ennek az összegnek mondjuk a felére.</w:t>
      </w:r>
    </w:p>
    <w:p>
      <w:r>
        <w:t>Az egyik leggyakoribb probléma, hogy nagyon sokan a magas keresethez állították be az életszínvonalukat, a legtöbb embernél olyan a fizetés, mint a gáz: mindig kitölti a rendelkezésre álló teret.</w:t>
      </w:r>
    </w:p>
    <w:p>
      <w:r>
        <w:t>Mindegy, mennyit keresnek, mert minden plusz pénz a bevételi oldalon azonnal utat talál magának a kiadási oldalon.</w:t>
      </w:r>
    </w:p>
    <w:p>
      <w:r>
        <w:t>Nagyon sok ilyen emberrel találkoztam az évek során, nagyon szeretnének kiszállni az őket felőrlő mókuskerékből, de egyszerűen nem tehetik meg, hogy kevesebbet keressenek, mert fizetni kell a ház és autó törlesztőt, a gyerekek magániskoláját, a kertészt és így tovább. Egy börtönbe kerültek, aminek bár aranyból vannak a rácsai, de életük végéig fogva tartják őket.</w:t>
      </w:r>
    </w:p>
    <w:p>
      <w:r>
        <w:t>Volt olyan ügyfél, aki váltig bizonygatta nekem (bár szerintem inkább saját magának), hogy neki annyira stresszes a munkája, hogy muszáj ilyen drága hobbit űznie és ehhez a világ másik felére utaznia évente kétszer, mert egyébként nem bírná ki a nyomást. Csendben rámutattam neki, ha nem lenne ilyen stresszes munkakörben, akkor bár kevesebbet keresne, de nem is kellene milliókat költenie a hobbijára és a saját maga illetve a családja kompenzálására a munkája miatt. A végén valószínűleg anyagilag, szellemileg és minden egyéb tekintetben is jobban járna a kisebb fizetéssel.</w:t>
      </w:r>
    </w:p>
    <w:p>
      <w:r>
        <w:t>A másik gyakori probléma a "csak még egy év" csapdája: még ha jóval a jövedelmed alatt is tartod az életszínvonaladat, akkor is egyszerűen nagyon nehéz otthagyni egy jól fizető állást vagy visszalépni egy sokat hozó vállalkozásból, akármilyen nagy árat is kell fizetned érte az életidődből, életminőségedből vagy az egészségedből. Ilyenkor az ember azt mondogatja magának (néha éveken át), hogy csak még egy-három-tíz évig csinálom tovább és majd utána kilépek a mókuskerékből.</w:t>
      </w:r>
    </w:p>
    <w:p>
      <w:r>
        <w:t>Ha havonta keresek másfél-két-három-öt millió forintot, ami évente 18-60 millió forint, öt-tíz év alatt ennek is a sokszorosa, nagyon nehéz azt mondani, hogy elengedem ezt a pénzt.</w:t>
      </w:r>
    </w:p>
    <w:p>
      <w:r>
        <w:t>Főleg amerikai hátterű vállalatoknál ráadásul vannak olyan prémiumok, amik két-három évvel később realizálódnak részvényopció vagy egyéb formában és az összegük gyakran a normál fizetéssel összemérhetőek. Ha azonban közben elmész a cégtől, ezek a pénzek örökre elvesznek, háromévnyi bónuszod lesz semmivé, ha kiszállsz. (Ezeket a juttatásokat hívják nagyon találóan aranybilincseknek az Egyesült Államokban, ezzel az aranyból készült bilinccsel láncolják a cégek magukhoz az alkalmazottakat örökre.)</w:t>
      </w:r>
    </w:p>
    <w:p>
      <w:r>
        <w:t>Akár így, akár úgy áll a dolog, rá kell jönnöd, hogy akármennyit keresel, ha nem élvezed, amit csinálsz, sőt az egészségeddel, a családoddal, a kapcsolataiddal fizetsz minden egyes napért, amit abban a munkakörben töltesz, akkor minél hamarabb változtatni kell.</w:t>
      </w:r>
    </w:p>
    <w:p>
      <w:r>
        <w:t>(Ha tudni akarod mi vár rád öt év múlva, nézd meg a közvetlen főnökeidet és az öt évvel idősebb kollégáidat, ha arra vagy kíváncsi, mi vár rád 15 év múlva, nézd meg a főnököd főnökét. Élvezi a munkáját? Még mindig együtt él a legelső házastársával? A gyerekeit ő nevelte vagy az utca? Egészsége milyen? A kedélyállapota? Legyél őszinte. Szeretnél cserélni vele? Persze, lehet igen is a válasz, attól függ, milyen helyen dolgozol.)</w:t>
      </w:r>
    </w:p>
    <w:p>
      <w:r>
        <w:t>Ha hirtelen lezuhan az életszínvonalad, akkor te is zuhanj vele együtt. Ne akard fenntartani a látszatot, ragaszkodni olyan dolgokhoz, ami már nem a tiéd. Minél gyorsabban átállsz az új helyzetre, annál hamarabb fogod tudni élvezni az új élethelyzetet. Hiszen régen is boldog voltál, amikor annyit kerestél, mint most az új szituációban megint.</w:t>
      </w:r>
    </w:p>
    <w:p>
      <w:r>
        <w:t>Ebben a helyzetben viszont pont az ellenkezőjét szoktam ajánlani. Hónapról hónapra kezd el csökkenteni az életszínvonaladat, apró lépésekben. Küldd el a kertészt, vágd le te magad a füvet meg a tuják tetejét. A bejárónő is egyre ritkábban jöjjön, te is tudsz porszívózni vagy vasalni. Mondd le a kábeltévét és a három streaming szolgáltatóból először egyet, aztán két hónap múlva még egyet. A konyhapénzt vágd vissza 10%-kal, aztán még öttel. Idén hagyjátok ki a síelést és a nyaralásra is csak kétharmad annyit szánjatok és így tovább. (Ha te más szinten élsz, akkor ugyanezt tedd a saját szinteden: autó helyett busszal járj dolgozni, a Meki helyett otthon vacsorázz és a többi.)</w:t>
      </w:r>
    </w:p>
    <w:p>
      <w:r>
        <w:t>A sok apró lemondás nem lesz annyira fájdalmas és hozzá tudsz szokni ahhoz, hogy egyre kisebb lábon élsz. (Igazából semmit nem csinálsz, csak visszamész az időben addig, amikor annyit kerestél, mint amennyivel most egyre kevesebbet költesz.)</w:t>
      </w:r>
    </w:p>
    <w:p>
      <w:r>
        <w:t>Az is fontos azonban, hogy ha visszalépsz az anyagiak területén, akkor valódi nyereséged legyen cserébe azért, hogy kevesebbet keresel: kevesebb stressz, többi idő a családdal és így tovább. Ne azért lépj ki, mert szimplán csak kiégtél 15 év után.</w:t>
      </w:r>
    </w:p>
    <w:p>
      <w:r>
        <w:t>Sokan kiégnek és dobnak el kapát-kaszát és elmennek mondjuk egy stresszes irodai munkából szakácsnak vagy buszsofőrnek, mert mindig is szerettek főzni vagy a buszsofőrnek semmi gondja az életben, csak nyomni kell a gázpedált meg a féket felváltva. Aztán rájönnek, hogy a szakács is ugyanúgy le van terhelve, napi 12-14 órát keményen dolgozik a melegben és a gőzben, éjfél után ér haza egy hosszú munkanap után, a buszsofőr is legalább annyira stresszes munkakör a csúcsforgalomban, mint amit otthagytak az irodában. Gyorsan rájönnek, hogy csöbörből vödörbe kerültek, sokkal kisebb fizetésért.</w:t>
      </w:r>
    </w:p>
    <w:p>
      <w:r>
        <w:t>Ha a kiégéssel van bajod, akkor nem a visszalépés a megoldás, hanem a szombatév: egy hosszabb idő, amely alatt kiszállsz a mókuskerékből.</w:t>
      </w:r>
    </w:p>
    <w:p>
      <w:r>
        <w:t>Fontos rájönni, hogy csak kiégés a problémád, de egyébként a munkaköröd vállalható (napi nyolc óra, kevés stressz, a magánélet tiszteletben tartása, stb.) vagy olyan a munkaköröd vagy a vállalkozásod, amit semmi pénzért nem szabad folytatni.</w:t>
      </w:r>
    </w:p>
    <w:p>
      <w:r>
        <w:t>Elcsépelt mondat, attól még igaz: csak egy életed van és ebben az életben szinte minden fontosabb, mint a pénz, ha van elég pénzed egy normális, átlagos életvitelre. Nincs olyan ember, aki a halálos ágyán azt mondta volna, bárcsak még több pénzt kerestem volna.</w:t>
      </w:r>
    </w:p>
    <w:p>
      <w:pPr>
        <w:pStyle w:val="Heading2"/>
      </w:pPr>
      <w:r>
        <w:t>Megér ennyit?</w:t>
      </w:r>
    </w:p>
    <w:p>
      <w:r>
        <w:t>Beszéltem valakivel, aki a három gyerekére való tekintettel szeretne a kis lakásból magánházba költözni és ha már így dönt, valami jobb környéken keres telket és arra építkezne.</w:t>
      </w:r>
    </w:p>
    <w:p>
      <w:r>
        <w:t>A fizetésük bőven átlag feletti, bár nem kiugróan magas, önerő is van szépen, de ennek ellenére a tervezett ingatlanhoz további sok tízmillió hitelre lesz szükség, még akkor is, ha a CSOK-ot is igénybe veszik.</w:t>
      </w:r>
    </w:p>
    <w:p>
      <w:r>
        <w:t>Az ember egyszer akarja megépíteni A HÁZAT, akkor pedig már olyat szeretne, aminek élete végéig tud örülni.</w:t>
      </w:r>
    </w:p>
    <w:p>
      <w:r>
        <w:t>Ha felveszik a szükséges hitelt 10-15 évre, akkor a megélhetésre marad havi négyszázezer forint. Amiből fel lehet nevelni három gyereket, ha nagyon muszáj, hiszen sokan ennyiből nevelik a gyerekeiket, de feltettem neki a kérdést, hogy ér ennyit A HÁZ?</w:t>
      </w:r>
    </w:p>
    <w:p>
      <w:r>
        <w:t>Beáldozod az életszínvonaladat és 10-15 évig centizgetni kell a pénzt, csak azért, hogy úgymond az álmaid otthonában lakhass. Fogod élvezni a madárcsicsergést és a kilátást, a jó levegőt és az igényes környéket, ha közben azért rágod a szád szélét éveken át, hogy miből vegyél a majd kamasz gyerekeidnek új cipőt és miből etesd őket?</w:t>
      </w:r>
    </w:p>
    <w:p>
      <w:r>
        <w:t>Arról már beszélni sem merek, hogy milyen sokkban leszel másfél évtizeden át, nehogy elveszítsd az átlaghoz képest jól fizető munkádat, vagy az egészségedet, mert akkor borul minden.</w:t>
      </w:r>
    </w:p>
    <w:p>
      <w:r>
        <w:t>Ha nem keresel az álmaid házához eleget, szerintem ne akarj erődön felüli házban élni.</w:t>
      </w:r>
    </w:p>
    <w:p>
      <w:r>
        <w:t>Mondtam nekik, hogy már ettől a hónaptól is próbálják ki, milyen lesz megélni havi négyszázezer forintból öt főnek. Legalább fél évig tegyék félre a fizetésükből azt a részt, ami a hiteltörlesztőre kell. Sőt, érdemes kipróbálni, milyen lenne, ha százezerrel kevesebbet keresnének egy új munkahelyen, vajon havi háromszázezerből mennyire jönnének ki.</w:t>
      </w:r>
    </w:p>
    <w:p>
      <w:r>
        <w:t>Éljenek meg legalább fél évig havi háromszázezer forintból, ami az eddig havi költésüknek jóval kevesebb, mint a fele.</w:t>
      </w:r>
    </w:p>
    <w:p>
      <w:r>
        <w:t>(Még ha minden a legnagyobb rendben is lesz most, 6-7 év múlva a gyerekek kamaszodni fognak és hirtelen háromszor annyiba fognak kerülni, mint addig. Ezzel is érdemes kalkulálni.)</w:t>
      </w:r>
    </w:p>
    <w:p>
      <w:r>
        <w:t>Félreértés ne legyen, meg lehet élni havi három- vagy négyszázezerből, hiszen a történet idején a legtöbben az országban ennyiből éltek, a kérdés, ér-e ennyit az egész? Az még hagyján, hogy a teljes vagyonod 15 év múlva is téglában és cementben fog állni, de vajon fogod-e majd élvezni a házadat, ha az a mostani életszínvonalad lefelezésével-leharmadolásával fog járni?</w:t>
      </w:r>
    </w:p>
    <w:p>
      <w:r>
        <w:t>Nyaralni mész 15 éven át, vagy inkább tízmillióval drágább telket veszel? Autót tartasz fenn másfél évtizedig vagy építesz helyette plusz egy vendégszobát? Megveszed azt az ételt az üzletben a következő 180 hónapban, amit csak megkívánsz, vagy inkább kiülsz a teraszra és a kétnapos kiflit parizerrel majszolva élvezed a kilátást?</w:t>
      </w:r>
    </w:p>
    <w:p>
      <w:r>
        <w:t>Érdemes ezt átgondold, mielőtt az álmaidat valósággá váltod, mert könnyen lehet, hogy az álom rémálommá fog válni. Légy reális és ne vállald túl magad. Jobb egy sorházban vagy ikerházban elégedett családként élni, mint a hegyen a nagy házban az anyagi dolgok miatt veszekedni és nélkülözni.</w:t>
      </w:r>
    </w:p>
    <w:p>
      <w:pPr>
        <w:pStyle w:val="Heading2"/>
      </w:pPr>
      <w:r>
        <w:t>Amikor a kevesebb a több</w:t>
      </w:r>
    </w:p>
    <w:p>
      <w:r>
        <w:t>Olvastam egy történetet egy fagylaltgyártó vállalkozásról, amelyik beleesett abba a hibába, amibe sokan mások is: nem elégedett meg a sikerrel, még nagyobbá akart válni.</w:t>
      </w:r>
    </w:p>
    <w:p>
      <w:r>
        <w:t>Egy családi vállalkozásnak indult a cég, a férj imádott fagylaltot csinálni, jött a nagy ötlet, miért ne árulnák is a fagylaltokat? 2010-ben egy fesztiválon kezdtek el először fagylaltot kóstoltatni a látogatókkal, hogy mennyire vevők a férj rendhagyó fagylaltjaira, mint például a juharfaszirupos-baconös fagylaltra. Mivel sikeresnek tűnt a próba, egy kézikocsiból kezdtek fagylaltot árulni, majd szerettek volna egy saját üzletet is.</w:t>
      </w:r>
    </w:p>
    <w:p>
      <w:r>
        <w:t>A teljes megtakarításukból kibéreltek egy üzletet Brooklynban, akkora siker lett a fagylalt, hogy négy nap után ideiglenesen be kellett zárniuk, mert elfogyott minden. Újranyitás után is hosszú sorok kígyóztak az utcán, akik a kiszolgálásra vártak.</w:t>
      </w:r>
    </w:p>
    <w:p>
      <w:r>
        <w:t>Mivel nagyon ment a bolt, úgy gondolták, nyitnak még egy üzletet egy új helyen.</w:t>
      </w:r>
    </w:p>
    <w:p>
      <w:r>
        <w:t>Az egyik vásárlójuk a Disney egyik igazgatója volt, így a cég a Disneyvel is szerződött, úgy tűnt, hogy felível az üzlet innentől kezdve.</w:t>
      </w:r>
    </w:p>
    <w:p>
      <w:r>
        <w:t>Az üzlet dübörgött, nem akarták elszalasztani a talán soha vissza nem térő lehetőséget és terjeszkedni akartak. Bankkölcsönöket vettek fel és befektetőktől is kértek 20 millió dollárt, személyes vagyonukkal is felelve érte.</w:t>
      </w:r>
    </w:p>
    <w:p>
      <w:r>
        <w:t>A csúcson már négy államban volt húsz üzletük plusz egy online shop kiszállítással, illetve 800 egyéb üzletben is lehetett kapni a cég fagylaltjait, a céget akkoriban 40 millió dollárra értékelték.</w:t>
      </w:r>
    </w:p>
    <w:p>
      <w:r>
        <w:t>Azonban egyre nagyobb teher volt az egyre távolabb lévő boltok menedzselése, az alkalmazottak betanítása. Felvettek rengeteg embert, de ezek közül nagyon kevesek voltak alkalmasak a munkakörükre. A befektetők sem voltak otthon ebben a szakmában, így nem sokat értettek hozzá.</w:t>
      </w:r>
    </w:p>
    <w:p>
      <w:r>
        <w:t>A terjeszkedéssel az alapfilozófia is sérült, a frissen készített, különleges fagylaltok elgondolás.</w:t>
      </w:r>
    </w:p>
    <w:p>
      <w:r>
        <w:t>Egyre nagyobbak voltak a pénzügyi terhek, a cég az előremenekülést választotta, még többet akart értékesíteni, hogy ki tudja gazdálkodni az adósságok miatti kötelezettségeket. Azonban a befektetők már nem akartak még több pénzt adni, így a cég csődbe ment, egymillió dollárért adták el 2020-ban, ami ment is azonnal a hitelezőknek. A tulajdonosok a saját vagyonukat is elveszítették, hiszen azzal is felelősséget vállaltak a cég adósságaiért.</w:t>
      </w:r>
    </w:p>
    <w:p>
      <w:r>
        <w:t>A tulajdonosok egy évig nyalogatták a sebeiket, majd visszatértek oda, ahonnan elindultak: nyitottak egyetlen boltot és azt üzemeltetik.</w:t>
      </w:r>
    </w:p>
    <w:p>
      <w:r>
        <w:t>Mára már nagyon vagyonos emberek lennének, ha nem akartak volna nagyot álmodni, terjeszkedni és elérni a csillagokig. Az egyetlen brooklyni bolt annyi hasznot termelt volna nekik 13 év alatt, hogy lassan a nyugdíjazáson gondolkodhatnának.</w:t>
      </w:r>
    </w:p>
    <w:p>
      <w:r>
        <w:t>Nekem is volt már olyan ügyfelem, aki többet keresett, amíg egy szakadt furgonja és egy segédje volt, mint amikor már üzeme és 35 alkalmazottja. Bónuszként a munka és a stressz is több volt egy üzemmel és 35 alkalmazottal. S ilyenkor felmerül a kérdés, hogy miért csinálja. Miért növekedni, ha az nem hoz több hasznot, vagy az addigi haszon is bőven elégséges egy anyagilag nagyszerű életvitelhez.</w:t>
      </w:r>
    </w:p>
    <w:p>
      <w:pPr>
        <w:pStyle w:val="Heading1"/>
      </w:pPr>
      <w:r>
        <w:t>6. A takarékosság másik oldala</w:t>
      </w:r>
    </w:p>
    <w:p>
      <w:r>
        <w:t>A pénzszórás csapdája után könnyű beleesni a másikba. Már tudsz takarékoskodni, de elfelejted, miért kezdted el. Ha a pénz csak gyűlik, miközben az életedet egyre szűkebbre szabod, ideje újra feltenni a kérdést: ki van kiért?</w:t>
      </w:r>
    </w:p>
    <w:p>
      <w:pPr>
        <w:pStyle w:val="Heading2"/>
      </w:pPr>
      <w:r>
        <w:t>Azon a szinten élsz, ahol élned kellene?</w:t>
      </w:r>
    </w:p>
    <w:p>
      <w:r>
        <w:t>Szerencsés esetben az ember anyagi élete egy folyamatos felemelkedés az élete során: elvégzi az iskoláit, kevés pénzért felveszik valahová dolgozni, tapasztalatokat szerez, előléptetik, esetleg vállalkozóvá válik, egyre többet keres, egyre többet tud félretenni és egyre több minden válik számára elérhetővé.</w:t>
      </w:r>
    </w:p>
    <w:p>
      <w:r>
        <w:t>(Természetesen bár ez lenne a normális út, amit egy ember bejár az élete során, sok esetben sajnos nem ez történik. Sok ember az iskolái elvégzése után megelégszik egy rosszul fizetett állással és a képességek vagy a motiváció hiánya miatt soha nem is tör ki onnan, így ugyanolyan anyagi szinten vonul nyugdíjba, ahogy elkezdte a pályafutását negyven évvel ezelőtt. Mások egész életükben az aktuális anyagi lehetőségeik felett akarnak élni, ezért megtakarítás helyett anyagi gondokkal küszködnek hónapról-hónapra. De most nézzük azt, aki nem esik bele ezekbe a gyakori hibákba.)</w:t>
      </w:r>
    </w:p>
    <w:p>
      <w:r>
        <w:t>Emlékszem, ezelőtt huszonévvel átutaztam Budapestet, hogy egy használt szkennert megvehessek ötezer forinttal olcsóbban és legtöbbször használtan vettem műszaki cikkeket, mert úgy sokat lehetett spórolni. Az akkori anyagi helyzetemben ez jó döntés volt és ez is kellett ahhoz, hogy ma már ne kelljen ilyennel foglalkoznom.</w:t>
      </w:r>
    </w:p>
    <w:p>
      <w:r>
        <w:t>Azonban ahogy egyre többet kerestem, nem ment könnyen a váltás, fel kellett világosítani magamat, hogy már nincs szükség erre az életmódra, tovább kell lépnem. Életem első bluetooth headsetén hónapokat gondolkodtam, hogy megvegyem-e, tényleg kell-e nekem, pedig talán 12 ezer forintba került és már akkor is jóval az átlag felett kerestem. Aztán rájöttem, hogy több pénzt kerestem volna, ha a bluetooth headseten való gondolkodás és a legjobb ár-érték arányú termék kiválasztása helyett inkább dolgoztam volna. Egyszerűen az akkori anyagi helyzetben már nem megtakarítás volt a régi hozzáállás, hanem egyenesen túl sokba került.</w:t>
      </w:r>
    </w:p>
    <w:p>
      <w:r>
        <w:t>Ami szükséges hozzáállás volt a húszas éveimben, később már hátránnyá vált, ugyanis ha nem tudsz továbblépni, ahogy haladsz előre az anyagi életedben, könnyen kicsinyessé válhatsz. Továbbra is filléres cuccokat veszel, olcsó ételeket eszel, nem adsz borravalót senkinek és így tovább. Ami szükséges, amikor úgy állsz anyagilag, de kontraproduktív, amikor már nem így kellene élned.</w:t>
      </w:r>
    </w:p>
    <w:p>
      <w:r>
        <w:t>Honnan tudhatom, hogy az anyagi életemnek megfelelő életmódot élem-e? Nem szaladtam-e túlságosan előre (ami komoly és költséges hiba) vagy éppen fordítva, nem maradtam-e túlságosan le a lehetőségeimhez képest?</w:t>
      </w:r>
    </w:p>
    <w:p>
      <w:r>
        <w:t>A kérdés felvetése talán könnyebb, mint a válasz, de azért megpróbálunk megbirkózni vele. S ne felejtsd el, nincs mindenkire egyszerre igaz szabály, mert különbözőek vagyunk, de általános szabályt talán le tudunk fektetni.</w:t>
      </w:r>
    </w:p>
    <w:p>
      <w:r>
        <w:t>De mielőtt belevágunk, egy tanács, hogy ne kerülj bele ebbe a csapdába, hogy ne is költs többet, mint kellene, de ne is élj úgy, mint egy csavargó, miközben már milliókat keresel.</w:t>
      </w:r>
    </w:p>
    <w:p>
      <w:r>
        <w:t>Amikor kezded a karriered az életedben, ne fogadj el olyan munkát, ahol nem tudod legalább a fizetésed 10%-át félretenni.</w:t>
      </w:r>
    </w:p>
    <w:p>
      <w:r>
        <w:t>Lehet, hogy túl nagyok az igényeid pályakezdő létedre, akkor azokat kell visszametszeni, hogy a lehetőségeidhez legyen szabva az igényed és ne fordítva. De ha ezzel nincsen baj, tényleg reálisok az elvárásaid az életszínvonaladdal kapcsolatban a korodhoz és lehetőségeidhez képest, akkor tartsd magad annyira, hogy csak olyan munkát vállalsz el, ahol legalább a fizetésed 10%-át el tudod tenni. Ha ez nem így van, akkor azért dolgozol, hogy legyen mit enned és azért eszel, hogy képes legyél dolgozni. Ez egy rabszolga szint, bele se menj. Ha kell, költözz, ha nincs helyben normális lehetőség normális fizetésre. Senki nem mondta, hogy neked ott kell leélned az életed, ahol éppen most vagy.</w:t>
      </w:r>
    </w:p>
    <w:p>
      <w:r>
        <w:t>Időről-időre mindig nézd meg, mennyivel keresel többet és mennyivel van több pénzed ma, mint volt három éve. Ha nincs változás, eltékozoltál az életedből három évet, mert ha nem jutottál előre, csak stagnáltál és túl rövid az élet, hogy ez évekig-évtizedekig így legyen. (Kivéve, ha éppen mondjuk a doktoridat csináltad és azért nem tudtál előrelépni vagy a beteg szüleidet kellett ápolni, esetleg a szakmai jövőd miatt tartasz csak ki most valahol átmenetileg, de ezek már a speciális kivételek. Ahogy az is, ha már bőven van annyi pénzed, hogy mindegy, hogy mennyit keresel aktuálisan.)</w:t>
      </w:r>
    </w:p>
    <w:p>
      <w:r>
        <w:t>Ha nő a bevételed, annak egy részét fordítsd az életszínvonalad emelésére, így elkerülöd, hogy 45 évesen is úgy élj, mint kollégista korodban. Azonban soha ne fordítsd a többletfizetés felénél többet arra, hogy kényelmesebben élj, mert így viszont elkerülöd azt, amit úgy hívnak, hogy az életszínvonalad inflációja.</w:t>
      </w:r>
    </w:p>
    <w:p>
      <w:r>
        <w:t>Ha most kezdted a futásodat az élet versenyén, csináld azt, amit fentebb leírtam és nagyon rosszul nem tudod csinálni. De mi van akkor, ha már félúton vagy a versenypályán vagy közel a célhoz?</w:t>
      </w:r>
    </w:p>
    <w:p>
      <w:r>
        <w:t>Honnan tudod, hogy most már megveheted-e a biotojást a boltban, ami száz forinttal drágább, mint a normál, hogy befizethetsz-e egy egymilliós nyaralásra esetleg meddig kell nézned az étteremben a jobb oldali oszlopot (az árakat) inkább mint az ételek összetételét?</w:t>
      </w:r>
    </w:p>
    <w:p>
      <w:r>
        <w:t>De visszatérve az eredetileg felvetett kérdésre, némileg önkényesen mondjuk hat fázist különböztethetünk meg az anyagi életed állomásaiként:</w:t>
      </w:r>
    </w:p>
    <w:p>
      <w:r>
        <w:t>1, Hónapról-hónapra élés. Ekkor meg kell nézned minden fillért, mire költesz, mennyiért veszel sonkát és mennyiért télikabátot.</w:t>
      </w:r>
    </w:p>
    <w:p>
      <w:r>
        <w:t>2, Szabad bevásárlás. Ekkor még lehetnek anyagi problémáid nagyobb dolgokban, még mindig gyűjtesz a lakásra és ha van egyáltalán, akkor egy 8-10 éves autód van, de azt már nem kell megnézned, milyen kenyeret vagy szalámit veszel a boltban és az mennyibe kerül.</w:t>
      </w:r>
    </w:p>
    <w:p>
      <w:r>
        <w:t>3, A jobb oldali oszlop elfelejtése. Ha elmész egy étterembe, nem kell az étlap jobb oldalára egy pillantást sem vetned, nem kapsz szívinfarktust, ha a számla dupla akkora lesz, mint gondoltad.</w:t>
      </w:r>
    </w:p>
    <w:p>
      <w:r>
        <w:t>4, Ott nyaralsz, ahol akarsz és nem ott, ahova van pénzed elmenni. Természetesen hangsúlyozva, hogy ezt meg is teheted, nem arról van szó, hogy hitel van a lakásodon, az autódon és üres a zsebed, de azért Balin nyaralsz, csak hogy irigykedjenek a Facebookon az ismerőseid.</w:t>
      </w:r>
    </w:p>
    <w:p>
      <w:r>
        <w:t>5, Olyan ingatlanban laksz, amiben szeretnél és nem olyanban, amire telik. Szintén nem arról van szó, hogy 25 milliós önerőre felvettél 100 milliós hitelt, hanem hogy telik is egy százmillió feletti ingatlanra, ha éppen erre lenne igényed.</w:t>
      </w:r>
    </w:p>
    <w:p>
      <w:r>
        <w:t>6, Már elengedted a pénzt, keresel annyit, hogy akár a bevételeid felét is eladakozod másoknak, akik nálad sokkal rosszabbul élnek. (Ezt megteheted hamarabb is, nem kell megvárnod, amíg 150 millióért tudtál házat venni, de ezt csak így zárójelben.)</w:t>
      </w:r>
    </w:p>
    <w:p>
      <w:r>
        <w:t>Na de hol vagy te ezek az állomások közül?</w:t>
      </w:r>
    </w:p>
    <w:p>
      <w:r>
        <w:t>Mit szólnál hozzá, ha kapnál valakitől tízezer forintot? Mennyire változtatná meg az életed?</w:t>
      </w:r>
    </w:p>
    <w:p>
      <w:r>
        <w:t>Ha százezret? Egymilliót? Tízmilliót? Százmilliót?</w:t>
      </w:r>
    </w:p>
    <w:p>
      <w:r>
        <w:t>Furcsán hangozhat, de nagyon sok embernek semmi lényeges változást nem hozna még százmillió forint sem. Több lehetne a nyugdíjmegtakarításom, egy kicsit nagyobb vagy szebb házba költözhetnék, de nem aggódom most sem a nyugdíjmegtakarítás miatt sem, valószínűleg lesz elég így is és a mostani hely, ahol lakom vagy éppen venni akarok, az is megfelel minden igényemnek, így százmillió forint mindig jól jön, de igazán minőségi ugrást már az sem okozna, ahogy hiába vehetnék drágább autót is a jelenleginél, a mostanival is teljesen elégedett vagyok.</w:t>
      </w:r>
    </w:p>
    <w:p>
      <w:r>
        <w:t>Persze a fenti eszmefuttatás csak a normálisan gondolkodó emberekre igaz, sokan vannak, akik már százmilliárdot összeharácsoltak, de akkor is kell nekik 110 milliárd. A kulcsszó a megelégedés:</w:t>
      </w:r>
    </w:p>
    <w:p>
      <w:r>
        <w:t>Ha tízezer forint érezhető változást hozna abban a hónapban, akkor te az első kategóriába tartozol, aki még máról-holnapra él.</w:t>
      </w:r>
    </w:p>
    <w:p>
      <w:r>
        <w:t>Ha százezer forintnak még tudsz örülni, de azért nem éreznéd az anyagi életed megváltásának, akkor te valószínűleg a második kategóriába tartozol, akinek már nem kell meggondolni, mit tesz a kosarába a bevásárlás során.</w:t>
      </w:r>
    </w:p>
    <w:p>
      <w:r>
        <w:t>Ha egymilliót csak úgy hozzáteszel a többi megtakarításodhoz, de túlságosan nem dobogtatja meg a szíved, hamar túlteszed magad rajta, akkor te valószínűleg a negyedik kategóriába esel, tízmillió esetén az ötödik kategóriába és ha százmillió sem hoz már lényeges változást az anyagi életszínvonaladban, maximum a megtakarításaid lennének többek, amik már most is elégségesek, akkor te a szerencsés hatodik kategóriába tartozó lehetsz.</w:t>
      </w:r>
    </w:p>
    <w:p>
      <w:r>
        <w:t>Bölcsesség kell ahhoz, hogy ne akarj a lehetőségeid felett élni, a világ nyomása ellenére sem, de bölcsesség kell ahhoz is, hogy ne is élj feleslegesen a lehetőségeid alatt, ha csak nincs valami külön terved ezzel kapcsolatban, mint korai nyugdíj vagy más embereken szeretnél segíteni anyagilag, ezért élsz kevesebből, mint tehetnéd.</w:t>
      </w:r>
    </w:p>
    <w:p>
      <w:pPr>
        <w:pStyle w:val="Heading2"/>
      </w:pPr>
      <w:r>
        <w:t>Zsugori vagy takarékos?</w:t>
      </w:r>
    </w:p>
    <w:p>
      <w:r>
        <w:t>Nagyon sokszor félreértik az emberek a takarékos életmódot és azt gondolják, hogy aki takarékosan él, az zsugori vagy fukar.</w:t>
      </w:r>
    </w:p>
    <w:p>
      <w:r>
        <w:t>Az érem másik oldala, amikor valaki takarékosnak hiszi magát, pedig igazából zsugori.</w:t>
      </w:r>
    </w:p>
    <w:p>
      <w:r>
        <w:t>Érdemes végiggondolni, miről ismered fel, ki a takarékos és ki a zsugori. Nem biztos, hogy mindenkinek egyértelmű a különbség.</w:t>
      </w:r>
    </w:p>
    <w:p>
      <w:r>
        <w:t>Mind a takarékos, mind a zsugori ember szeret kevesebbet költeni és pénzt megtakarítani. Azonban itt véget is ért a hasonlóság.</w:t>
      </w:r>
    </w:p>
    <w:p>
      <w:r>
        <w:t>A takarékos egy bizonyos cél miatt szeretne pénzt megtakarítani, legyen az nyugdíj, lakásvásárlás, vagy a gyerekek oktatása. A zsugori a pénzt önmagáért szereti.</w:t>
      </w:r>
    </w:p>
    <w:p>
      <w:r>
        <w:t>A zsugori nem szereti elkölteni a pénzt, a takarékos nem szereti elpocsékolni a pénzt.</w:t>
      </w:r>
    </w:p>
    <w:p>
      <w:r>
        <w:t>A zsugori mindennek az árát nézi. A takarékos mindennek az értékét az árához képest.</w:t>
      </w:r>
    </w:p>
    <w:p>
      <w:r>
        <w:t>A zsugori legszívesebben semmiért nem fizetne, de ha mégis muszáj, akkor mindig a legolcsóbbat veszi, a minőségétől függetlenül. A takarékos boldogan fizet azért, amire valóban szüksége van, ha az megéri az árát.</w:t>
      </w:r>
    </w:p>
    <w:p>
      <w:r>
        <w:t>A takarékos embert nehéz felismerni, mert nem látszik rajta vagy a viselkedésén, hogy ésszel bánik a pénzzel. A zsugorit a legtöbb ember messziről felismeri a kinézetéről és a viselkedéséről.</w:t>
      </w:r>
    </w:p>
    <w:p>
      <w:r>
        <w:t>A takarékos viselkedése csak saját magára van hatással, míg egy zsugori viselkedésétől szenved a környezete is.</w:t>
      </w:r>
    </w:p>
    <w:p>
      <w:r>
        <w:t>A takarékos csak oda megy nyaralni, ami belefér a költségvetésébe és ott is megnézi, hogy az út az ő számára megéri-e az árát. Nem megy el ötezer kilométerrel messzebb lévő tengerpartra háromszor annyiért, ha ugyanazt az élményt és kiszolgálást megkapja jóval olcsóbban közelebb is.</w:t>
      </w:r>
    </w:p>
    <w:p>
      <w:r>
        <w:t>A zsugori nem megy el nyaralni, mert pénzbe kerül.</w:t>
      </w:r>
    </w:p>
    <w:p>
      <w:r>
        <w:t>A takarékos inkább repül fapadossal, ha egy kétórás úton megspórol 50 ezer forintot. A zsugori még a reptérre is kiviteti magát valakivel a másik költségén, hogy ne neki kelljen taxira költenie.</w:t>
      </w:r>
    </w:p>
    <w:p>
      <w:r>
        <w:t>A takarékos ritkán jár étterembe és ott nem vesz feleslegesen újabb üveg üdítőket aranyáron. A zsugori nem jár étterembe, de ha mégis, akkor a borravalón is spórol és igyekszik magát másokkal meghívatni. A takarékos akkor sem rendel többet, ha meghívta valaki, a zsugori spenótfőzeléket rendel, ha maga fizet, de homárt, ha valaki más. Boldogan fizeti a közös számla ráeső részét, ha tudja, hogy mindenkinél többet evett és ivott, de ragaszkodik a számla bontásához, ha valaki egy kávéval többet rendelt.</w:t>
      </w:r>
    </w:p>
    <w:p>
      <w:r>
        <w:t>A takarékos nem tart több pár cipőt, mint amit valóban használ is a különböző alkalmakra. A zsugori még a cipőjét is használtan veszi.</w:t>
      </w:r>
    </w:p>
    <w:p>
      <w:r>
        <w:t>A takarékos szívesen fizet a jó minőségű ruháért, ha az tovább használható, de nem fizet feleslegesen csak azért, mert egy márkanév miatt háromszoros áron adnak egy ruhadarabot. A zsugori a legolcsóbb ruhát veszi, ha lehet, azt is használtan.</w:t>
      </w:r>
    </w:p>
    <w:p>
      <w:r>
        <w:t>A takarékos olcsó diszkontáruházban vásárolja a minőségi élelmiszert, a zsugori időt és energiát nem sajnálva képes átutazni az egész városon, ha a másik végében 20 forinttal olcsóbb a baromfipárizsi.</w:t>
      </w:r>
    </w:p>
    <w:p>
      <w:r>
        <w:t>A takarékos szívesen vesz akkor dolgokat, amikor éppen akciós, akár nagyobb tételben is, több hónapra elegendő mennyiséget. A zsugori csak az akciós dolgokat veszi meg.</w:t>
      </w:r>
    </w:p>
    <w:p>
      <w:r>
        <w:t>A takarékos nem vesz meg valamit, csak azért mert olcsóbb, ha a minősége nem megfelelő. A zsugori nem vesz meg valamit, ha drágább, akkor sem, ha a minősége sokkal jobb.</w:t>
      </w:r>
    </w:p>
    <w:p>
      <w:r>
        <w:t>A takarékos előrelátó, közép és hosszútávon is tervszerűen élő személy. A zsugori gyakran "penny-wise and pound-fool" személy, ahogy az angol mondás tartja. (A filléreken takarékoskodik, miközben a nagy dolgokon gyakran bukik, pont a filléreskedő magatartása miatt.) A takarékos hosszútávon gondolkodik, a zsugori csakis rövidtávon.</w:t>
      </w:r>
    </w:p>
    <w:p>
      <w:r>
        <w:t>A takarékos szívesen spórol a mosóporon, ha hasonló minőséget kap olcsóbban. A zsugori a mosáson is spórol, inkább tovább hord egy ruhadarabot.</w:t>
      </w:r>
    </w:p>
    <w:p>
      <w:r>
        <w:t>A takarékos szívesen elkölt egy órát a saját idejéből, hogy megtalálja ugyanazt a terméket olcsóbban. A zsugori szívesen elkölt egy órát más idejéből, hogy jobban járjon.</w:t>
      </w:r>
    </w:p>
    <w:p>
      <w:r>
        <w:t>Talán ennyiből látható, milyen hatalmas különbség van a takarékos és a zsugori között. Persze gyakran olyan ez, hogy ha szeretem a személyt, akkor takarékosnak hívom, ha ellenszenves, akkor zsugorinak. Mint a terrorista-szabadságharcos: attól függ, minek nevezem, hogy aki ellen harcol, azt kedvelem-e vagy gyűlölöm.</w:t>
      </w:r>
    </w:p>
    <w:p>
      <w:r>
        <w:t>Ennek ellenére hatalmas különbség van a takarékos és a zsugori között. Mindenkit bátorítok arra, hogy a maga szintjén legyen takarékos (mert másként kell takarékosnak lenni egy átlagbéres családanyának és másként egy sikeres vállalkozónak), de kerülje el, hogy zsugorivá vagy fösvénnyé váljon.</w:t>
      </w:r>
    </w:p>
    <w:p>
      <w:r>
        <w:t>Néhány jel, hogy túl takarékos vagy:</w:t>
      </w:r>
    </w:p>
    <w:p>
      <w:r>
        <w:t>- Egy adag kávét kétszer is kifőzöl.</w:t>
      </w:r>
    </w:p>
    <w:p>
      <w:r>
        <w:t>- Papírtermékeket, mint kéztörlő többször is felhasználsz.</w:t>
      </w:r>
    </w:p>
    <w:p>
      <w:r>
        <w:t>- Elteszel olyan elromlott termékeket, amiket biztos, hogy soha nem fogsz megcsináltatni. DVD lejátszó, levált talpú cipő és ezekhez hasonló dolgok.</w:t>
      </w:r>
    </w:p>
    <w:p>
      <w:r>
        <w:t>- Túl sok időt töltesz bevásárlással, csak mert mindent ott veszel meg, ahol a legeslegolcsóbb.</w:t>
      </w:r>
    </w:p>
    <w:p>
      <w:r>
        <w:t>- Egyáltalán nem törődsz az élelmiszerek lejárati idejével. Nem arról van szó, hogy két nappal később is megeszel egy csomag virslit, hanem amikor már ennél sokkal durvábban csinálod.</w:t>
      </w:r>
    </w:p>
    <w:p>
      <w:r>
        <w:t>- Örömmel lomizol és viszed haza más emberek kidobott dolgait, súlyos esetben akár a kukából is kiveszel kidobott dolgokat.</w:t>
      </w:r>
    </w:p>
    <w:p>
      <w:r>
        <w:t>Egyébként nagyon könnyen megvizsgálhatod magad, hogyan állsz a pénzhez, mennyire szereted azt: egy számodra kedves cél érdekében tudsz-e nagylelkűen adakozni? Legalább kétheti fizetésedet kiadnád-e egy cél érdekében, legyen az a kóbor kutyák megmentése, hátrányos helyzetű gyerekek megsegítése, az ingyenes szoftverek terjesztése, az evangélium hirdetése, vagy bármilyen egyéb cél, amivel egyetértesz? (Nem feltétlen egy összegben.)</w:t>
      </w:r>
    </w:p>
    <w:p>
      <w:r>
        <w:t>Ha örömmel tudsz adni nagyobb összeget, akár több alkalommal is, nem vagy zsugori. Ha összeszorul a szíved még a felvetéstől is, hogy önszántadból akár tíz-húsz ezer forintot kiadj valamiért, amiből nincs közvetlen hasznod, akkor könnyen lehet, hogy a pénz szerelmének a fogságában vagy és fukar vagy, nem takarékos.</w:t>
      </w:r>
    </w:p>
    <w:p>
      <w:r>
        <w:t>(Természetesen vannak, akik kényszerből nem vesznek semmit, mert egyszerűen nincs rá pénzük. Itt nem a kényszer szülte nélkülözőkről van szó, hanem azokról, akik a saját választásuk szerint takarékosak vagy éppen zsugoriak.)</w:t>
      </w:r>
    </w:p>
    <w:p>
      <w:pPr>
        <w:pStyle w:val="Heading2"/>
      </w:pPr>
      <w:r>
        <w:t>Próbálj meg lazítani</w:t>
      </w:r>
    </w:p>
    <w:p>
      <w:r>
        <w:t>A legtöbb ember fiatalkorában elkezdi a nagybetűs életet, tele mindenféle kívánsággal és vággyal, hogy minél több mindent megvehessen. Gyorsan rájön, hogy ha hitelből vásárol, nem kell várnia, azonnal vehet autót, lakást, drága mobiltelefont, bármit.</w:t>
      </w:r>
    </w:p>
    <w:p>
      <w:r>
        <w:t>Úgy gondolja, ha valaminek pillanatnyilag ki tudja fizetni a havi részletét, azt a dolgot már meg is engedheti magának.</w:t>
      </w:r>
    </w:p>
    <w:p>
      <w:r>
        <w:t>Ahogy megy előre az élete, még nagyobb hitelkerete lesz, még több dolgot megvehet hitelből. Aztán hamarosan azzal szembesül, hogy belekerült egy kényszerpályára, kénytelen egy gyűlölt és kimerítő munkát végezni, csak hogy tudja fizetni a hiteleit és valahogy a víz felett tudja tartani a fejét és tudja biztosítani az eddig megszokott életszínvonalát.</w:t>
      </w:r>
    </w:p>
    <w:p>
      <w:r>
        <w:t>Ez egy nagyon gyakori eset, a legtöbb ember legalább az élete egy bizonyos szakaszában beleesik ebbe a csapdába.</w:t>
      </w:r>
    </w:p>
    <w:p>
      <w:pPr>
        <w:keepNext/>
      </w:pPr>
      <w:r>
        <w:rPr>
          <w:b/>
        </w:rPr>
        <w:t>De most én a másik végletről szeretnék beszélni. :)</w:t>
      </w:r>
    </w:p>
    <w:p>
      <w:r>
        <w:t>Azokról a tudatos emberekről, akik keményen spórolva jutnak egyről a kettőre, hiába nő a jövedelmük, megmaradnak a fiatalkori alacsony életszínvonalon, csak hogy minél előrébb jussanak anyagilag.</w:t>
      </w:r>
    </w:p>
    <w:p>
      <w:r>
        <w:t>Ők egy másik csapdába szoktak beleesni: azután is spórolnak, amikor már nincs erre szükségük.</w:t>
      </w:r>
    </w:p>
    <w:p>
      <w:r>
        <w:t>Miért spórolsz a nyugdíjadra tovább, ha már 150 éves korodig van elég pénzed? Miért jársz még mindig egy 18 éves autóval, ha már havonta milliókat hoz a céged? Megvetted a házat, ahol életed végéig lakni fogtok, felnevelted a gyerekeidet, elég pénzed van életed végéig. Mikor akarsz majd lazítani?</w:t>
      </w:r>
    </w:p>
    <w:p>
      <w:r>
        <w:t>Nem arról beszélek, amikor valakinek nincs igénye valamire, ezért nem vesz meg valamit.</w:t>
      </w:r>
    </w:p>
    <w:p>
      <w:r>
        <w:t>A példa kedvéért engem nem nyűgöznek le a 30 milliós autók, ezért akkor se vennék ilyen autót, ha milliárdos lennék, mert semmit nem tennének hozzá az életemhez. Fiatalkoromban becsavarogtam a fél világot (igaz, főleg munkával kombinálva), ezért ma már egy ázsiai útban csak a tizensok órás repülőutat látom, nem az újabb kalandokat.</w:t>
      </w:r>
    </w:p>
    <w:p>
      <w:r>
        <w:t>Nem is arról beszélek, hogy nem veszel meg valamit, ha nevetségesen túl van árazva. Én se tudnék soha annyi pénzt keresni, hogy négymillióért vegyek egy órát vagy százezer forintot adjak egy üveg borért. Mert egyszerűen szerintem nincs az az óra vagy bor, ami érne ennyi pénzt.</w:t>
      </w:r>
    </w:p>
    <w:p>
      <w:r>
        <w:t>Sőt nem is arról beszélek, hogy figyeled az árakat és mondjuk váltasz kábelszolgáltatót, mert fél óra munka csak és évi 24 ezret spórolsz rajta. Ez mind egészséges és tudatos hozzáállás az anyagi dolgokhoz</w:t>
      </w:r>
    </w:p>
    <w:p>
      <w:r>
        <w:t>Azonban eljön az életedben az a pont, amikor rá kell döbbenned, hogy ideje elkezdeni élned is.</w:t>
      </w:r>
    </w:p>
    <w:p>
      <w:r>
        <w:t>Amikor nem a legolcsóbb hotelt választod ki az utazás során és nem feltétlen turistaosztályon utazol a repülőn a vécé mellett az utolsó sorban. Amikor az étterem bejáratánál a kifüggesztett étlapot nem a jobb oldalon, a feltüntetett áraknál kezded el olvasni. Amikor az üzletben kiakasztott ruhán nem csak az árcímkét látod, hanem a minőségét és a fazonját is.</w:t>
      </w:r>
    </w:p>
    <w:p>
      <w:r>
        <w:t>Ha azt gondolod, hogy könnyebb a takarékosnak rávennie magát, hogy lelkiismeretfurdalás nélkül a lehetőségei szerint kezdjen el költeni, mint a túlköltekezőnek visszafognia az értelmetlen pénzszórást, hát nagyot tévedsz.</w:t>
      </w:r>
    </w:p>
    <w:p>
      <w:r>
        <w:t>Legalább annyira kell magát edzeni, hogy merjen venni egy négyéves vagy akár egy új autót, mint a pénzszórónak rávennie magát, hogy ne vegyen autót, ha nincs pénze fenntartania sem azt.</w:t>
      </w:r>
    </w:p>
    <w:p>
      <w:r>
        <w:t>Van egy ismerősöm, aki nagyon nagy szegénységbe született, majd egy sikeres vállalkozó lett. Ő mesélte, mekkora sokk volt neki, amikor végre rávette magát, hogy vegyen magának egy tizenmilliós új autót. Erőszakkal kellett rávennie saját magát, hogy kifizessen ennyit egy autóért. Miközben az autó árának tízszeresénél is jóval több szabad pénze volt.</w:t>
      </w:r>
    </w:p>
    <w:p>
      <w:r>
        <w:t>Egy másik ember szintén hasonló háttérből jött és ő is sikeres vállalkozó lett. Talán egy évtized múlva esett le neki, hogy még mindig olcsó ruhákban jár és a legolcsóbb ételeket eszi, ahogy azt megszokta gyerekkorában. Neki sem volt könnyű levetkőznie az addigi megszokásait.</w:t>
      </w:r>
    </w:p>
    <w:p>
      <w:r>
        <w:t>Mi kell ahhoz, hogy kiengedj és ahhoz, hogy kiengedhess?</w:t>
      </w:r>
    </w:p>
    <w:p>
      <w:r>
        <w:t>A fentebb említett két úrnál a probléma a gyerekkori szegénység volt. Olyan sokkot okozott ez nekik, hogy az attól való félelem, hogy ez megint megtörténhet, meggátolta őket, hogy merjenek pénzt költeni.</w:t>
      </w:r>
    </w:p>
    <w:p>
      <w:r>
        <w:t>Ez a félelem nagyon pusztító dolog tud lenni, érdemes átgondolnod, mi a legrosszabb kimenet, ami történhet veled. Ha a legrosszabb dolog sem elviselhetetlen, érdemes elengedned a félelmet. Ha kiengedsz és a legrosszabb esetben kicsit visszább kell venned később, akkor nyugodtan merd elengedni magad.</w:t>
      </w:r>
    </w:p>
    <w:p>
      <w:r>
        <w:t>Fontos azonban az is, hogy ne vetítsd ki a jelent a jövőre, mert a jövő nem a tiéd és egyáltalán nem biztos, hogy számodra kedvezőbb lesz. Beszéltem a múltkor valakivel, aki építőiparban utazik és nagyon jól megy neki, úgy ahogy még soha nem ment. Azonban az már most látszik, hogy az építőipar szárnyalásának hamarosan vége. Akik most nem tudják, mennyi pénzt kérjenek egy-egy munkára és el se vállalják, csak a legzsírosabb munkákat, újra házalni fognak majd egy-egy kisebb javításért.</w:t>
      </w:r>
    </w:p>
    <w:p>
      <w:r>
        <w:t>Kérdeztem, mi a B terve ha már nem fog olyan jól menni a szekér, mint most. Nem volt neki B terve, csak élvezte a mostani magas jövedelmét.</w:t>
      </w:r>
    </w:p>
    <w:p>
      <w:r>
        <w:t>Ezért ne a pillanatnyi állapotod szerint határozd meg, hogy eljött-e az idő a lazításra.</w:t>
      </w:r>
    </w:p>
    <w:p>
      <w:r>
        <w:t>Először halmozz fel szabad szemmel is látható megtakarítást, biztosítsd be, amennyire rajtad áll, hogy rossz időben is legyen elég bevételed. Azonban ha már mindezek megvannak, kiengedhetsz.</w:t>
      </w:r>
    </w:p>
    <w:p>
      <w:r>
        <w:t>A bevétel-növekedés 20-30%-át vagy a felét érdemes az életszínvonalad emelésére fordítani. Ekkor nem fogsz sem a lehetőségeid alatt, sem felette élni.</w:t>
      </w:r>
    </w:p>
    <w:p>
      <w:r>
        <w:t>(Épp a napokban beszéltem valakivel, aki közel 4 milliót keres havonta és segítségét kért, hogy a havi családi költést 500 ezer forint alá tudják szorítani. Csak annyit kérdeztem  hogy minek?)</w:t>
      </w:r>
    </w:p>
    <w:p>
      <w:r>
        <w:t>Legyen komoly pénzügyi tartalékod, gyarapodj folyamatosan, juss előre, de ne felejts el élni sem mellette.</w:t>
      </w:r>
    </w:p>
    <w:p>
      <w:pPr>
        <w:pStyle w:val="Heading2"/>
      </w:pPr>
      <w:r>
        <w:t>Spórolás a spórolás kedvéért</w:t>
      </w:r>
    </w:p>
    <w:p>
      <w:r>
        <w:t>A tudatos pénzügyi élet első lépése maga a jelző, a tudatosság szükségességének felismerése és az eszerint való élet: odafigyelés a kiadásokra, a bevételekre, a felesleges dolgok elhagyása, annak felismerése, hogy nem az vagyok, amim van és nem is az határozza meg az értékemet, hogy másokhoz képest mit értem el, mennyi felesleges kiadásba vertem magam, csak hogy mások is láthassák, milyen sikeres vagyok.</w:t>
      </w:r>
    </w:p>
    <w:p>
      <w:r>
        <w:t>Ez egy nagyon jó kezdés, sokan (talán a legtöbben) már felnőttfejjel jönnek rá arra, hogy fontos kontroll alá hajtaniuk a kiadásaikat és a bevételeiket is és át kell gondolniuk, mi az, amire tényleg szükségük van és mi az, amit csak mások kedvéért vagy magáért a vásárlás kedvéért vesznek meg.</w:t>
      </w:r>
    </w:p>
    <w:p>
      <w:r>
        <w:t>Azonban a tudatosságból és a takarékoskodásból is lehet bálványt csinálni, nagyon sokan egy másik csapdába esnek bele, rosszabbá teszik az életük minőségét, mint annak lennie kellene.</w:t>
      </w:r>
    </w:p>
    <w:p>
      <w:r>
        <w:t>A takarékoskodás nem egy sport, ahol csak egy aranyérmes van és nem kell mindenáron neked azzá lenni.</w:t>
      </w:r>
    </w:p>
    <w:p>
      <w:r>
        <w:t>Tudni kell elengedni a dolgokat, amikor már nincs szükséged arra, hogy szorosan fogd a gyeplőt.</w:t>
      </w:r>
    </w:p>
    <w:p>
      <w:r>
        <w:t>Gyakran el kell mondani tanácsadások közben, hogy az út mindkét szélén van egy-egy árok és egyikbe sem kellene belecsúszni. Az egyik árok a túl sok pénz költése, de a másik árok az öncélú, sportból űzött vagy anyagi félelem által motivált felesleges önsanyargatás.</w:t>
      </w:r>
    </w:p>
    <w:p>
      <w:r>
        <w:t>Van, aki büszke arra, hogy milyen keveset költ, de ilyenkor meg kell kérdeznem, hogy oké, nagyon szép a sportteljesítményed, de vajon a feleséged/férjed meddig fogja még bírni vagy tűrni ezt a hobbidat? S ha egyszer faképnél hagy az egész család, mert a milliós fizetés ellenére úgy éltek, mint a koldusok, akkor mihez fogsz kezdeni?</w:t>
      </w:r>
    </w:p>
    <w:p>
      <w:r>
        <w:t>Honnan tudod, hogy eljött az ideje a kiengedésnek, az anyagi lazításnak?</w:t>
      </w:r>
    </w:p>
    <w:p>
      <w:r>
        <w:t>Érdemes egyszer kiszámolni, hogy mennyit kell eltenned havonta, hogy az anyagi céljaid megvalósuljanak, beleértve a nyugdíjas korodat, a gyerekek iskoláztatását és minden mást is.</w:t>
      </w:r>
    </w:p>
    <w:p>
      <w:r>
        <w:t>Kijön egy összeg, mondjuk családi szinten havi ötszázezer forint. Ez akkor is annyi, ha a család bevétele hatszázezer forint és akkor is, ha ötmillió forint havonta.</w:t>
      </w:r>
    </w:p>
    <w:p>
      <w:r>
        <w:t>Amíg ezt a pénzt el tudod tenni, a felette való összeg elköltése vagy megtakarítása már csak személyes döntés kérdése. Amennyiben a bevételeid biztosnak látszanak hosszabb távon (nem mondjuk egy start-upból jön be a pénz, ami legkésőbb másfél év múlva kifut a tőkéből, ha addig nem találnak újabb befektetőt), a céljaid eléréséhez minimálisan szükséges megtakarítás félretétele utáni összeget már ne akard annyira szigorúan beosztani, mint eddig.</w:t>
      </w:r>
    </w:p>
    <w:p>
      <w:r>
        <w:t>Ha nincs valami oka, amiért lényegesen a jövedelmed szerinti lehetőségek alatt élsz, akkor érdemes elgondolkodni, miért is csinálod. Lehet egy nemes ok például, hogy a felesleget eladakozod, ekkor van egy ok. De ha a spórolás csak "l'art pour l'art", önmagáért a spórolásért spórolsz és egy sportteljesítménynek fogod fel az egészet, akkor nem biztos, hogy jó úton jársz.</w:t>
      </w:r>
    </w:p>
    <w:p>
      <w:r>
        <w:t>S ha nem egyedül élsz, akkor végképp figyelj oda, hogy a családtagjaid is biztosan önszántukból követnek-e a túlzott spórolás útján. Jobb egy harmonikus házasság, mint egyedül maradni egy vastag bankszámlával.</w:t>
      </w:r>
    </w:p>
    <w:p>
      <w:r>
        <w:t>Már sokszor el kellett mondani ezt tanácsadáson, ahogy azt is, hogy az ellenkezés hiánya nem egyenlő az egyetértéssel. Sok ember annyira önfejű, hogy a másik már letett arról, hogy elmondja neki, hogy ez így nem jó. De ez olyan, mint a lezárt kukta, amit folyamatosan forralnak. Előbb vagy utóbb fel fog robbanni. S nem érted, hiszen minden olyan jól ment, soha nem veszekedtünk, mitől hülyült meg pont most a másik?</w:t>
      </w:r>
    </w:p>
    <w:p>
      <w:r>
        <w:t>Ne várd ezt meg, inkább engedd, hogy kimenjen a gőz, amíg nem késő. Ne spórolj a spórolás kedvéért, ahogy ne költs csak a pénzköltés kedvéért se.</w:t>
      </w:r>
    </w:p>
    <w:p>
      <w:pPr>
        <w:pStyle w:val="Heading2"/>
      </w:pPr>
      <w:r>
        <w:t>A pénzügyi kiégés</w:t>
      </w:r>
    </w:p>
    <w:p>
      <w:r>
        <w:t>Az ember gyakran szembesül a kiégéssel az élete során, legyen az kapcsolatos a munkájával, a karrierével, gyerekneveléssel vagy akár a pénzügyi életével.</w:t>
      </w:r>
    </w:p>
    <w:p>
      <w:r>
        <w:t>Az ember megérti, miért fontos kezébe vennie a pénzügyeit, megtakarítani a jövőbeni céljai számára, megszabadulni a hiteleitől, csökkenteni a kiadásait és növelni a bevételeit.</w:t>
      </w:r>
    </w:p>
    <w:p>
      <w:r>
        <w:t>Bele is kezd nagy lelkesedéssel, de ez sajnos nem egy hatvanméteres vágta, hanem egy életen át tartó maraton. Itt nincs nagy ünneplés és kényelmes lazítás néhány nap vagy hét után. Ezért útközben gyakran érzi magát az ember kiégettnek és frusztráltnak az állandó odafigyelés, spórolás, tervezés és megtakarítás miatt.</w:t>
      </w:r>
    </w:p>
    <w:p>
      <w:r>
        <w:t>Az első időben felír minden fillért, rendezi és megtervezi a kiadásait, ellenőrzi, mennyit költött külön mosószerre és mennyit kutyatápra, de egyre nehezebben veszi rá magát, hogy mindig mindent felírjon.</w:t>
      </w:r>
    </w:p>
    <w:p>
      <w:r>
        <w:t>Gyakran úgy érzi, hogy túl sok mindenről lemondott az elmúlt egy-két-öt év alatt, miközben a megtakarításai ennek eredményeképpen csak néhány millió forinttal nőttek, vagy a hitelei alig-alig csökkentek. A végcél, a hegy teteje még mindig ugyanolyan  messze lévőnek látszik, mint amikor belekezdett az egészbe. Olyan érzés ez, mint a maratonfutás első néhány kilométere. A végcél még nagyon messze van, de már minden baja van az embernek és legszívesebben abbahagyná az egészet.</w:t>
      </w:r>
    </w:p>
    <w:p>
      <w:r>
        <w:t>Már gondolni sem akar a pénzügyekre, a háta közepére kívánja, hogy ránézzen a banki kivonatra.</w:t>
      </w:r>
    </w:p>
    <w:p>
      <w:r>
        <w:t>Ezt hívják pénzügyi kiégésnek.</w:t>
      </w:r>
    </w:p>
    <w:p>
      <w:r>
        <w:t>Mit tehetsz akkor, ha téged is elért ez az állapot és életérzés?</w:t>
      </w:r>
    </w:p>
    <w:p>
      <w:r>
        <w:t>- Engedd ki a nadrágszíjat, ha túl szorosra húztad.</w:t>
      </w:r>
    </w:p>
    <w:p>
      <w:r>
        <w:t>Az 1000 kilokalóriás fogyókúra gyors eredménnyel kecsegtet, de egyrészt nem is egészséges, másrészt biztos, hogy rövid távon fel fogod adni, mert sokáig nem bírod az ezzel járó mindennapos lemondást. Egy 1600-1800 kilokalóriás fogyókúrával messzebbre jutsz és tartósabb eredményt érhetsz el. Ugyanígy vizsgáld meg, nem lőttél-e túl a célon a pénzügyi terveiddel kapcsolatban. Ahogy napi két tányér káposztalevesen nem tudsz élni hosszú távon, a túlzottan aszkéta pénzköltési terv sem fog működni sokáig.</w:t>
      </w:r>
    </w:p>
    <w:p>
      <w:r>
        <w:t>- Férjen bele a költségvetésedbe a zsebpénz is.</w:t>
      </w:r>
    </w:p>
    <w:p>
      <w:r>
        <w:t>Minden hónapban tervezz be a költségvetésedbe olyan összeget, amit olyan dolgokra költhetsz, aminek egyetlen célja, hogy örömöt okozzon neked. Ezzel meg tudod akadályozni a kiégést és úgy fogod érezni, hogy ma is élhetsz, nem csak valamikor a beláthatatlan jövőben. Mert ugyanakkora hiba csak a mának élni, mint csak a holnapután-utánnak.</w:t>
      </w:r>
    </w:p>
    <w:p>
      <w:r>
        <w:t>- Ugyanezen okból tervezz be éves nyaralást is, mert a kikapcsolódásra is szükséged van. Nem kell Balira menned, mehetsz egy világvégi, zalai falu vendégházába is, napi párezer forintért.</w:t>
      </w:r>
    </w:p>
    <w:p>
      <w:r>
        <w:t>- Ne egy nagy célod legyen, ami elveszik a távoli ködben, hanem sok apró, amit hetente-havonta-évente megünnepelhetsz.</w:t>
      </w:r>
    </w:p>
    <w:p>
      <w:r>
        <w:t>Júliusra kifizetem a hitelkártya tartozásomat, decemberre a diákhitelemet, rá egy évre tízmillióra csökkentem a lakáshitelemet. Elraktam az első félmilliómat nyugdíjra vagy megvan a hathavi vésztartalékból az első két hónap és így tovább. Ünnepelj meg minden részsikert, megérdemled, hogy gratulálj magadnak a fejlődéshez.</w:t>
      </w:r>
    </w:p>
    <w:p>
      <w:r>
        <w:t>- A megjutalmazásra tekints, ne a lemondásra.</w:t>
      </w:r>
    </w:p>
    <w:p>
      <w:r>
        <w:t>Mit mondogatsz magadban? "Ha végre lefogyok, le tudok hajolni bekötni a cipőfűzőmet, nem izzadok állandóan, nem fulladok ki egy emeletnyi lépcsőzéstől, rendbe jön a koleszterinszintem és a vércukrom." vagy "Már megint kopog a szemem az éhségtől, miért kell megint zöldséget ennem chips helyett, itt izzadok a futógépen, ahelyett, hogy a tévét nézném a kanapén."? Ha a végeredményt, a jutalmad nézed és nem az azért hozandó áldozatot, sokkal könnyebb lesz eljutni odáig.</w:t>
      </w:r>
    </w:p>
    <w:p>
      <w:r>
        <w:t>- Figyelj a nagy dolgokra és felejtsd el a részleteket.</w:t>
      </w:r>
    </w:p>
    <w:p>
      <w:r>
        <w:t>Könnyen elveszel a részletekben és olyan apróságok szívják le az energiádat, amikre figyelni is kár. Legyenek rendben a nagy dolgok a pénzügyi életedben, de engedd el a kicsiket, mert csak túlságosan leterhelnek.</w:t>
      </w:r>
    </w:p>
    <w:p>
      <w:pPr>
        <w:keepNext/>
      </w:pPr>
      <w:r>
        <w:t>- Egyszerűsítsd le a költségvetésedet, mondjuk a 60-10-10-10-10%-os szabály alapján:</w:t>
      </w:r>
    </w:p>
    <w:p>
      <w:r>
        <w:t>60% megélhetési költség, 10% nyugdíj, 10% hosszú távú megtakarítás vagy hitelvisszafizetés, 10% rövid távú megtakarítás az autócserére, házfelújításra vagy a nyaralásra és 10% zsebpénz. A százalékokon lehet, hogy változtatnod kell, amit mondani akarok, hogy elég arra figyelned, hogy a kategóriák határait betartsd, azon belül viszont már ne akarj mindent figyelemmel kísérni, ha túlságosan leterhel ennek a követése. A megtakarításokat még a hónap elején utald el egy másik számlára, így nem tudsz többet költeni a hónapban, mint tervezted.</w:t>
      </w:r>
    </w:p>
    <w:p>
      <w:r>
        <w:t>- Keress magadnak edzőpartnert. A hajnali kocogást is kevésbé hagyod abba, ha a legjobb barátod/barátnőd az ajtó előtt vár minden reggel, hogy együtt fussatok aznap is. Találj valakit, akivel együtt teheted rendbe a pénzügyi életedet, akivel együtt takarékoskodtok, együtt mondtok le a felesleges pénzszórásról vagy tervezitek meg a pénzügyi életeteket.</w:t>
      </w:r>
    </w:p>
    <w:p>
      <w:r>
        <w:t>- Ne foglalkozz annyit a pénzzel, más fontos is van az életben. Ahogy az is rossz véglet, ha egyáltalán nem törődsz a pénzzel, az is rossz, ha túl sokat foglalkozol vele. Jelölj ki egy napot havonta, amikor átnézed a számláidat, a lejárt lekötéseidet és fizetnivalóidat, de a hónap többi napján felejtsd el a témát. Ne kelj és ne feküdj az értékpapírszámla kivonatoddal vagy azzal, hogy mennyivel vagy közelebb este a pénzügyi célodhoz, mint reggel voltál.</w:t>
      </w:r>
    </w:p>
    <w:p>
      <w:r>
        <w:t>- Ne érdekelj, hogy más mennyit haladt előre a pénzügyi céljaiban, egyedül azzal törődj, hogy te hol tartasz. Miért frusztrálnád magad, ha más látszólag eredményesebb a céljaiban, mint te? Főleg, hogy az sem biztos, hogy amit látsz, az nem csak egy kirakat, ami mögött nincs valódi fejlődés.</w:t>
      </w:r>
    </w:p>
    <w:p>
      <w:r>
        <w:t>- Ne aggódj, mert felesleges. Ne engedd, hogy az aggódás vagy a depresszió leuraljon az anyagi helyzeted miatt. Ez csak leblokkol és reménytelennek tünteti fel a megoldást.</w:t>
      </w:r>
    </w:p>
    <w:p>
      <w:r>
        <w:t>S végül, ha szükséges, tarts egy hónap szünetet. Egy hónapra visszavehetsz a megtakarításból és a hitelek gyorsított visszafizetéséből, hogy egy kicsit fellélegezz. Az esedékes törlesztést továbbra is ki kell fizetni. De két dologra vigyázz: az egy hónap tényleg csak egy hónap legyen és többet ne költs ebben a hónapban sem, mint amennyit megkerestél.</w:t>
      </w:r>
    </w:p>
    <w:p>
      <w:r>
        <w:t>S hidd el, jól csinálod. Az, hogy egyáltalán pénzügyi kiégéssel van problémád, azt mutatja, hogy tudatosabban élsz, mint az emberek zöme. Lépj egy kicsit hátrébb, fújd ki magad és örülj annak, amit eddig elértél.</w:t>
      </w:r>
    </w:p>
    <w:p>
      <w:pPr>
        <w:pStyle w:val="Heading2"/>
      </w:pPr>
      <w:r>
        <w:t>Te vagy a pénzedért vagy az van érted?</w:t>
      </w:r>
    </w:p>
    <w:p>
      <w:r>
        <w:t>A pénz remek szolga, de a legborzalmasabb úr, tartja a régi mondás. Ha azért van pénzed, hogy kiszolgáljon téged, akkor kényelmessé teszi az életed. Azonban ha te szolgálod a pénzt, például mindig csak azt nézed, hogyan tudnál még egy kicsivel több vagyonra szert tenni, tönkreteszi az életed.</w:t>
      </w:r>
    </w:p>
    <w:p>
      <w:r>
        <w:t>Ennek ellenére a legtöbben a pénz fogságában élik le az életüket és még csak fel sem tűnik nekik.</w:t>
      </w:r>
    </w:p>
    <w:p>
      <w:r>
        <w:t>Az egész életük a pénz utáni rohanásban telik. Elérnek egy anyagi szintre, de még szinte oda sem értek, már a következő lépés elérése miatt hajtanak.</w:t>
      </w:r>
    </w:p>
    <w:p>
      <w:r>
        <w:t>Amíg nincs pénze az embereknek, aggódnak a megélhetés miatt, a diákhitel miatt, majd a lakáshitel és végén a nyugdíj miatt. Ha szert tesznek vagyonra, akkor meg azért aggódnak, hogy azt el ne veszítsék, tönkre ne menjen a bank, el ne lopja azt valaki vagy ne zuhanjon a tőzsde. A legtöbb embernek, akinek nincs pénze, azért aggódik, akinek pedig van, az általában azért.</w:t>
      </w:r>
    </w:p>
    <w:p>
      <w:r>
        <w:t>Kevesen vannak, akik el tudják engedni a pénzt és nem törődni vele jobban, mint szükséges. Ők azok, akik megelégednek a mindenkori helyzetükkel.</w:t>
      </w:r>
    </w:p>
    <w:p>
      <w:r>
        <w:t>Aki ezt megérti és nem elégedetlenségből vagy aggodalomból (vagyis félelemből) akar többet elérni, hanem mert megteheti és meg is akarja tenni és egy bizonyos anyagi szint felett a tevékenységének nem a célja, inkább csak az eredménye a még több pénz, az elmondhatja, hogy nem ő szolgálja a pénzt, hanem a pénz őt.</w:t>
      </w:r>
    </w:p>
    <w:p>
      <w:r>
        <w:t>Amikor Keanu Reeves pénzhez való hozzáállásáról olvastam, nagyon tetszett a történetben bemutatott gondolkodásmód.</w:t>
      </w:r>
    </w:p>
    <w:p>
      <w:r>
        <w:t>Ő a nagyon kevés híres színész egyike, akit a legkevésbé sem érdekel a vagyon, nem akar milliárdos palotát három úszómedencével a legdrágább környéken, sem drága autókra nem vágyik. Mert minél több vagyontárgyad van, annál több velük a probléma és a stressz. Ezért sem vesz ingatlanokat világszerte, mint olyan sok kollégája.</w:t>
      </w:r>
    </w:p>
    <w:p>
      <w:r>
        <w:t>A pénzének nagy részét eladakozza, hiába keres rengeteg pénzt, azt mondja, nem akar stresszelni azon, mi történik a bankszámláján lévő pénzzel vagy azért, hogyan növelje azt. A nyugodt élet és az egészség számára sokkal fontosabb ennél. Elég neki egy kényelmes élethez elegendő összeg, nem akar minél több pénzt felhalmozni a bankszámláján feleslegesen.</w:t>
      </w:r>
    </w:p>
    <w:p>
      <w:r>
        <w:t>Több filmjénél megtörtént, hogy a gázsija nagy részét szétosztotta a háttérben dolgozó technikusok és egyéb alkalmazottak között vagy éppen lemondott arról, hogy egy-egy híres színészt még lehessen alkalmazni a filmhez.</w:t>
      </w:r>
    </w:p>
    <w:p>
      <w:r>
        <w:t>Azt mondja, hogy ő azért csinál filmeket, hogy az embereket szórakoztassa, a pénz csak a mellékterméke annak, amit csinál és nem a célja. Ha a szórakoztatás a célod és azt jól csinálod, az sok pénzt fog neked eredményezni. S igaz ez bármire, amit azért csinálsz, mert szereted csinálni.</w:t>
      </w:r>
    </w:p>
    <w:p>
      <w:r>
        <w:t>Ha csak a pénz miatt készítesz filmet, írsz könyvet, tartasz előadást vagy csinálsz bármit, az gyorsan átjön az alkotás minőségén. Ellenben ha elhivatásból vagy örömmel csinálod, az emberek hajlandóak lesznek fizetni érte.</w:t>
      </w:r>
    </w:p>
    <w:p>
      <w:r>
        <w:t>Szóval nagyon tetszik a hozzáállása, nem a pénzért él és nem érdekli egy bizonyos összeg felett, hogy mennyi pénze van. Nem akar a rabja lenni sem a vagyonnak sem a pénzkeresetnek. Nagyon kevés ember van, aki el tudja engedni a pénzt, amikor már nem kell ragaszkodnia hozzá. Nagyon kevesen tudják azt mondani, hogy nekem ennél több nem kell a kényelmes és elégedett élethez, a legtöbben a kapzsiság áldozatai lesznek egész életükben.</w:t>
      </w:r>
    </w:p>
    <w:p>
      <w:r>
        <w:t>Öröm látni, hogy a híres színészek között is vannak ilyen felfogású emberek.</w:t>
      </w:r>
    </w:p>
    <w:p>
      <w:pPr>
        <w:pStyle w:val="Heading1"/>
      </w:pPr>
      <w:r>
        <w:t>7. Biztonság, függetlenség, tudatosság</w:t>
      </w:r>
    </w:p>
    <w:p>
      <w:r>
        <w:t>A józan takarékosság célja, hogy legyen választásod. Ne egy váratlan számla döntse el, hogyan élsz, és ne a következő fizetésig kelljen kötélen táncolnod. Ez a biztonság több lépésben épül fel.</w:t>
      </w:r>
    </w:p>
    <w:p>
      <w:pPr>
        <w:pStyle w:val="Heading2"/>
      </w:pPr>
      <w:r>
        <w:t>A pénzügyi függetlenség lépcsői</w:t>
      </w:r>
    </w:p>
    <w:p>
      <w:r>
        <w:t>Az elmúlt két-három évtized divatos szava lett a pénzügyi függetlenség. Általában arra az emberre mondják, hogy pénzügyileg független, aki a hátralévő életét már munka nélkül is képes anyagilag biztosítani.</w:t>
      </w:r>
    </w:p>
    <w:p>
      <w:r>
        <w:t>Ebből a célból nőtt ki a korai nyugdíjazás mozgalom, ahol fiatalemberek életcélja lett, hogy 30-40 éves korukra abbahagyhassák a munkát és csak az addig felhalmozott vagyonukból élhessenek.</w:t>
      </w:r>
    </w:p>
    <w:p>
      <w:r>
        <w:t>A pénzügyi függetlenség kifejezés azonban elég tág fogalom és sokan más-más pénzügyi helyzetre használják ezt a szót.</w:t>
      </w:r>
    </w:p>
    <w:p>
      <w:r>
        <w:t>Nagyon gyakori, hogy valaki az átlagos életszínvonalhoz képest szinte remete életmódot folytat és a nagyon szoros büdzsé miatt mondhatja csak el magáról, hogy ő már megél élete végéig az addigi megtakarításaiból. Ha valaki havi 90 ezer forintból kihozza a megélhetését (mert ki lehet, ha valaki nagyon-nagyon akarja) és egy akár átlagosnak mondható havi 270 ezer forintot keres, akkor könnyen kiszámolható, hogy elég, ha a normál 40 évnyi munka helyett 15 év alatt összegyűjti azt a pénzt, amihez másnak 40 év kell. (Persze nyugdíja nem lesz, így még további 20 évről is kell gondoskodnia, de ez már egy másik kérdés)</w:t>
      </w:r>
    </w:p>
    <w:p>
      <w:r>
        <w:t>A kérdés az, hogy ilyen áron mindenkinek kell-e a pénzügyi függetlenség? Ha az az ára, hogy nem vállalhatsz gyereket, ha távol kell élned minden ismerősödtől, mert ott olcsó az élet, kimaradsz minden közösségi programból és a többi hasonló kényszerű kompromisszum, akkor sokan ezt nem tekintik valódi pénzügyi függetlenségnek. Ez inkább egy ideológia sokak szemében, afféle modern buddhizmus, a világ materiális javaitól való szinte teljes elvonulás.</w:t>
      </w:r>
    </w:p>
    <w:p>
      <w:r>
        <w:t>A másik véglet, amikor valaki félelemből nem mer leállni a pénzkereséssel, noha már régen több pénze van, mint amit valaha is el tudna költeni ebben az életben. Az ilyen ember még mindig nem érzi magát anyagi biztonságban, vagyis anyagilag függetlennek, noha mindenki más már meg van erről győződve.</w:t>
      </w:r>
    </w:p>
    <w:p>
      <w:r>
        <w:t>Ezért nem is olyan könnyű, mi az objektív meghatározása a pénzügyi függetlenségnek. Különösen azért, mert minden ember szubjektív azzal kapcsolatban, mire van szükség az anyagi életben és mikor gondolja úgy, hogy ennyi pénz már elég erre az életre.</w:t>
      </w:r>
    </w:p>
    <w:p>
      <w:r>
        <w:t>Sokkal inkább egy folyamatnak érdemes látni a pénzügyi függetlenséghez vezető utat, mintsem egy pillanatnyi állapotnak.</w:t>
      </w:r>
    </w:p>
    <w:p>
      <w:r>
        <w:t>Első státusz az anyagi függőség. Szinte mindenki itt kezdi az anyagi életet. (Sajnos nagyon sokan, nem is nagyon lépnek tovább. Leginkább azért, mert nem jönnek rá, hogy az életszínvonaluk inflációja tartja őket ebben az állapotban egész életükben.)</w:t>
      </w:r>
    </w:p>
    <w:p>
      <w:r>
        <w:t>Hónapról-hónapra függsz a fizetésedtől, sőt előfordulhat az is, hogy nem is elég minden hónapban.</w:t>
      </w:r>
    </w:p>
    <w:p>
      <w:r>
        <w:t>A következő állapot a haszon termelése, amikor már többet keresel, mint amennyit a megélhetésedre fordítasz, vagyis többet ér a munkaerőd, mint amennyit a személyes kiadásokra fordítasz. Ekkor történik meg az, hogy már nem csak azért dolgozol, hogy legyen mit enned és nem azért eszel, hogy képes legyél dolgozni.</w:t>
      </w:r>
    </w:p>
    <w:p>
      <w:r>
        <w:t>Ezután jön a stabilitás. Visszafizettél minden hiteledet, van néhány hónapra vagy évre elegendő tartalékod és még mindig többet keresel, mint amennyit költesz.</w:t>
      </w:r>
    </w:p>
    <w:p>
      <w:r>
        <w:t>Következő lépcső a szabadság, amikor már megteheted azt a luxust, hogy olyan munkát vállalsz el, amilyet szeretnél. Még dolgoznod kell a megélhetésért, de csak azt csinálod, amit szeretsz.</w:t>
      </w:r>
    </w:p>
    <w:p>
      <w:r>
        <w:t>Ezután jön az anyagi biztonság. Ekkor már van annyi megtakarításod, hogy végszükség esetén a legalapvetőbb anyagi szükségeidet fedezné az életed végéig. De csak azt, semmi többet.</w:t>
      </w:r>
    </w:p>
    <w:p>
      <w:r>
        <w:t>A következő állomás a valódi függetlenség. Ekkor a megtakarításaid a jelenlegi életszínvonaladat biztosítja az életed végéig.</w:t>
      </w:r>
    </w:p>
    <w:p>
      <w:r>
        <w:t>A végső állomás pedig az anyagi bőség. Ekkor a megtakarításaid többet hoznak, mint amennyit valaha is el akarsz költeni a megélhetésedre.</w:t>
      </w:r>
    </w:p>
    <w:p>
      <w:r>
        <w:t>Egy anyagilag sikeres életpálya valahogy így néz ki, aminek a végső stádiuma a teljes anyagi függetlenség. Hogy erőltetett menetben, sok lemondással 30 éves korodra akarod elérni, vagy inkább sokkal kényelmesebben és nagyobb anyagi keretek között élsz, de nem zavar, ha csak a hatvanas éveidre éred el a teljes anyagi függetlenséget, már csak pusztán a te döntésed. Ahogy az is, ha inkább hat gyereket nevelsz és csak a stabilitást vagy a szabadságot tűzöd ki, mint reális célt az életedben.</w:t>
      </w:r>
    </w:p>
    <w:p>
      <w:r>
        <w:t>Amit érdemes szem előtt tartanod, mi a célod az anyagi életedben. Ha semmi, akkor jó eséllyel csak azt fogod elérni. Ha törekszel a stabilitásra, szabadságra, vagy bőségre, akkor valószínű, hogy azt is el tudod érni.</w:t>
      </w:r>
    </w:p>
    <w:p>
      <w:r>
        <w:t>Döntsd el, hol tartasz most és hogyan fogod elérni a következő lépcsőt.</w:t>
      </w:r>
    </w:p>
    <w:p>
      <w:pPr>
        <w:pStyle w:val="Heading2"/>
      </w:pPr>
      <w:r>
        <w:t>Az időmilliomos</w:t>
      </w:r>
    </w:p>
    <w:p>
      <w:r>
        <w:t>Sok embernek célja a pénzügyi függetlenség elérése, annyi pénz felhalmozása, ami kitart az élete végéig.</w:t>
      </w:r>
    </w:p>
    <w:p>
      <w:r>
        <w:t>Komoly mozgalommá vált a FIRE, az extrém korai nyugdíjazás, amikor 30-35 éves emberek akarnak nyugdíjba vonulni, hogy úgymond elkezdhessenek élni.</w:t>
      </w:r>
    </w:p>
    <w:p>
      <w:r>
        <w:t>Kíváncsi voltam, mi lett ezekkel az emberekkel, mihez kezdtek az életükkel, miután már nem kellett dolgozniuk.</w:t>
      </w:r>
    </w:p>
    <w:p>
      <w:r>
        <w:t>Az egyik leghíresebb blogger évi(!!!) hétezer dollárból élt és állítólag él azóta is, talán harmincévesen vonult nyugdíjba.</w:t>
      </w:r>
    </w:p>
    <w:p>
      <w:r>
        <w:t>Három évig japán kardművészetet tanult meg inline hokicsapat tagja lett, aztán visszament dolgozni egy brókercéghez, ahol lehúzott még négy évet. Aztán órákat kezdett szerelni és asztaloskodni. Nekem kívülről úgy tűnik, nem nagyon tudott magával mit kezdeni az úgymond nyugdíjas évei alatt.</w:t>
      </w:r>
    </w:p>
    <w:p>
      <w:r>
        <w:t>Többeknél (ha nem is mindenkinél) azt látom, hogy előbb-utóbb valami munkahelyen kötnek ki vagy vállalkozásba kezdenek. Ha mást nem, folytatják a blogírást, előadásokat tartanak és így tovább.</w:t>
      </w:r>
    </w:p>
    <w:p>
      <w:r>
        <w:t>Valaki mondta, hogy a munka abbahagyása után sem valósította meg azokat az álmokat, ami miatt ki akart lépni a munka világából. Elfolytak a napjai, rá kellett döbbennie, hogy nem a munkahelye akadályozta meg abban, hogy zenét írjon vagy fessen vagy csináljon bármi mást. Önfegyelemre van szüksége, hogy rendezettek legyenek a napjai.</w:t>
      </w:r>
    </w:p>
    <w:p>
      <w:r>
        <w:t>Egy másik korai nyugdíjas eladta a weboldalát rengeteg pénzért, de nem tudott örülni a pénznek, úgy érezte, mintha a gyerekét adta volna el és azóta is bánja, hogy értékesítette az oldalt. Bár nem mondta ki, de szerintem ő is az ürességgel küzdött, szívesebben folytatta volna az írást (a "munkát"), hiába kapott sok pénzt, nem tudott mit kezdeni magával.</w:t>
      </w:r>
    </w:p>
    <w:p>
      <w:r>
        <w:t>Nagyon sokan vannak ezzel így, a normál időben nyugdíjba vonulók is. Gyűlölik a munkájukat, alig várják, hogy ne kelljen többé dolgozniuk, de aztán hirtelen nem tudnak mit kezdeni a szabadidejükkel. Kiderül, hogy a munka adott keretet a napjaiknak és gyakran értelmet is. Munka nélkül pedig csak az üresség marad, a tévénézés, a felesleges internetezés és ezekhez hasonló dolgok. A vakáció és a nyaralás addig értékes, amíg rendkívüli extra. Ha már nem kikapcsolódás valahonnan, az is gyorsan unalmassá tud válni.</w:t>
      </w:r>
    </w:p>
    <w:p>
      <w:r>
        <w:t>Gyakran ráfogjuk a munkára, hogy azért nem valósítjuk meg az álmainkat, mert dolgoznunk kell. Amikor már nem kell, kiderül, hogy akkor sem valósítjuk meg ezeket az álmokat, vagy az álmokról derül ki, hogy addig voltak csak vonzóak, amíg álmok voltak, amikor valósággá lettek, már nem is annyira izgalmasak. Vagy csak az első néhány hétben azok, utána már érdektelenné válnak és kereshetünk új elfoglaltságot vagy gyárthatunk új álmokat, amik izgalomban tudnak tartani bennünket, amíg meg nem valósítjuk őket.</w:t>
      </w:r>
    </w:p>
    <w:p>
      <w:r>
        <w:t>Az ember gyakran becsapja magát: ha majd gazdag leszek, boldog ember leszek, ha majd nem kell már dolgoznom, boldog ember leszek, ha majd lesz egy családom, boldog leszek, ha majd sikeres és ismert ember leszek, boldog leszek és így tovább.</w:t>
      </w:r>
    </w:p>
    <w:p>
      <w:r>
        <w:t>S amikor elérsz odáig, hogy már nem kell dolgozni, gazdag vagy, híres vagy és így tovább, kiderül, hogy délibábbá lett a boldogság, csak távolról tűnt hűs vizű tónak és vonzónak az addigi cél, amíg messze voltál tőle.</w:t>
      </w:r>
    </w:p>
    <w:p>
      <w:r>
        <w:t>S nem azt mondom, hogy nem jó az anyagi függetlenség, ha nem kell dolgoznod a megélhetésért. De gyakran akkor jön rá az ember, hogy semmi értelme a napjainak, amikor már a munka sem tölti ki az ébren töltött idő nagy részét. (S fordítva, munka mellett is lehet értelme a napjaidnak.)</w:t>
      </w:r>
    </w:p>
    <w:p>
      <w:r>
        <w:t>Ha nem tudod, miért élsz, mi a célja az életednek, mi tesz boldoggá, kiegyensúlyozottá a jelenben, nem leszel boldog a jövőben sem. Ha nem vagy elégedett az élettel amíg dolgozni jársz, nem leszel elégedett akkor sem, ha már nem fogsz dolgozni. Sőt, az illúzió elvesztése miatt valószínűleg boldogtalanabb leszel, mint voltál, mielőtt elérted volna vágyaid beteljesülését.</w:t>
      </w:r>
    </w:p>
    <w:p>
      <w:r>
        <w:t>Ezért törekedj az anyagi függetlenségre (ha nem is feltétlen olyan extrém módon, mint a sok "korai nyugdíjas"), de ne hidd, hogy a munka miatt nem tudsz teljes életet élni.</w:t>
      </w:r>
    </w:p>
    <w:p>
      <w:pPr>
        <w:pStyle w:val="Heading2"/>
      </w:pPr>
      <w:r>
        <w:t>Honnan tudod, elérted-e a pénzügyi stabilitást?</w:t>
      </w:r>
    </w:p>
    <w:p>
      <w:r>
        <w:t>A pénzügyi tudatosság célja, hogy a pénzügyeid szilárd és biztos alapra kerüljenek, vagyis hogy elérd a pénzügyi stabilitást, amikor már nem csak megtörténik veled a (pénzügyi) élet, hanem neked van befolyásod a pénzügyeid felett.</w:t>
      </w:r>
    </w:p>
    <w:p>
      <w:r>
        <w:t>Honnan tudod, hogy elérted-e már ezt a vágyott pénzügyi stabilitást?</w:t>
      </w:r>
    </w:p>
    <w:p>
      <w:r>
        <w:t>- Soha nem fordul mínuszba a bankszámlád és soha nincs kifizetetlen számlád. Nem késel a hiteltörlesztővel sem, ha még van hiteled. Ha már bármikor ki tudod fizetni a számláidat, ahogy azok megérkeznek, az már egy pozitív jel.</w:t>
      </w:r>
    </w:p>
    <w:p>
      <w:r>
        <w:t>- Nem rendelkezel hitellel. Ha mégis van még hiteled (mondjuk lakáshitel), akkor is jó úton haladsz afelé, hogy idő előtt visszafizesd.</w:t>
      </w:r>
    </w:p>
    <w:p>
      <w:r>
        <w:t>- Soha nem veszekedtek a házastársaddal anyagi kérdések miatt, ellenben szabadon meg tudjátok beszélni a család anyagi helyzetét is.</w:t>
      </w:r>
    </w:p>
    <w:p>
      <w:r>
        <w:t>- Ha használsz is hitelkártyát, csak a visszatérítések miatt és nem a hitelkeret miatt. Soha nincs olyan hónap, hogy ne tudnád maradéktalanul kifizetni a tartozásod.</w:t>
      </w:r>
    </w:p>
    <w:p>
      <w:r>
        <w:t>- Soha nem aggódsz a pénzügyeid miatt és nincsenek álmatlan éjszakáid sem a pénzügyi helyzeted miatt.</w:t>
      </w:r>
    </w:p>
    <w:p>
      <w:r>
        <w:t>- Egy váratlan nagyobb kiadás sem okozna megoldhatatlan problémát.</w:t>
      </w:r>
    </w:p>
    <w:p>
      <w:r>
        <w:t>- Nem kell stresszelned a munkahelyeden, hogy esetleg kirúgnak-e. Ha fél vagy akár két-három évig is megélsz a tartalékaidból, soha nem mész gyomorgörccsel dolgozni. Sokkal szabadabban, sőt felszabadultan tudsz dolgozni, hiszen nem megélhetési kérdés a havi fizetésed.</w:t>
      </w:r>
    </w:p>
    <w:p>
      <w:r>
        <w:t>- Nem kell bűntudatot érezned, ha néha többet költesz a kelleténél. Azért vagy takarékos és pénzügyileg megfontolt, hogy megengedhesd magadnak azt a luxust, hogy néha többet költs egy-egy eseményre, tárgyra vagy nyaralásra. Ezt pont a megfontolt mindennapi költekezésed teszi lehetővé.</w:t>
      </w:r>
    </w:p>
    <w:p>
      <w:r>
        <w:t>- Már hidegen hagy, hogy a szomszéd milyen autót vett, vagy a kollégád hol volt nyaralni (a hitelkártyája terhére). Nem akarsz beszállni ebbe a bolond társasjátékba, a saját értékedet már nem az általad birtokolt tárgyak árával kevered össze.</w:t>
      </w:r>
    </w:p>
    <w:p>
      <w:r>
        <w:t>- Megteheted azt a luxust, hogy nem elsősorban a kereseti lehetőségek szerint választasz magadnak munkahelyet. Többet nyom a latba, hogy szereted-e csinálni, jó-e a munkahelyi légkör vagy hogy mennyi a szabadidőd mellette.</w:t>
      </w:r>
    </w:p>
    <w:p>
      <w:r>
        <w:t>- Úgy érzed, hogy te uralod a pénzügyeidet és nem az téged. Nem csak megtörténik veled a pénzügyi életed, hanem te döntöd el, hogy merre és hogyan folyjon a pénzed.</w:t>
      </w:r>
    </w:p>
    <w:p>
      <w:r>
        <w:t>- Megtanultad, hogy a sikeres pénzügyi élet titka, hogy kevesebbet költesz, mint keresel, vagyis mindig a lehetőségeid alatt élsz és nem felette. Nem a vágyaidhoz szabod a költekezésed, hanem a lehetőségeidhez és nem a költekezésben keresed a boldogságot, mert tárgyak vagy élmények vásárlásával még soha senki nem lett boldog ember.</w:t>
      </w:r>
    </w:p>
    <w:p>
      <w:r>
        <w:t>- Nem csak a rövid és középtávra, de hosszú távra is biztosítottnak látod a pénzügyi életedet. Ha még nem is érted el azt, hogy a nyugdíjadat vagy a gyerekeid oktatását biztosítottnak lásd, de úgy érzed, hogy jó úton haladsz ez a cél felé.</w:t>
      </w:r>
    </w:p>
    <w:p>
      <w:r>
        <w:t>- A megtakarításaid összege évről-évre nő és a növekedés mértékét kielégítőnek tartod.</w:t>
      </w:r>
    </w:p>
    <w:p>
      <w:r>
        <w:t>- Ha kétkeresős háztartás vagytok, a kisebb kereset kiesése sem okozna megoldhatatlan anyagi problémát.</w:t>
      </w:r>
    </w:p>
    <w:p>
      <w:r>
        <w:t>- Meg tudod nevezni, hogy mibe van jelenleg befektetve a pénzed, vagyis fel tudod sorolni a portfóliód fontosabb elemeit.</w:t>
      </w:r>
    </w:p>
    <w:p>
      <w:r>
        <w:t>- Előfordul, hogy az emberek hozzád fordulnak pénzügyi tanácsért, mert látják, hogy a te életedben jól működnek ezek a dolgok.</w:t>
      </w:r>
    </w:p>
    <w:p>
      <w:r>
        <w:t>- Megengedheted magadnak, hogy elmenj nyaralni. Mind időd, mind pénzed van rá.</w:t>
      </w:r>
    </w:p>
    <w:p>
      <w:r>
        <w:t>- Már tudod, milyen pénzügyi hibákat követtél el a múltban és hogyan kellett volna másként csinálni.</w:t>
      </w:r>
    </w:p>
    <w:p>
      <w:r>
        <w:t>Szerintem ezek a jelei annak, hogy elérted a pénzügyi stabilitást. Ha még nem értél célba, akkor se aggódj, a lényeg, hogy legalább törekedj rá.</w:t>
      </w:r>
    </w:p>
    <w:p>
      <w:r>
        <w:t>Sok sikert mindenkinek, hidd el, a cél megéri az erőfeszítéseket, hogy elérd a pénzügyi stabilitást.</w:t>
      </w:r>
    </w:p>
    <w:p>
      <w:pPr>
        <w:pStyle w:val="Heading2"/>
      </w:pPr>
      <w:r>
        <w:t>Mit jelent pénzügyileg tudatosnak lenni?</w:t>
      </w:r>
    </w:p>
    <w:p>
      <w:r>
        <w:t>Egyszer megállított egy ember. Azt mondta, bocsánat a zavarásért, csak meg akarta köszönni, amit az Akadémián tanult (mint kiderült, oda járt), mert teljesen megváltozott az anyagi élete. Azzal a kicsi változással és odafigyeléssel, amire szüksége volt, ma már minden hónapban eltesz 50-100 ezer forintot, miközben úgy érzi, nem is költ kevesebbet, csak másképp teszi. Nem is gondolta volna, hogy ez ennyire egyszerű.</w:t>
      </w:r>
    </w:p>
    <w:p>
      <w:r>
        <w:t>Jó hallani az ilyeneket. Érdemes végiggondolni, honnan tudod meg, hogy pénzügyileg tudatos gondolkozású vagy-e.</w:t>
      </w:r>
    </w:p>
    <w:p>
      <w:r>
        <w:t>Tehát, hogyan gondolkodik másként az, aki pénzügyileg tudatos?</w:t>
      </w:r>
    </w:p>
    <w:p>
      <w:r>
        <w:t>- Jobb holnap egy túzok, mint ma egy veréb. Inkább nem költöm el ma a pénzem valami nélkülözhető vagy egyenesen felesleges dologra, hogy holnap legyen pénzem megvenni egy nagyobb dolgot, sőt megvenni bármilyen dolgot, amit szeretnék.</w:t>
      </w:r>
    </w:p>
    <w:p>
      <w:r>
        <w:t>Ugyanis minden pénz, amit ma nem költesz el, holnapra sokkal többet ér, ez a kamatos kamat csodája. Mint ismert, a hollandok 60 guldent, vagyis akkori árfolyamon 24 dollárt fizettek Manhattan szigetéért 1626 novemberében. Ismerve a mai telekárakat New Yorkban, ez igazán jó vétel volt.</w:t>
      </w:r>
    </w:p>
    <w:p>
      <w:r>
        <w:t>Azonban ha ezt a pénzt berakták volna bankba vagy a tőzsdére évi 7%-os kamatra (ennél lényegesen többet hozott az amerikai tőzsde, igaz, csak 1850 környékétől vannak adataink), ma lenne a szerencsés örökösnek 6.916.470.659.400 dollárja. Mivel Mannhattan 59,1 négyzetkilométer, ez ma négyzetméterenként 117.029 dolláros telekárat jelent, vagyis 35 millió forintot.</w:t>
      </w:r>
    </w:p>
    <w:p>
      <w:r>
        <w:t>Ennél még mindig olcsóbb az építési telek négyzetmétere Manhattanben és mennyit rá kellett még költeni az évszázadok során, hogy felmenjenek az árak és ne csak egy kopár sziget legyen. Tehát innen nézve kifejezetten rengeteget adtak a szigetért, főleg az akkori állapotából kiindulva.</w:t>
      </w:r>
    </w:p>
    <w:p>
      <w:r>
        <w:t>Jusson ez eszedbe mindig, amikor ki akarsz adni egy telefonért 300 ezer forintot vagy egy autóért tizenmilliókat. Inkább holnap egy túzok.</w:t>
      </w:r>
    </w:p>
    <w:p>
      <w:r>
        <w:t>- A fenti dolog nem azt jelenti, hogy soha nem veszel semmit, ami szép vagy drága. Csak nem azért és nem akkor. Nem azért veszel autót, hogy a szomszédot megegye a sárga irigység és nem akkor akarsz budai házat venni, amikor még egy panelre sincsen pénzed. Mert akkor egész életedben az adósság kamatterheit fogod nyögni és úgy jársz, mint az átlag amerikai, aki élete során 7-8 évi nettó munkabérét fizeti ki csak a hitelei kamataira.</w:t>
      </w:r>
    </w:p>
    <w:p>
      <w:r>
        <w:t>A pénzt ráérsz akkor elkölteni, amikor már megkerested. Ráérsz akkor venni autót 10 millióért, vagy családi házat 40 millióért, ha már van rá pénzed. Soha ne a vágyaid, hanem csak a lehetőségeid szerint vásárolj és a vágyaidat szabd a lehetőségeidhez és ne fordítva próbáld megvalósítani a dolgot.</w:t>
      </w:r>
    </w:p>
    <w:p>
      <w:r>
        <w:t>- Kétfajta ember van: a gazdag és a gazdagnak látszani akaró. Találd ki, melyik vesz Rolex órát 5 millióért, vagy Hugo Boss öltönyt, esetleg krokodilbőr cipőt? Ha nem vagy biztos a válaszban, olvasd el a Miről ismersz fel egy milliomost.</w:t>
      </w:r>
    </w:p>
    <w:p>
      <w:r>
        <w:t>- Jobban örülsz, ha kifizettél még egy hitelt, vagy elraktál még 50 ezer forintot a nyugdíjmegtakarításodba, mint egy új ruhának, kütyünek, vagy rongyrázó utazásnak? Már biztos nem vagy messze az ideális hozzáállástól. :)</w:t>
      </w:r>
    </w:p>
    <w:p>
      <w:r>
        <w:t>- A józan takarékosság soha nem öncélú és soha nem egyenlő a zsugorisággal vagy a fukarsággal. A zsugoriság ugyanolyan hibás hozzáállás, mint a meggondolatlan költekezés, csak az az út másik oldalán lévő árok, amibe sokan belezuhannak.</w:t>
      </w:r>
    </w:p>
    <w:p>
      <w:r>
        <w:t>- A pénzügyi tudatosság nem a pénzről szól. Hanem a szabadságról és a tehermentes életről, amit a vagyon megléte és az adósság hiánya okoz. Hogy nem a megélhetésért, a nagy ház, drága autó és a hitelek kifizetéséért kell dolgoznod. Hogy megvan a szabadságod, hogy felmondj egy rossz állást, ami bár jól fizet, de felőröl, vagy tönkreteszi a családi kapcsolataidat. Hidd el, egyetlen puccos autó, vagy zanzibári nyaralás nem fogható ehhez a szabadsághoz. Bölcs ember lemond ezekről, hogy élvezhesse, hogy nem a pénz szolgája, hanem a pénzének az ura. A pénz nem az életed célja, csak egy hatékony eszköz arra, hogy az életedet úgy élhesd, ahogy te szeretnéd.</w:t>
      </w:r>
    </w:p>
    <w:p>
      <w:r>
        <w:t>Remélem, ezek alapján felismered, hogy te már pénzügyileg tudatos vagy, ha pedig nem, kedvet és némi segítséget kaptál ahhoz, hogy azzá válj.</w:t>
      </w:r>
    </w:p>
    <w:p>
      <w:pPr>
        <w:pStyle w:val="Heading2"/>
      </w:pPr>
      <w:r>
        <w:t>A pénzügyi nehézségek leblokkolnak</w:t>
      </w:r>
    </w:p>
    <w:p>
      <w:r>
        <w:t>Nem csak a bankszámláról van szó: a sok adóssággal rendelkező emberek sokkal több egészségügyi problémával rendelkeznek, mint az alig eladósodottak.</w:t>
      </w:r>
    </w:p>
    <w:p>
      <w:r>
        <w:t>Olvastam két másik felmérésről, ami hasonló eredményre jutott, de nem az egészséget, hanem a szellemi teljesítményt mérték.</w:t>
      </w:r>
    </w:p>
    <w:p>
      <w:r>
        <w:t>Az egyik felmérésben közel 500 indiai farmer IQ szintjét mérték négy hónapon keresztül, az aratás előtt és után. A földművesek az aratás idejére nem csak kifutnak a pénzből, hanem kölcsön is kell kérniük, hogy kihúzzák a termény betakarításáig, ezért ez anyagilag egy igen feszült időszak az életükben.</w:t>
      </w:r>
    </w:p>
    <w:p>
      <w:r>
        <w:t>Az aratás előtti pénzszűkében a farmerek átlagosan 13 ponttal kevesebbet teljesítettek az IQ teszten, mint az aratás után, ami hatalmas különbség, majdnem egy teljes ugrás az intelligencia lépcsőfokain. A felmérés szerint a pénz miatti aggodalom leblokkolja az ember teljesítőképességét elég látványosan.</w:t>
      </w:r>
    </w:p>
    <w:p>
      <w:r>
        <w:t>A másik felmérést a nyugati világban végezték. Az autószerelésre jelentkezők egyik felének azt mondták, hogy várhatóan 300 dollár lesz a javítás, a másik felének előzetesen 3000 dollárt mondtak, mint várható költséget. Miután ismertették velük az összegeket, két pszichológiai tesztet töltettek ki velük, ami a logikus gondolkodásra és a problémamegoldásra fókuszált.</w:t>
      </w:r>
    </w:p>
    <w:p>
      <w:r>
        <w:t>A teszt eredményében hatalmas különbségek lettek, de nem meglepő módon a teljesítőképesség romlása erősen korrelált az egyén anyagi helyzetével. Az évi 70 ezer dollárnál többet keresőknél (akik valószínűleg anyagi tartalékkal is rendelkeztek) alig romlott a teljesítőképesség a magasabb ár hallatára, viszont minél kevesebbet keresett valaki, annál jobban befolyásolta a teljesítményét, hogy javítási költségre 300 dollárt vagy 3.000 dollárt mondtak neki.</w:t>
      </w:r>
    </w:p>
    <w:p>
      <w:r>
        <w:t>A kanadaiak 48%-a szenved kialvatlanságban az anyagi problémák feletti aggódás miatt. De ők még mázlisták az amerikaiakhoz képest, ahol 65% ez az arány.</w:t>
      </w:r>
    </w:p>
    <w:p>
      <w:r>
        <w:t>Amint ezekből a felmérésekből is látszik, a nem rendezett anyagi élet kihat az egyén egészségére, teljesítőképességére, de még a logikus gondolkodására is. Aki túlzott mértékben eladósodott vagy akár csak hónapról-hónapra él, annak a teljesítménye is sokkal alacsonyabb, mint aki rendezett anyagi élettel és megfelelő tartalékkal éli a mindennapjait.</w:t>
      </w:r>
    </w:p>
    <w:p>
      <w:r>
        <w:t>A tanulság? Ha téged is kizökkentene a nyugalmadból egy háromszázezres autószerelésre szóló árajánlat, esetleg minden hónapban kötélen táncolsz anyagilag a következő fizetésig, akkor határozd el, hogy ezt helyrehozod.</w:t>
      </w:r>
    </w:p>
    <w:p>
      <w:pPr>
        <w:pStyle w:val="Heading1"/>
      </w:pPr>
      <w:r>
        <w:t>8. A pénz mások életében is eszköz</w:t>
      </w:r>
    </w:p>
    <w:p>
      <w:r>
        <w:t>A pénzhez való viszonyunkat az is megmutatja, mit kezdünk mások nehézségeivel. A pénzügyi tudatosság nem mindenkinek ugyanonnan indul, és a segítség sem merülhet ki abban, hogy elmondjuk: költs kevesebbet.</w:t>
      </w:r>
    </w:p>
    <w:p>
      <w:pPr>
        <w:pStyle w:val="Heading2"/>
      </w:pPr>
      <w:r>
        <w:t>A mélyszegénység közelről</w:t>
      </w:r>
    </w:p>
    <w:p>
      <w:r>
        <w:t>A házunk hőszigetelésekor segéd- és szakmunkások dolgoztak nálunk heteken át.</w:t>
      </w:r>
    </w:p>
    <w:p>
      <w:r>
        <w:t>A srácok az ukrán határ közelében lévő szegény falvakból jöttek és sok tanulsággal szolgált figyelni őket.</w:t>
      </w:r>
    </w:p>
    <w:p>
      <w:r>
        <w:t>Jön a telefon (illetve a Messenger üzenet) az egyik munkásnak, hogy elfogyott otthon a pénz, küldjön haza húszezret. Engem kértek meg az utalásra. De ki van a faluban, akinek nincs végrehajtás a számláján és lehet neki pénzt küldeni? Lázas telefonálgatás kezdődött, hogy ezt kiderítsék. Nem volt könnyű ilyen embert találni.</w:t>
      </w:r>
    </w:p>
    <w:p>
      <w:r>
        <w:t>Ha nem sikerült utalni vagy nem volt mit utalni, akkor "kamatos pénzt" vitettek át a családnak, 20-30 ezer forintot. A kamat 60%, mint mondták. Kérdeztem, évente? Jót nevettek. Nem, a hét végéig. Amikor megy haza a fizetéssel, már várni fogják. Addig is, ha jön családi pótlék, tudni fognak arról is és mennek érte.</w:t>
      </w:r>
    </w:p>
    <w:p>
      <w:r>
        <w:t>Megelevenedett a Nyomorszéle blog a szemem előtt.</w:t>
      </w:r>
    </w:p>
    <w:p>
      <w:r>
        <w:t>Miközben ezek az emberek relatív nem keresnek rosszul, kapnak napi 20 ezer forintot. Ennek ellenére rendszeresen "kamatos pénzt" vesznek fel uzsorakamatra és többek között ez miatt is napiszintű anyagi gondjaik vannak. Egy húsz-harmincezer forintos uzsorakölcsön gyorsan felhízik 2-300 ezer forintra, ha nem tudják azonnal kifizetni. (Télen pedig jellemzően nincs is munkájuk, amikor áll az építőipar zöme.)</w:t>
      </w:r>
    </w:p>
    <w:p>
      <w:r>
        <w:t>Ennek ellenére a legtöbben nem hoznak magukkal ételt, vesznek valamit a legelső boltban, gyakran rendelnek ebédet maguknak, naponta vesznek 400 forintos üdítőt vagy jobb esetben ásványvizet (miközben van ivóvíz a kertben is) és a napi egy-két doboz cigaretta is alapkiadás. Többük olyan reggelit vesz, például Fornettit, amit én nem szoktam venni, mert túl drágának tartom.</w:t>
      </w:r>
    </w:p>
    <w:p>
      <w:r>
        <w:t>Olyan nagy szükség lenne arra, hogy valaki elmondja nekik, hogy lehetne ezt másként is csinálni. Gondolkodtam azon, hogyan lehetne elérni ezeket az embereket, hiszen amikor van munkájuk, szépen keresnek (magukhoz képest mindenképp), amiből tudnának gazdálkodni a téli időszakra és tudnának annyit eltenni, hogy örökre elfelejtsék az uzsorát.</w:t>
      </w:r>
    </w:p>
    <w:p>
      <w:r>
        <w:t>Olvasni általában nem szoktak, az internetet jellemzően csak szórakozásra használják. Hogyan lehetne megszólítani őket? Színes prospektussal? Szociális munkásokon keresztül? Helyi gyülekezeteken keresztül?</w:t>
      </w:r>
    </w:p>
    <w:p>
      <w:r>
        <w:t>S hát nehéz is változást elérni, amikor számukra ez egy rossz, de megszokott állapot. Mindenki máról holnapra él, mindenki el van adósodva, mindenki sakkozik a számlákkal, miközben a napi kiadásaikra pedig nem figyelnek oda. (Tisztelet a kivételnek, mert azért a munkások között is van, aki hozza magával az otthon csinált szendvicset, amíg a többiek pizzát rendelnek ebédre. Mert úgymond mindegy, ha rendelek pizzát, ha nem, akkor is szegény maradok, tehát miért ne élvezném legalább az ebédet.)</w:t>
      </w:r>
    </w:p>
    <w:p>
      <w:r>
        <w:t>Az uzsorakamat is megnyomorítja ezeket a közösségeket. Sokuknak a fizetésük nagy részét az uzsorás viszi el.</w:t>
      </w:r>
    </w:p>
    <w:p>
      <w:r>
        <w:t>Az Igazgyöngy tervezett létrehozni egy gyorskasszát, amiből kamat nélkül adnak a közösség tagjainak, mert gyakran kell 5-10 ezer forint gyógyszerre, kenyérre, amíg jön valami pénz a házhoz. Mivel a hitelfelvevők tudják, hogy addig nem kapnak újra pénzt, amíg az előző kölcsönt vissza nem fizetik és jobb kamat nélkül kapni, mint 60%-os kamatra, ezért úgy tudom, viszonylag kicsi a visszanemfizetés aránya. (Nem tudom, a végén összejött-e a szükséges pénz ehhez a minibankhoz.)</w:t>
      </w:r>
    </w:p>
    <w:p>
      <w:r>
        <w:t>Kellene minden faluba egy ilyen civil szervezet, amelyik egy nagyon alap pénzügyi oktatást és átmeneti anyagi kisegítést is nyújtana a mélyszegénységben élőknek, de ez még álomnak is túl irreális sajnos.</w:t>
      </w:r>
    </w:p>
    <w:p>
      <w:r>
        <w:t>Igazából csak hangosan gondolkodom, mert ahogy látom ezeket az embereket, nagyon jó lenne valamit tenni értük, de fogalmam sincs, hogy mit lehetne. Attól tartok, hogy nincs egyszerű megoldás, valószínű, hogy egy Bagázs vagy Igazgyöngy szerű szervezet kellene minden faluba, akik évek alatt tudnának valami kézzel fogható eredményt felmutatni anyagi területen is.</w:t>
      </w:r>
    </w:p>
    <w:p>
      <w:r>
        <w:t>Pont az a probléma, hogy amikor tudnak is pénzt keresni, azzal sem tudnak bánni, és ezen lenne jó változtatni. Amíg itt nincs változás, minden marad a régiben.</w:t>
      </w:r>
    </w:p>
    <w:p>
      <w:pPr>
        <w:pStyle w:val="Heading2"/>
      </w:pPr>
      <w:r>
        <w:t>Adósságkezelés egy romatelepen</w:t>
      </w:r>
    </w:p>
    <w:p>
      <w:r>
        <w:t>Nagyon könnyű ítélkezni ezek az emberek felett, de a probléma az, hogy ők a legjobb tudásuk szerint csinálják a dolgukat, ahogy azt látták a szüleiktől és az őket körülvevő közegtől.</w:t>
      </w:r>
    </w:p>
    <w:p>
      <w:r>
        <w:t>Ezért is nagyon jó lenne elérni őket, hogy valami változás legyen a pénzügyi kultúrájukban. Mivel milliók élnek így, nem kicsi kihívás a probléma megoldása.</w:t>
      </w:r>
    </w:p>
    <w:p>
      <w:r>
        <w:t>Beszéltem a Bagázzsal, ők ilyen telepeken próbálnak segíteni az embereknek, többek között a pénzügyeik kezelésében is.</w:t>
      </w:r>
    </w:p>
    <w:p>
      <w:r>
        <w:rPr>
          <w:i/>
        </w:rPr>
        <w:t>Arra gondoltunk, tanulságos lehet bemutatni, milyen problémákkal találkoznak, és hogyan tudják megoldani őket, vagy éppen miért vallanak kudarcot. A következő beszámoló a Bagázs munkatársainak írása, 2022-ből.</w:t>
      </w:r>
    </w:p>
    <w:p>
      <w:pPr>
        <w:keepNext/>
      </w:pPr>
      <w:r>
        <w:rPr>
          <w:b/>
        </w:rPr>
        <w:t>Adósságkezelés egy romatelepen - a Bagázs megoldása</w:t>
      </w:r>
    </w:p>
    <w:p>
      <w:r>
        <w:t>Adósságspirálba került embereknek nincs reménye arra, hogy akár az unokáik is törleszteni tudják hiteleiket. Ilyen helyzetben a racionális döntés nem kifizetni a hiteleket; a nehezen értelmezhető, jogszabályi hivatkozásokat tartalmazó felszólításokat lehetőleg még csak ki sem bontani; és nem vállalni legális munkát, hiszen annak 30, rosszabb esetben 50%-át levonják az fizetésből.</w:t>
      </w:r>
    </w:p>
    <w:p>
      <w:r>
        <w:t>Beszélhetünk-e ilyen helyzetben pénzügyi tudatosságról és adósságok rendezéséről? A Bagázs Közhasznú Egyesületben abban hiszünk, hogy fontos mindenkinek tudatosabbá válni, azonban mindeközben az adósságok törlesztése és rendezése is elengedhetetlen ahhoz, hogy egy reményteljesebb jövőre tekinthessünk.</w:t>
      </w:r>
    </w:p>
    <w:p>
      <w:r>
        <w:t>A Bagázs Közhasznú Egyesület munkatársai és önkéntesei 2011 óta két Pest megyei település cigánytelepén dolgoznak azon, hogy az ott élő emberek kikerüljenek a lehetőségeiket korlátozó kényszerpályákból.</w:t>
      </w:r>
    </w:p>
    <w:p>
      <w:r>
        <w:t>A bagi és a dányi telepen élőket a többi szegregátumhoz hasonlóan a társadalmi problémák egymást átszövő hálózata akadályozza az előrelépésben: az alacsony iskolai végzettség, a rendszerváltás óta fennálló alacsony foglalkoztatottság, a rendszertelen, alkalmi munkavégzés, közfoglalkoztatás, és az ezekből fakadó kiszámíthatatlan jövedelmi helyzet, az adósságok és tartozások, a korai gyermekvállalás, a rossz egészségi állapot, a súlyos lakhatási problémák és a területi egyenlőtlenség.</w:t>
      </w:r>
    </w:p>
    <w:p>
      <w:r>
        <w:t>A fenti problémák egymással szorosan összefüggenek, egymást erősítik, és mélyebb válságra utalnak, melyek végső soron az ott élők teljes kirekesztődését eredményezik - az adósságspirál a problémahalmaznak csak egy eleme.</w:t>
      </w:r>
    </w:p>
    <w:p>
      <w:r>
        <w:t>Jogosan merül fel a kérdés: van-e értelme pénzügyi tudatosságról és adósságrendezésről beszélni ilyen helyzetben, és ha igen, vajon mi lehet a hatékony és hatásos beavatkozás módja? Szerintünk az, hogy nem önmagában csak egy felnőtt ember adósságával foglalkozunk, hanem mindenre egyszerre próbálunk hatni: az egyéni segítségnyújtás sokrétű támogatásához elsősorban a családot kell bevonni, majd körkörösen felépítve, a családot körbevevő rendszerekben a változást elősegíteni.</w:t>
      </w:r>
    </w:p>
    <w:p>
      <w:r>
        <w:t>Hogy néz ki ez a gyakorlatban?</w:t>
      </w:r>
    </w:p>
    <w:p>
      <w:r>
        <w:t>4 éves kortól kezdve kerülnek be a programjainkba a telepen élő gyerekek, akiknek nem a családtól függetlenül fejlesztjük a kompetenciáit, hanem a szülővel együtt, sőt a szülői kompetenciákat is beleértve. És ugyanez igaz megfordítva is: nemcsak gyerekek képességfejlesztésével foglalkozunk, hanem felnőttekkel is - többek között azzal, hogy a felhalmozott tartozását törleszteni tudja. Ebben az esetben ugyan közvetlenül a felnőtt adósságaival foglalkozik egy önkéntes, azonban a gyerekek programjainak is része a pénzügyi tudatosság.</w:t>
      </w:r>
    </w:p>
    <w:p>
      <w:r>
        <w:t>Ezek az adósságok legtöbbször vagy szerződéses telefon nemfizetése miatt halmozódtak, vagy olyan hitelek, amiről nem kapott megfelelő tájékoztatást az adós másfél évtizede - így egy százezres tartozásból mára milliós tétel is lehet. Hiába azonban a pénzügyi tudatosság, ha nincs bevétele egy felnőttnek - így a munkához segítés és a fizetési hajlandóság erősítése mind-mind része a munkának.</w:t>
      </w:r>
    </w:p>
    <w:p>
      <w:r>
        <w:t>Talán nem is kell magyarázni, miért fontos ez: adófizető állampolgár lesz, akinek sikerül megszabadulnia az adósságától, sőt a gyerekei lehetőségei is kinyílnak azáltal, hogy nem rejtőzködve élnek, legális jövedelme van a szülőknek. Ezzel az egész társadalom jól jár: egy nemrég megjelent tanulmány szerint a Bagázs társadalmi hátásának összértéke húszéves távon hárommilliárd forint - a következő 10 évben minden, a munkánkba fektetett 1 forint 3,27 forint társadalmi hasznot eredményez.</w:t>
      </w:r>
    </w:p>
    <w:p>
      <w:r>
        <w:t>A gyakorlatban persze mindez nem egy-két hónap eredménye. Egy telepen élő asszony családjának 3,9 millió Ft tartozása volt, ami miatt évek óta nem vállalt legális munkát, hiszen a tartozást azonnal vonni kezdték a fizetéséből, így nem érte meg dolgoznia. A kislánya nevére íratták a saját házukat, mert féltek tőle, hogy a bank azt is elveszi tőlük. Éveken keresztül nem is akart a problémáról tudomást venni, bár nyomasztotta a helyzet, de úgy gondolta, soha nem fog megszabadulni az adósságtól.</w:t>
      </w:r>
    </w:p>
    <w:p>
      <w:r>
        <w:t>Végül csatlakozott az adósságkezelő programba, ahol egy banki behajtási osztályon járatos önkéntessel kezdett el dolgozni. Először ügyfélkaput csináltattak, majd szépen minden tartozást kiderítettek, hogy rá lehessen nézni, mennyi a tőketartozás és mennyi a kamat. Átnézték a bevételeiket is, a személyes kapcsolati hálójukat, honnan tudnának segítséget kérni az adósságrendezéséhez. Végül 4 különböző követelővel sikerült megállapodásokat kötni: a kisebb összegeket egy összegben rendezte, a nagyobb esetében egyéni megállapodást kötöttek. 3 millió forint összegben engedtek el tartozásokat, cserébe 900.000 forintot kifizettek.</w:t>
      </w:r>
    </w:p>
    <w:p>
      <w:r>
        <w:t>A folyamat 6 hónapig tartott, amiben spórolás, pénz kuporgatás, magánkölcsön és a gyerekük tudatosítása is szerepet kapott annak érdekében, hogy később ne halmozzanak fel újabb adósságokat. Emellett fontos szerepe volt a behajtási osztályon dolgozó önkéntesnek, hiszen szakmai támogatás hiányában egy laikus, pénzügyi területtől távolabb lévő ember is elakad a levelek értelmezésében, törlesztések menetében.</w:t>
      </w:r>
    </w:p>
    <w:p>
      <w:r>
        <w:t>A 6 hónap azonban csak ahhoz kellett, hogy végül megoldjanak egy problémát, előtte különböző programokon keresztül éveken keresztül dolgoztunk együtt, ahhoz, hogy kellő bizalma legyen a családnak arra, hogy bele merjenek vágni az adósságuk csökkentésébe.</w:t>
      </w:r>
    </w:p>
    <w:p>
      <w:r>
        <w:t>A legfontosabb eredmény az asszony számára az volt, hogy ezután anélkül lehetett bankkártyája, hogy pénzt vonnának le róla. Az adósságok rendezése után több jövedelem marad a családnál, elkezdhetnek tervezgetni, félretenni, tehát nyilvánvalóan nagyon megtérülő folyamat. Ez egy sikertörténet, de olyan családoknál, ahol több gyermek van, a szülőknek nincs megfelelő munkahelyük, még reménytelenebb helyzetben vannak. Ott azt gondoljuk, hogy állami segítség elengedhetetlen lenne, olyan formában, hogy minimális kamattal vehessenek fel támogatást, amiből törleszteni tudják az adósságaikat, emellett azonban pénzügyi tudatosság és egyéni mentorálás mindenképpen szintén feladat, annak érdekében, hogy hosszútávon ne ismétlődjenek a folyamatok.</w:t>
      </w:r>
    </w:p>
    <w:p>
      <w:r>
        <w:t>A szociális ellátórendszerben 2015-ben korlátozták az állami adósságrendezés lehetőségét, amelynek következtében az állam teljesen kivonult az adósok támogatása alól. Vannak lehetőségek, azonban nincs szakértő, aki például a magáncsőd intézményében segítene mérlegelni, hogy megéri, vagy sem, végiggondolni hogy milyen más lehetőségei vannak.</w:t>
      </w:r>
    </w:p>
    <w:p>
      <w:r>
        <w:t>A hátrányos helyzetben élő emberek tömegével kerültek végletesen kilátástalan helyzetbe az egyre halmozódó, mára akár milliós tartozásaik miatt. A jelenlegi gazdasági helyzetben pedig egyre nagyobb aggodalommal tölt el minket a telepen élő, leghátrányosabb helyzetben élő emberek sorsa is, amelyért felelősséget vállaltunk 10 éve. Tudjuk, hogy a munkánkra még nagyobb szükség lesz, mint eddig bármikor. Állami támogatást eddig sem kértünk és fogadtunk, emiatt támogatókra is még nagyobb szükség lesz, mint eddig, hiszen a költségeink nekünk is folyamatosan nőnek.</w:t>
      </w:r>
    </w:p>
    <w:p>
      <w:pPr>
        <w:pStyle w:val="Heading2"/>
      </w:pPr>
      <w:r>
        <w:t>Az adakozásról</w:t>
      </w:r>
    </w:p>
    <w:p>
      <w:r>
        <w:t>Az adakozás elég kényes téma: a magyar társadalomban - finoman szólva is - nincs az adakozásnak kultúrája.</w:t>
      </w:r>
    </w:p>
    <w:p>
      <w:r>
        <w:t>Ennek oka a négy évtizedes szocializmusban keresendő, ahol az emberek hozzászoktak a gondoskodó állam képéhez. Legyen szó az éhezőkről, az egyházakról, a bélyeggyüjtő klubokról, színházakról, bármiről, az emberek fejében még mindig az a kép él, hogy azért van az állam, hogy eltartsa és megsegítse az arra igényt tartókat.</w:t>
      </w:r>
    </w:p>
    <w:p>
      <w:r>
        <w:t>Számomra az angolszász állam a példa, ahol az állam nem avatkozik bele ezekbe az ügyekbe. Az az alap elgondolás, hogy tartsák el az egyháztagok az egyházukat, a filatélisták a bélyeggyüjtő klubot és a színházrajongók a színházakat, a rászorulókról pedig társadalmi szervezetek gondoskodjanak. Ennek eredménye az alacsony adókulcsok és a szociálisan érzékeny társadalom.</w:t>
      </w:r>
    </w:p>
    <w:p>
      <w:r>
        <w:t>Sokaknak a mai napig nem világos, hogy az állam azt a pénzt osztja el újra, amit adó formájában mástól elvesz. Miért fizet valaki évi sokezer forintot egyházak támogatására, ha egyetlen közösségnek sem tagja? (2011-ben mintegy 28 milliárd forintot költöttek egyházak támogatására.) Miért fizet valaki azért, hogy a szinházjegyeket a valódi költségük töredékéért lehessen megvenni, ha történetesen nem szeret színházba járni?</w:t>
      </w:r>
    </w:p>
    <w:p>
      <w:r>
        <w:t>A gond az, hogy akár egy egyházat, akár egy színházat drága dolog fenntartani. Ha nem az adófizetők állják a számlát, akkor valaki másnak kell kifizetni a fűtés, világítás, fizetések és hasonló költségeket.</w:t>
      </w:r>
    </w:p>
    <w:p>
      <w:r>
        <w:t>Viszont ha például egy egyház a tagjait adakozásra, vagy tizedfizetésre buzdítja a költségek fedezése céljából, ez egyből kiveri a magyar társadalomban a biztosítékot. "Bizniszegyház", "csak az emberek pénzét akarják", "ezen akarnak meggazdagodni".</w:t>
      </w:r>
    </w:p>
    <w:p>
      <w:r>
        <w:t>Ismerősek ezek az ostoba beszédek? Nos, itt tart a magyar társadalom. Gyanakodva néz mindenre, ahol egy cél érdekében gyűjteni mernek, legyen az a havasi gyopár megmentése, vagy egy kórház új mütőjének a felszerelése. Közben meg sopánkodik, hogy milyen magasak az adók, de az állam azért fizessen minden számlát.</w:t>
      </w:r>
    </w:p>
    <w:p>
      <w:r>
        <w:t>A fejekben még évtizedes favágásra lesz szükség, mire a magyar társadalom kinővi a szocializmus átkát és az adakozásra nem mint valami piszkos pénzszerzési trükkre néz, hanem mint társadalmi felelősségvállalásra.</w:t>
      </w:r>
    </w:p>
    <w:p>
      <w:r>
        <w:t>Addig is egy ilyen hosszú bevezető után nézzük meg, hogyan lenne érdemes adakozni.</w:t>
      </w:r>
    </w:p>
    <w:p>
      <w:r>
        <w:t>Milyen célból adjunk?</w:t>
      </w:r>
    </w:p>
    <w:p>
      <w:r>
        <w:t>Támogathatunk egy szervezetet, vagy egy konkrét célt is. Az első esetben egy munkát támogatunk, például az ingyenes szoftverek elterjesztését segítő szervezet munkáját, az adományunkkal az ő erőfeszítéseiket jutalmazzuk, a hálánkat fejezzük ki ezzel. Ilyenkor nem tőrödünk azzal, hogy mi lett a pénzünkkel.</w:t>
      </w:r>
    </w:p>
    <w:p>
      <w:r>
        <w:t>A második esetben például a szegény gyerekek étkezéséhez akarunk hozzájárulni, itt viszont számít, hogy a befizetett 20-30 ezer forintunkból mennyi ment valóban étkeztetésre és mennyi ment el az alapítvány költségeire.</w:t>
      </w:r>
    </w:p>
    <w:p>
      <w:r>
        <w:t>Egy alapítvány fenntartása is pénzbe kerül, az ott dolgozóknak is van villanyszámlája és lakástörlesztése, ezért megint csak butaság azt elvárni, hogy teljesen ingyen dolgozzanak és a levegőből éljenek. Ahogy te is pénzből tudsz csak megélni, nincs ez másként egy alapítványi dolgozónál sem.</w:t>
      </w:r>
    </w:p>
    <w:p>
      <w:r>
        <w:t>Viszont sok helyen többe kerül a leves, mint a hús, van, hogy csak a támogatás 10-15%-át fordítják az eredeti célra, vagy mert kicsi az alapítvány, így nagy a fajlagos költsége, vagy mert nem feltétlen tisztességesen játszanak.</w:t>
      </w:r>
    </w:p>
    <w:p>
      <w:r>
        <w:t>Ezért nem könnyű a döntés, érdemes alaposan körüljárni a támogatandó alapítványt, esetleg lekérni a mérlegét és megnézni a működési költségeit, bevételeit és kiadásait.</w:t>
      </w:r>
    </w:p>
    <w:p>
      <w:r>
        <w:t>Személy szerint én két egyházi alapítványt szoktam rendszeresen támogatni, az egyik a Baptista Szeretetszolgálat, a másik a Hites Adakozók Hálózata.</w:t>
      </w:r>
    </w:p>
    <w:p>
      <w:r>
        <w:t>Mindkettő kellően nagyméretű és mivel vallási okokból is fontosnak tartják a szegények támogatását és a tisztességet, ezért bennük megbízok. A Baptista Szeretetszolgálat külföldön is nagyon aktív, amikor a pakisztáni árvíz károsultjainak akartunk pénzt küldeni, akkor is hozzájuk tudtunk fordulni. A Hites Adakozók Hálozata inkább az országban és a környező országokban segíti a szegényeket.</w:t>
      </w:r>
    </w:p>
    <w:p>
      <w:r>
        <w:t>(A példa kedvéért a Baptista Szeretszolgálat mérlegét itt találjátok. Ebből kiderül, hogy személyi jellegű ráfordításokra a bevételeik 5%-át fordították, anyagjellegű ráfordításokra pedig még ennél is kevesebbet. Ez szerintem teljesen korrekt arány.)</w:t>
      </w:r>
    </w:p>
    <w:p>
      <w:r>
        <w:t>Természetesen adhatsz egy célra közvetlenül is, nem kell szervezeten keresztül adnod. Volt, hogy egy négygyerekes özvegyasszonynak adtunk pénzt, akinek a férje rákban halt meg, a legkisebb gyereke akkor született.</w:t>
      </w:r>
    </w:p>
    <w:p>
      <w:r>
        <w:t>Mennyit adjunk?</w:t>
      </w:r>
    </w:p>
    <w:p>
      <w:r>
        <w:t>Először is ne borravalót adjál, mert az otromba dolog. Az adakozásnak akkor van értelme, ha az nagylelkű gesztus és valódi támogatást jelent a rászorulók részére.</w:t>
      </w:r>
    </w:p>
    <w:p>
      <w:r>
        <w:t>Azt, hogy mennyit adj, az a te saját anyagi helyzeted függvénye. Van, akinek tízezer forint már komoly áldozat, van akinek egymillió sem az.</w:t>
      </w:r>
    </w:p>
    <w:p>
      <w:r>
        <w:t>Saját magunkat én egy átlagos családnak tartom, egy kicsivel jobb anyagi körülmények között élünk, mint a nagyátlag. Mi általában 10 és 100 ezer forint között szoktunk adni jó célokra, viszonylag rendszeresen, évente több alkalommal.</w:t>
      </w:r>
    </w:p>
    <w:p>
      <w:r>
        <w:t>Arra is van lehetőség, hogy havonta egy kisebb összeget adj, de azt rendszeresen, például havonta 2-4 ezer forinttal támogasd egy kisiskolás étkezését. Ennyi pénzt talán még egy szűkös költségvetésből is ki lehet gazdálkodni.</w:t>
      </w:r>
    </w:p>
    <w:p>
      <w:r>
        <w:t>Ha nincs pénzed, segíthetsz munkával is, például beállsz ételt osztani társadalmi munkában.</w:t>
      </w:r>
    </w:p>
    <w:p>
      <w:r>
        <w:t>Ha veszel egy új hűtőt, számítógépet, akármit, akkor ne eladd a régit, hanem add oda egy rászorulónak. A használd dolgaidat hosszú szenvedés után örülhetsz, ha el tudod adni 30 ezer forintért. Takarítsd meg a fáradságot és inkább tegyél jót valakivel.</w:t>
      </w:r>
    </w:p>
    <w:p>
      <w:r>
        <w:t>Ha van egy felesleges mikród, vasalód, akármid, azt is ajándékozd el.</w:t>
      </w:r>
    </w:p>
    <w:p>
      <w:r>
        <w:t>Azok a ruhák, amik nem voltak rajtad már egy-két éve, mind add tovább.</w:t>
      </w:r>
    </w:p>
    <w:p>
      <w:r>
        <w:t>Szintén fontos dolog, hogy ne a lomot és a rongyot add oda a segélyszervezeteknek (vagy az ismerősednek), mert azok a kukába valók. Csak olyan dolgokat adj, amit te is használnál,  vagy felvennél, csak éppen vettél már egy jobbat, vagy újabbat.</w:t>
      </w:r>
    </w:p>
    <w:p>
      <w:r>
        <w:t>Adjunk-e a hajléktalanoknak, akik koldulnak?</w:t>
      </w:r>
    </w:p>
    <w:p>
      <w:r>
        <w:t>Ez egy kényes kérdés, mert nem tudod eldönteni, hogy azért lett hajléktalan, mert alkoholista volt és nem akart dolgozni, vagy azért lett alkoholista, mert hajléktalanná vált.</w:t>
      </w:r>
    </w:p>
    <w:p>
      <w:r>
        <w:t>Aki nem akar dolgozni, azt nem szabad támogatni, aki viszont nem tud, azt pedig támogatni kell.</w:t>
      </w:r>
    </w:p>
    <w:p>
      <w:r>
        <w:t>Én ritkán adok nekik, akkor is olyan alkalommal, amikor nem kér, csak mondjuk turkál a kukában, vagy alszik a szabad ég alatt. Ilyenkor viszont nem száz forintot adok, hanem egy-két ezret, mert megint csak nem borravalót akarok adni.</w:t>
      </w:r>
    </w:p>
    <w:p>
      <w:r>
        <w:t>Ha segíteni akarsz nekik, szerintem adj pénzt például a Menhely alapítványnak.</w:t>
      </w:r>
    </w:p>
    <w:p>
      <w:r>
        <w:t>Beszélhetnénk még a koldusmaffiáról, a metrónál képeslapokkal manipuláló álalapítványokról, a házaló csalókról és nagyon sok mindenről még, de most itt abbahagyom.</w:t>
      </w:r>
    </w:p>
    <w:p>
      <w:pPr>
        <w:pStyle w:val="Heading2"/>
      </w:pPr>
      <w:r>
        <w:t>Kinek, hogyan és miért adj?</w:t>
      </w:r>
    </w:p>
    <w:p>
      <w:r>
        <w:t>Semennyire nincs kultúrája idehaza a mások megsegítésének. A legutóbbi adakozásról és segítőkedvről szóló nemzetközi felmérésben 142 országból a nem túl előkelő 124. helyen végeztünk. (Mindössze 18 országban rosszabb a helyzet, mint nálunk...)</w:t>
      </w:r>
    </w:p>
    <w:p>
      <w:r>
        <w:t>Ez a 40 éves kommunista diktatúra eredménye, ami arra nevelte az embereket, hogy ne törődjenek semmivel és senkivel, majd az állam mindenkinek megad mindent. ha mindenki csöndben marad és nem ugrál. Azóta is arra várunk, hogy az állam adjon nekünk lakást, oktatást, egészségügyet, ingyen utazást és olcsó színházjegyet. (Arra még nem jött rá a társadalom, hogy az állam csak azt a pénzt osztja szét, amit előtte kivett a zsebünkből.)</w:t>
      </w:r>
    </w:p>
    <w:p>
      <w:r>
        <w:t>Érdemes megnézni, hogy több környékbeli volt kommunista ország szintén az adakozási lista legvégén kullog, közvetlenül előttünk, vagy mögöttünk, a legutolsó a listán konkrétan Litvánia.</w:t>
      </w:r>
    </w:p>
    <w:p>
      <w:r>
        <w:t>Se az adakozásnak, se az önkéntes munkának semmilyen kultúrája nincs itthon.</w:t>
      </w:r>
    </w:p>
    <w:p>
      <w:r>
        <w:t>Vajon mikor lesz az, mint az Egyesült Államokban, hogy a grillpartikon a háziasszonyok segítségre méltó alapítványok címeit cserélgetik, vagy hogy Izraelben szinte minden fiatal részt vesz valamilyen önkéntes munkában és minden mentőautóra rá van írva, kinek az adományából vették? Úgy tűnik, nagyon messze van még ez az állapot.</w:t>
      </w:r>
    </w:p>
    <w:p>
      <w:r>
        <w:t>Pedig egy ország és egy társadalom szolidaritás és erős civil szervezetek nélkül soha nem lesz stabil és fejlett ország.</w:t>
      </w:r>
    </w:p>
    <w:p>
      <w:r>
        <w:t>A problémák akkor is velünk vannak, ha nem törődünk velük. Vagy megoldjuk őket, vagy semmit nem csinálunk és még nagyobb lesz a baj, vagy ráhagyjuk az államra, hogy majd ő megcsinálja.</w:t>
      </w:r>
    </w:p>
    <w:p>
      <w:r>
        <w:t>Meg lehet nézni, mit csinált például az állam az elmúlt majdnem három évtizedben a leszakadó társadalmi rétegek félzárkóztatásával.</w:t>
      </w:r>
    </w:p>
    <w:p>
      <w:r>
        <w:t>A 2016-os írás idején éppen elsikkasztott pár milliárd forint miatt nyomoztak, ami az ezzel foglalkozó állami szervezetnél tűnt el. Amikor éppen nem ellopják ezt a pénzt, akkor tanulmányokra, meg szájkaratéra költik, az eredmény pedig nulla.</w:t>
      </w:r>
    </w:p>
    <w:p>
      <w:r>
        <w:t>Bár innen messziről a nagyvárosból nem látszik, de az újszülött gyerekek 14%-a már cigány. Ők azok, akik vagy megtermelik majd a mi nyugdíjunkat 25 év múlva, mint szakmunkások és értelmiségiek, vagy ugyanúgy tovább segélyezzük őket, mint tettük az apjukkal és a nagyapjukkal és majd együtt halunk éhen, ők és mi, a következő nyugdíjas generáció.</w:t>
      </w:r>
    </w:p>
    <w:p>
      <w:r>
        <w:t>Az országnak erős civil szervezetekre és sokkal kisebb államra lenne szüksége. Azonban a civil szervezeteknek lelkes önkénteseken kívül pénzre is szüksége van, nem csak bátorító szavakra. A pénz pedig ott van a te zsebedben (is).</w:t>
      </w:r>
    </w:p>
    <w:p>
      <w:r>
        <w:t>Ha a társadalom csak fele annyit költene nemes célok támogatására, mint mondjuk kábeltévé előfizetésre, vagy új telefonok vásárlására, már ezerszer élhetőbb lenne az ország és nem menekülne el rengeteg jó érzésű fiatal az országból. (A kivándorlók egyre nagyobb része nyilatkozik úgy, hogy nem anyagi okok miatt megy el, hanem mert élhetetlen az ország és a társadalom.)</w:t>
      </w:r>
    </w:p>
    <w:p>
      <w:r>
        <w:t>Ha változást akarunk, sajnos nekünk kell elkezdeni megváltozni.</w:t>
      </w:r>
    </w:p>
    <w:p>
      <w:r>
        <w:t>Nehéz szembenézni a saját felelősségünkkel. Nem kellene többet költened, mint keresel? Talán te is hibás vagy, ha üres zsebre svájci frankos hitelt vettél fel? Te is tehetsz arról, mit érsz el az életben? Az elmúlt években rengeteg embert láttam megváltozni, és sokan először megsértődtek ezeken a kérdéseken.</w:t>
      </w:r>
    </w:p>
    <w:p>
      <w:r>
        <w:t>Sajnos ez egy ilyen nehéz terep. Ma az ország még ott sem tart, hogy egyáltalán beszélni lehessen a témáról. Innen kell majd eljutni oda, hogy mindenki számára természetes legyen, hogy ad.</w:t>
      </w:r>
    </w:p>
    <w:p>
      <w:r>
        <w:t>Néhány gyakori felvetést érdemes külön végiggondolni:</w:t>
      </w:r>
    </w:p>
    <w:p>
      <w:r>
        <w:t>- Ne támogass olyat, aki nem akar megváltozni. Én ezért sem hiszek abban, hogy mondjuk a mélyszegénységben élőket abban kellene segíteni, hogy megmaradjanak a jelenlegi állapotukban. A segély csak azt segíti elő őket, hogy minden úgy jó, ahogy van és várjuk a segélyt.</w:t>
      </w:r>
    </w:p>
    <w:p>
      <w:r>
        <w:t>A Biblia is elég egyértelműen fogalmaz: aki nem akar dolgozni, ne is egyen. Aki nem képes dolgozni, azt viszont kötelessége támogatni a társadalomnak.</w:t>
      </w:r>
    </w:p>
    <w:p>
      <w:r>
        <w:t>Munkakerülőket, alkoholistákat, azokat, akik arra rendezkedtek be, hogy mások eltartsák őket, nem kell támogatni.</w:t>
      </w:r>
    </w:p>
    <w:p>
      <w:r>
        <w:t>Azonban azoknak, akik az esélyt sem kapták meg az élettől, hogy jussanak valahová, azokat támogatni kell.</w:t>
      </w:r>
    </w:p>
    <w:p>
      <w:r>
        <w:t>Nekem ezért is nagyon szimpatikus a Bagázs és a hasonló szervezetek. A 2016-ban bemutatott példájukban nem egyszerűen segélyt adtak, hanem oktatást és nevelést azoknak, akik élni akartak vele.</w:t>
      </w:r>
    </w:p>
    <w:p>
      <w:r>
        <w:t>Például pénzügyi oktatást tartanak azoknak, akiket senki nem tanított meg a pénzzel bánni. (Volt egy ablakcsere programjuk, csak azok vehettek részt benne, akik az önerőt megspórolták maguknak előtte.)</w:t>
      </w:r>
    </w:p>
    <w:p>
      <w:r>
        <w:t>A gyerekeket tanítják viselkedni, kifejezni az érzelmeiket, hogyan tanuljanak, stb. Neked például evidens, hogy napszaknak megfelelően köszönni kell, mert neked ezt megtanították. De te se tennél így, ha más közegben nőttél volna fel.</w:t>
      </w:r>
    </w:p>
    <w:p>
      <w:r>
        <w:t>(Emlékszel még, hány évig kellett treníroznod a gyerekedet, hogy mindig köszönjön, ha bemegy valahová vagy elmegy valahonnan? S ez csak egy apróság. Akinek nem voltak olyan szüleik, akik ezt átadják nekik, menthetetlenül lemaradnak az életről már az indulásnál.)</w:t>
      </w:r>
    </w:p>
    <w:p>
      <w:r>
        <w:t>Jártam cigány családokhoz és erősen gondolkodtam, mivé lettem volna, ha ott nőttem volna fel. Arra jutottam, hogy nem kétdiplomás szakember, hanem hétpróbás gazember lettem volna, ha én is abban a közegben növök fel.</w:t>
      </w:r>
    </w:p>
    <w:p>
      <w:r>
        <w:t>Ezért kell segíteni, hogy változás legyen. Azonban ott is van olyan, aki nem is akar megváltozni. Azokat hagyni kell és nem támogatni az életvitelét.</w:t>
      </w:r>
    </w:p>
    <w:p>
      <w:r>
        <w:t>- Nagyon nézd meg, kiket támogatsz. Sok a csaló (s nem csak az aluljárós képeslapos lehúzásokra gondolok, de például a mindenféle gyerekrák alapítványokra, akik csak balekoknak nézik az embereket.) és sok a jó szándékú, de nem hatékony szervezet, akik túl sok pénzből túl keveset érnek el. Ez azonban ne legyen kifogás arra, hogy miért nem támogatsz senkit. Csak szánj rá időt, hogy utánajárj, kinek adsz és milyen célra. Mennyit fordítanak valóban a célra és mennyi megy el egyéb kiadásokra? Mennyire hatékonyak, milyen eredményeik vannak?</w:t>
      </w:r>
    </w:p>
    <w:p>
      <w:r>
        <w:t>- Tudom, ezt nagyon nehéz megérteni, de az adakozásra neked legalább akkora szükséged van, mint annak, akinek adsz. Neked is nagy segítség, hogy se a pénzedbe, se saját magadba ne legyél szerelmes. Ha adsz másoknak, már nem valami bálványként nézel a pénzre és legalább néhány pillanatra nem te leszel a legfontosabb személy. Fontos rendszeresen felemelni a fejedet és szétnézned magad körül. Próbáld ki, hogy a fizetésed egy részét rendszeresen továbbadod, tényleg pozitív módon változik meg a pénzhez való hozzáállásod.</w:t>
      </w:r>
    </w:p>
    <w:p>
      <w:r>
        <w:t>- "Most nincs pénzem, mert erre meg arra kell, majd adok, ha lesz elég." Ha így gondolod, soha nem lesz annyi pénzed, aminél nem akarsz többet. Ha van lehetőséged olvasni ezt a könyvet, akkor van nálad áram és internet, sőt számítógép vagy mobiltelefon. Nehéz elképzelni, hogy havi ezer forintot sem tudnál nélkülözni. Mi lenne, ha holnaptól ötezer forinttal kevesebbet keresnél? Ha a válaszod az, hogy továbbra sem omlana össze a pénzügyi életed, akkor nem nem tudsz adni, hanem nem akarsz, mert inkább magadra költöd, mint másnak adnád. Ebben az esetben az előző pontot olvasd el.</w:t>
      </w:r>
    </w:p>
    <w:p>
      <w:r>
        <w:t>- "Inkább a rokonaimat támogatom." A rokonaid támogatása szükséges és jó dolog, de ez még nem az igazi adakozás, ha például édesanyádnak adsz pénzt, az majdnem olyan, mintha saját magadnak adnál. Nem elhagyva a rászoruló hozzátartozók támogatását keress olyan célt, amire szívesen adsz. Ez lehet a szomszédban lakó özvegyasszony is, nem feltétlen kell valami szervezetnek adni.</w:t>
      </w:r>
    </w:p>
    <w:p>
      <w:pPr>
        <w:pStyle w:val="Heading2"/>
      </w:pPr>
      <w:r>
        <w:t>Az adakozás James Bondja</w:t>
      </w:r>
    </w:p>
    <w:p>
      <w:r>
        <w:t>Chuck Feeney élettörténete ennek egészen másik oldalát mutatja meg. Társalapítója volt az egyik duty free üzletláncnak, a munkája során nyolc milliárd dollárnyi vagyont halmozott fel. Célja az volt, hogy az összes pénzét adakozásra fordítsa, még az élete során. (Giving While Living mozgalom, amelyet ő indított el. Az élete nagy hatással volt Bill Gatesre és Warren Buffettre is, ennek hatására (is) szerették volna rávenni az ultragazdagokat, hogy még az életükben adakozzák el a vagyonuk legalább felét.)</w:t>
      </w:r>
    </w:p>
    <w:p>
      <w:r>
        <w:t>Nagyon sokan, kicsit és nagyon gazdagok a halálos ágyukon szoktak adakozni. Ezzel az a gond, hogy akkor már az örökösök pénzét költik, nem a sajátjukat. Ha nem tudtál pénzt kiadni a kezeidből egész életedben, akkor a halálos ágyon már ne verd el az örökösök pénzét. Még akkor is a nevüket viselő alapítványra hagyják a pénzt a haláluk előtt adakozók, hogy haláluk után is sokáig fennmaradjon a nevük.</w:t>
      </w:r>
    </w:p>
    <w:p>
      <w:r>
        <w:t>Ezzel szemben Feeney még az élete során eladakozta az összes pénzét, a nyolcmilliárd dollárból kétmillió dollár maradt csak meg a 2023-ban bekövetkezett haláláig. Mindezt névtelenül tette, nem dicsőséget vagy halhatatlanságot keresett magának. Azt vallotta, sokkal izgalmasabb még az életében adakozni, mert láthatja, hogyan változtatott meg emberi sorsokat az általa adott pénz. "Ne várj arra, hogy öreg legyél, vagy akár halott, adj minél hamarabb. A szükség most van itt, miért várnál? A sok pénz nagy felelősséggel is jár, használd arra a vagyonod, hogy segíts másokon.", volt a mondása.</w:t>
      </w:r>
    </w:p>
    <w:p>
      <w:r>
        <w:t>Nagyon sok embert inspirált a pénzhez való hozzáállása, a Forbes adta neki az "az adakozás James Bondja" nevet.</w:t>
      </w:r>
    </w:p>
    <w:p>
      <w:pPr>
        <w:pStyle w:val="Heading2"/>
      </w:pPr>
      <w:r>
        <w:t>Pénz nélkül élni</w:t>
      </w:r>
    </w:p>
    <w:p>
      <w:r>
        <w:t>Egy német tanárnő és pszichoterapeuta 53 évesen gondolt egy merészet: elhatározta, hogy pénz és vagyontárgyak nélkül fog élni. A kísérletet egy évre tervezte. A róla szóló, 2020-ban idézett történet szerint akkor már 21 éve élt így.</w:t>
      </w:r>
    </w:p>
    <w:p>
      <w:r>
        <w:t>Akkor jutott erre az elhatározásra, amikor a rádióban hallott egy kanadai faluról, ahol a gyár tönkrement és szinte mindenki munka nélkül és bevétel nélkül maradt. A falu lakói azonban nem estek kétségbe, tovább dolgoztak pénz nélkül, kisegítették egymást, kinek mire volt szüksége.</w:t>
      </w:r>
    </w:p>
    <w:p>
      <w:r>
        <w:t>S ekkor eszébe jutott, hogy kislány kora óta ki akarta próbálni, milyen lehet egy évig pénz nélkül élni. Gyerekkorában hatalmas szegénységben éltek, aztán a család sorsa jobbra fordult, azonban hiába éltek nagy jólétben, soha többet nem érezte magát boldognak.</w:t>
      </w:r>
    </w:p>
    <w:p>
      <w:r>
        <w:t>A gyerekeit már felnevelte, éppen elvált, soha nem lesz jobb lehetőség, hogy megvalósítsa a gyerekkori tervét.</w:t>
      </w:r>
    </w:p>
    <w:p>
      <w:r>
        <w:t>Aztán jöttek a kétségek: hogyan fizesse az albérletét, a társadalombiztosítását és így tovább. De történt egy érdekes dolog: csatlakozott egy csoporthoz, ahol az emberek egymásnak tettek ingyen szívességet. Itt kezdték el tőle kérdezgetni, vigyázna-e a lakásra, amíg ők távol vannak. S amikor valaki két hónapra utazott el és szintén megkérdezte, hogy vigyázna-e a lakására, akkor mondott fel mindent.</w:t>
      </w:r>
    </w:p>
    <w:p>
      <w:r>
        <w:t>Az emberek túlságosan belegabalyodnak a materiális világba, az egész életük a pénzről és megvásárolható dolgokról szól, mondta. Fogalmuk nincs arról, hogy a rengeteg pénznek, amit megkeresnek milyen kis része az, ami valóban az ellátásukhoz kell. Be akartam nekik bizonyítani, hogy teljes életet lehet élni pénz és vagyontárgyak nélkül is.</w:t>
      </w:r>
    </w:p>
    <w:p>
      <w:r>
        <w:t>Úgyhogy elajándékozta mindenét (egy bőröndnyi ruha és tisztálkodószeren kívül) és megpróbált megélni pénz nélkül. Házat takarított lakhatásért cserébe, a fodrász kutyáját sétáltatta hajvágásért cserébe, ételért bébiszitterkedést vállalt és így tovább. Soha nem kellett az utcán vagy hajléktalanszállón aludnia. "Sokan azt mondják, hogy a pénz a kulcs mindenhez, az nyit meg minden ajtót. 17 év pénz nélküli élet után meg vagyok arról győződve, hogy a szeretet és a bizalom a kulcs, ami megnyit minden ajtót." -mondta egy riportban.</w:t>
      </w:r>
    </w:p>
    <w:p>
      <w:r>
        <w:t>Sokat aggódott az egészsége miatt az elején, például mi lesz, ha fogorvosra van szüksége vagy mi lesz, ha nem lesz mit ennie.</w:t>
      </w:r>
    </w:p>
    <w:p>
      <w:r>
        <w:t>Sokat gyalogolt, csak akkor utazott járművel, ha valaki felkínálta, hogy elviszi valahová.</w:t>
      </w:r>
    </w:p>
    <w:p>
      <w:r>
        <w:t>Félretett 200 eurót vésztartalékba, ha bármi olyan történne vele, hogy sürgősen kell a pénz. Azóta sem nyúlt hozzá ehhez a tartalékhoz.</w:t>
      </w:r>
    </w:p>
    <w:p>
      <w:r>
        <w:t>Miután elérte a nyugdíjaskort, elkezdte kapni a nyugdíját. Először vissza akarta utasítani, de aztán meggondolta magát és inkább továbbadja a pénzt azoknak, akik szükségben vannak.</w:t>
      </w:r>
    </w:p>
    <w:p>
      <w:r>
        <w:t>A történetét nem kell megismételni és az is igaz, hogy csak azért tud pénz nélkül élni, mert a társadalom többi tagja pénzért dolgozik. Azonban mindenképp tanulságos abból a szempontból az élete, hogy tényleg túlságosan belegabalyodunk a pénzbe és az egész életünk a pénz körül forog, miközben a megélhetésünkhöz, sőt a boldogságunkhoz a megkeresett (és elköltött) pénz töredéke is elég lenne. Ha az életvitelét nem is kell követni, az alapgondolaton, ami miatt az egészbe belevágott, érdemes elgondolkodni.</w:t>
      </w:r>
    </w:p>
    <w:p>
      <w:pPr>
        <w:pStyle w:val="Heading1"/>
      </w:pPr>
      <w:r>
        <w:t>9. Neked is sikerül változtatni</w:t>
      </w:r>
    </w:p>
    <w:p>
      <w:r>
        <w:t>Ennyi kérdés után könnyű azt érezni, hogy a változtatás túl nagy feladat. Pedig sokszor nem egyetlen hatalmas döntés, hanem néhány felismerés és következetes lépés indítja el.</w:t>
      </w:r>
    </w:p>
    <w:p>
      <w:pPr>
        <w:pStyle w:val="Heading2"/>
      </w:pPr>
      <w:r>
        <w:t>Az első lépések történetei</w:t>
      </w:r>
    </w:p>
    <w:p>
      <w:r>
        <w:t>Írt egy srác, hogy segítsek a kilátástalan helyzetén. Bár az országos átlagnál valamivel jobban keresett, egyedül élt, mégsem jött ki a fizetéséből. Már számtalan hitele volt, a hitelkártyától az áruhitelig.</w:t>
      </w:r>
    </w:p>
    <w:p>
      <w:r>
        <w:t>A hitelek egyik oka az volt, hogy úgy érezte, mindig meg kell vennie a legújabb Apple terméket, akár két éves hűséggel és 24 havi részletre is, legyen az telefon, vagy tablet.</w:t>
      </w:r>
    </w:p>
    <w:p>
      <w:r>
        <w:t>Azt tanácsoltam neki, hogy adja el az összes kütyüjét és mindent, amit tud nélkülözni és az így felszabadult pénzt fordítsa a hitelei visszafizetésére, kezdve a legnagyobb kamatú hitelkártya-hitelekkel és haladjon az egyre kisebb kamatozású hitelek felé. Így rengeteg pénze szabadul fel havonta, ami eddig a kamatokra folyt el.</w:t>
      </w:r>
    </w:p>
    <w:p>
      <w:r>
        <w:t>Ezen kívül is tartson radikális pénzügyi fogyókúrát, ne költsön semmire a legszükségesebbeken kívül addig, amíg az összes hitelét ki nem fizette. Ha valamiből tud plusz pénzt előteremteni (másodállás, akármi), azt is fordítsa a hitelek kifizetésére. A legvégén, ha sikerült az utolsó hiteltől is megszabadulnia, felejtse el egy életre az összes hitelt, hogy szabad maradhasson pénzügyileg egész életében.</w:t>
      </w:r>
    </w:p>
    <w:p>
      <w:r>
        <w:t>Szűk egy év után írt megint, hogy megfogadta a tanácsot és ahogy írta, "bár fájdalmasan, de annál diadalmasabban" eljutott oda, hogy a kétmilliós tartozása 71 ezer forintra olvadt úgy, hogy közben még egy esküvőre is kellett költeniük. Egy éve még a fizetéséből 80 ezer forint ment el csak a hitelek törlesztőire, mára ez is 10 ezer forintra csökkent és ha jól értem, egy-két hónap múlva ettől is megszabadul.</w:t>
      </w:r>
    </w:p>
    <w:p>
      <w:r>
        <w:t>Egy másik srác arról mesélt, hogy a napi apró kiadásokkal foglalkozó írások nyomán kiszámolta, hogy ő és a felesége (egy helyen dolgoznak) havonta 18 ezret költenek reggelente a munkahelyi büfében a reggelire megevett mindennapi szendvicsekre. És ez csak a reggeli, amit otthon is megehettek volna, ha naponta 20 perccel korábban kelnek. Amikor átnézték a napi költéseiket ilyen szemmel, mindjárt nem tűnt olyan nagy dolognak, hogy félretegyenek 70-80 ezret abból a fizetésből, amiből eddig egy fillért sem sikerült.</w:t>
      </w:r>
    </w:p>
    <w:p>
      <w:r>
        <w:t>Ehhez hasonló sikertörténeteket többször is megosztottak velem.</w:t>
      </w:r>
    </w:p>
    <w:p>
      <w:r>
        <w:t>Ha kilátástalan az anyagi életed, ha elborítanak a hitelek, vagy egyszerűen nem jössz ki a pénzből, érdemes végiggondolnod: hogyan jutottál ebbe az állapotba? Mi döbbentett rá arra, hogy változtatni kell? Hogyan tudnál nekikezdeni? Lehet, hogy egy vállalkozás ötlete, a továbbtanulás, vagy annak felismerése adja az első lökést, hogy túl sokat költesz, és a marketingen keresztül palira vesznek a cégek. A változással a világot és a személyes pénzügyeidet is másként fogod látni.</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20" w:after="14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320"/>
      <w:contextualSpacing/>
    </w:pPr>
    <w:rPr>
      <w:rFonts w:ascii="Times New Roman" w:hAnsi="Times New Roman"/>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Mire való a pénz?</dc:title>
  <dc:subject>Kiszámoló könyv – 1. fejezet</dc:subject>
  <dc:creator>Kiszámoló</dc:creator>
  <cp:keywords/>
  <dc:description>A feltöltött TXT-archívumból szerkesztett első változat. Az aktualizálási feladatok külön jegyzékben szerepelnek.</dc:description>
  <cp:lastModifiedBy/>
  <cp:revision>1</cp:revision>
  <dcterms:created xsi:type="dcterms:W3CDTF">2013-12-23T23:15:00Z</dcterms:created>
  <dcterms:modified xsi:type="dcterms:W3CDTF">2013-12-23T23:15:00Z</dcterms:modified>
  <cp:category/>
</cp:coreProperties>
</file>