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Pénzügyek a családban</w:t>
      </w:r>
    </w:p>
    <w:p>
      <w:r>
        <w:t>A családi pénzügyek nem a bankszámlánál kezdődnek. Két ember összekerül, mindketten hozzák a gyerekkori mintáikat, a szokásaikat és az elképzeléseiket arról, mire való a pénz. Aztán jönnek a közös döntések: ki kezeli a pénzt, mire költünk, mire teszünk félre, hogyan neveljük a gyerekeket, és meddig tudunk segíteni a szüleinknek vagy a rokonainknak. Előbb-utóbb pedig az örökségről és arról is beszélni kell, mi történik, ha valamelyikünk már nem lesz itt.</w:t>
      </w:r>
    </w:p>
    <w:p>
      <w:r>
        <w:t>Ezeket a kérdéseket sokkal könnyebb előre megbeszélni, mint akkor, amikor már baj van. Nem kell mindenben egyformának lennünk. De tudnunk kell, mit gondol a másik, és meg kell állapodnunk abban, hogyan akarunk együtt élni. A pénz kezelését ugyanúgy meg kell tanulni, mint azt, hogyan beszéljünk róla egymással.</w:t>
      </w:r>
    </w:p>
    <w:p>
      <w:pPr>
        <w:pStyle w:val="Heading1"/>
      </w:pPr>
      <w:r>
        <w:t>Amit otthonról hozunk</w:t>
      </w:r>
    </w:p>
    <w:p>
      <w:pPr>
        <w:pStyle w:val="Heading2"/>
      </w:pPr>
      <w:r>
        <w:t>A családi minták tovább élnek</w:t>
      </w:r>
    </w:p>
    <w:p>
      <w:r>
        <w:t>A gyerekkori neveltetés évtizedekre meghatározza az életünk minden területét. Az ilyenkor megtanult viselkedési formák szerint éljük az életünket, gyakran egy életen át nem ismerve fel, hogy a legtöbb probléma oka a párkapcsolatunktól kezdve az anyagi életünkig itt keresendő, a korán eltanult, gyakran hibás viselkedési formákban.</w:t>
      </w:r>
    </w:p>
    <w:p>
      <w:r>
        <w:t>A sikeres élet egyik fontos kulcsa a pénzügyi területen való helyes gondolkodás. Érdemes végignézni néhány klasszikus hibát. Hátha felismered magadban valamelyiket.</w:t>
      </w:r>
    </w:p>
    <w:p>
      <w:pPr>
        <w:keepNext/>
      </w:pPr>
      <w:r>
        <w:rPr>
          <w:b/>
        </w:rPr>
        <w:t>A pénz az önjutalmazás eszköze</w:t>
      </w:r>
    </w:p>
    <w:p>
      <w:r>
        <w:t>Főleg szegényebb családoknál fordul elő, hogy mindennapi gondjaik vannak, de ezt úgy akarják kompenzálni, hogy ha "talált pénz" áll a házhoz, akkor a legelképesztőbb luxusdolgokat veszik meg maguknak és a gyerekeknek is, vagy napokig mulatnak a pénzből. (Ennek rosszabb verziója, amikor ugyanezt hitelből teszik meg, úgy akarnak elfelejtkezni az anyagi problémákról, hogy hitelre vásárolnak mindent, a fényképezőgéptől a drága telefonig.)</w:t>
      </w:r>
    </w:p>
    <w:p>
      <w:r>
        <w:t>Természetesen ez a mentalitás gazdag családban is előfordulhat, csak akkor a jól megérdemelt sikereinket ünnepeljük azzal, hogy elverjük az összes pénzünk luxusdolgokra.</w:t>
      </w:r>
    </w:p>
    <w:p>
      <w:r>
        <w:t>Aki ilyen családban nő fel, az úgy fog tekinteni a pénzre, ami azért van, hogy rendszeresen és lehetőleg azonnal jutalmat vásároljon magának. Az ilyen embernek a pénz csak kulcs a boldogsághoz, amit azonnal át kell váltani boldogságra, azaz el kell költeni.</w:t>
      </w:r>
    </w:p>
    <w:p>
      <w:r>
        <w:t>Aki így gondolkodik, az nem érti, miért kellene a pénzt természetellenesen arra használni, hogy felhalmozza a bankszámláján. A "pénzügyi biztonság", "pénzügyi szabadság" számára idegen dolog, mert az ő világképében a pénz nem erre való.</w:t>
      </w:r>
    </w:p>
    <w:p>
      <w:r>
        <w:t>Ha te is az önjutalmazás eszközeként tekintesz a pénzre, amiből boldogságot lehet venni, akkor fontos mihamarabb megváltoznod, mert garantáltan túl sokat költesz és ha még nem kerültél bele a hitelcsapdába, hamarosan ott fogod találni magad.</w:t>
      </w:r>
    </w:p>
    <w:p>
      <w:r>
        <w:t>Tényleg, ha extra pénzhez jutsz, mit csinálsz vele? Gyorsan el kell költened, vagy örülsz, hogy ennyivel előrébb kerülsz a nyugdíj-megtakarításodban?</w:t>
      </w:r>
    </w:p>
    <w:p>
      <w:pPr>
        <w:keepNext/>
      </w:pPr>
      <w:r>
        <w:rPr>
          <w:b/>
        </w:rPr>
        <w:t>Soha nem volt saját pénzed</w:t>
      </w:r>
    </w:p>
    <w:p>
      <w:r>
        <w:t>A legtöbb családban a gyereknek soha nem volt saját pénze, amin megtanulhatta volna a megtakarítás, beosztás, tudatos költés praktikáit. Ha kapott is zsebpénzt, azon túl is megkapott mindent, így a zsebpénz inkább csak szimbolikus volt, nem ösztönözte megtakarításra és sohasem szembesült azzal, hogy valamit bizony nincs pénze megvenni. Így nem tanulta meg, hogy a vágyainak gyakran gátat szab az anyagi helyzete (ezek a gyerekek fognak minden vágyuk betöltésére hiteleket felvenni felnőttkorban) és nem jött rá az előzetes takarékoskodás szükségességére sem.</w:t>
      </w:r>
    </w:p>
    <w:p>
      <w:r>
        <w:t>Akinél pedig szegények voltak a szülők, ha egy gazdag rokontól pénzt kapott a gyerek, azonnal elköltötte a pénzt, nehogy oda kelljen adni a szüleinek.</w:t>
      </w:r>
    </w:p>
    <w:p>
      <w:r>
        <w:t>Ha nem tanulja meg korán, mit jelent beosztani a pénzt, mit jelent a saját pénzéből kiadni valamire, mi az, amikor nincs pénze valamire, akkor felnőtt korában sem fogja tudni kezelni a pénzt, hiszen azt sem tudja, hogy egyáltalán kezelni kellene azt.</w:t>
      </w:r>
    </w:p>
    <w:p>
      <w:pPr>
        <w:keepNext/>
      </w:pPr>
      <w:r>
        <w:rPr>
          <w:b/>
        </w:rPr>
        <w:t>A siker és boldogulás titka a kemény munka</w:t>
      </w:r>
    </w:p>
    <w:p>
      <w:r>
        <w:t>Gyakori tévtanítás gyerekkorban, hogy a sikeres élet kulcsa a kemény munka. A gyerek azt látja, hogy a szülei minden kemény munka ellenére egész életükben adósságból adósságba kerülnek, de felnőtt korban ennek ellenére ő is így fog élni.</w:t>
      </w:r>
    </w:p>
    <w:p>
      <w:r>
        <w:t>Valaki írt arról, hogy amikor pénzügyi gondjai voltak a magas fizetése ellenére, elkezdett még keményebben dolgozni, ahogy otthon hallotta. Aztán még keményebben. Amikor már heti 80 órát dolgozott és még mindig egyre mélyebbre süllyedt a pénzügyi mocsárba, rá kellett jönnie, hogy nem a kemény munka fogja kihúzni őt, hanem az, ha rendet rak a pénzügyei között, megszabadul a hiteleitől és a bevételeihez szabja az igényeit.</w:t>
      </w:r>
    </w:p>
    <w:p>
      <w:pPr>
        <w:keepNext/>
      </w:pPr>
      <w:r>
        <w:rPr>
          <w:b/>
        </w:rPr>
        <w:t>Nem akarok olcsójánosnak látszani</w:t>
      </w:r>
    </w:p>
    <w:p>
      <w:r>
        <w:t>Egy hölgy mesélte, hogy szerinte az apja annyira takarékos volt, hogy ő érezte magát kínosnak miatta. Ezért elhatározta, hogy ő soha nem lesz ilyen. Be is bizonyította, nem sajnálta a pénzt, amikor elszórta, felesleges ruhákat vett, vagy gáláns borravalókat adott.</w:t>
      </w:r>
    </w:p>
    <w:p>
      <w:r>
        <w:t>Meg is lett az eredménye, nagyon hamar ki sem látszott a hitelkártya-adósságokból és egyéb hitelekből. Kénytelen volt korrigálni a pénzhez való hozzáállását és megfelelő mederbe terelni a pénzügyeit.</w:t>
      </w:r>
    </w:p>
    <w:p>
      <w:pPr>
        <w:keepNext/>
      </w:pPr>
      <w:r>
        <w:rPr>
          <w:b/>
        </w:rPr>
        <w:t>Lelkiismeret-furdalás a pénz költése miatt</w:t>
      </w:r>
    </w:p>
    <w:p>
      <w:r>
        <w:t>Más valaki azt mondta, hogy annyira szegények voltak gyerekkorában, hogy még sportolni is csak kölcsönkért ruhában tudott elmenni. Ez a szegénység egy kényszerű takarékosságot szült, ami önmagában jó dolog is volt akkor. De mikor felnőtt és már sikeres vállalkozó volt, akkor is kényelmetlenül érezte magát, ha bármire is költött. Egyszer aztán leesett neki a tantusz, hogy ő tulajdonképpen már milliomos, mégis szakadt ruhákban és szakadt autóval jár és olcsó ételeket eszik a gyerekkori beidegződései miatt. Nem mert és nem tudott úgy élni, ahogy azt a bevételei lehetővé tették, mert a lelkében még mindig mélyszegénységben élt. Ettől is meg kell szabadulni, hogy ne kárhoztasd magad, ha a keresetednek megfelelő életszínvonalon élsz.</w:t>
      </w:r>
    </w:p>
    <w:p>
      <w:pPr>
        <w:keepNext/>
      </w:pPr>
      <w:r>
        <w:rPr>
          <w:b/>
        </w:rPr>
        <w:t>Minden rossznak gyökere a pénz</w:t>
      </w:r>
    </w:p>
    <w:p>
      <w:r>
        <w:t>Állítólag ez a legtöbbet idézet mondás a Bibliából. Akit ebben a szellemben neveltek, a pénzre (és a gazdagságra) mint valami megvetendő és szégyellnivaló dologra fog gondolni és az anyagi élethez is ilyen lesz a hozzáállása.</w:t>
      </w:r>
    </w:p>
    <w:p>
      <w:r>
        <w:t>Ha szerinted a rossz gyökere a pénz, nyilván egészségtelen lesz a hozzáállásod az anyagi élethez.</w:t>
      </w:r>
    </w:p>
    <w:p>
      <w:r>
        <w:t>A legsúlyosabb az ebben a dologban, hogy nem is ezt írja a Biblia. Ott ugyanis az áll, hogy minden rossznak gyökere a pénz szerelme. Ugyanis a pénz ugyanolyan semleges dolog, mint a konyhakés: azzal is tudsz kenyeret vágni az éhezőknek és tudsz vele embert is ölni. Nem a konyhakésben van gonoszság, vagy jóság, hanem az ember szívében, aki birtokolja azt.</w:t>
      </w:r>
    </w:p>
    <w:p>
      <w:r>
        <w:t>A pénz szerelme valóban minden rossznak a gyökere: sikkasztásnak, lopásnak, korrupciónak, rablásnak, prostitúciónak, kábítószer-kereskedelemnek, bandaháborúknak, csalásnak és minden másnak. De ehhez semmi köze a pénznek és annak se, hogy neked van-e, vagy éppen nincs pénzed, szegény vagy-e, vagy gazdag.</w:t>
      </w:r>
    </w:p>
    <w:p>
      <w:r>
        <w:t>Ennek a véleménynek a verziói még a minden gazdag csaló, biztos lopással szerezte a vagyonát és társai. Vagyis aki gazdag, tisztességes ember nem lehet. Ellenben a "tisztes szegénnyel".</w:t>
      </w:r>
    </w:p>
    <w:p>
      <w:r>
        <w:t>Ez mind-mind hatalmas butaság, ami tönkreteszi az egész életedet, ha elhiszed. El fogod utasítani a gazdagságot és a pénzt, nem fogsz törekedni arra, hogy valamit elérj az életben, hiszen a gazdagok bűnözők és a pénz megrontja az embert. Márpedig ki akar bűnöző lenni, vagy megromlani?</w:t>
      </w:r>
    </w:p>
    <w:p>
      <w:r>
        <w:t>Soha ne nézz a pénzre, mint valami piszkos dologra, mert nem az. Attól, hogy gazdag vagy, például még segíthetsz a rászorulókon. Sőt, hogyan akarsz segíteni a szükségben lévőkön, ha te is egy vagy közülük?</w:t>
      </w:r>
    </w:p>
    <w:p>
      <w:pPr>
        <w:keepNext/>
      </w:pPr>
      <w:r>
        <w:rPr>
          <w:b/>
        </w:rPr>
        <w:t>Takarékosan élek, csak akciós dolgokat vásárlok</w:t>
      </w:r>
    </w:p>
    <w:p>
      <w:r>
        <w:t>Ez is egy nagy csapda, sokan vadásszák az akciókat, szezon végén vesznek ruhát és azt eszik, ami éppen akciós a hiperben. Mert otthon is ezt látták. Ezért aztán megvannak győződve, hogy ők igen tudatosak pénzügyekben.</w:t>
      </w:r>
    </w:p>
    <w:p>
      <w:r>
        <w:t>Helló, ne csapd be magad: az, hogy takarékosan élsz-e, egyedül a bankszámlád nagysága árulja el. Ha ugyanannyit költesz, mint a kollégáid és ugyanúgy nem teszel félre pénzt havonta, akkor az akciókra való vadászatod csak azt jelenti, hogy ugyanannyi pénzt versz el, mint bárki más, maximum hatékonyabban használod fel azt.</w:t>
      </w:r>
    </w:p>
    <w:p>
      <w:r>
        <w:t>Az akciókra vadászásnak csak akkor van értelme, ha annak célja a megtakarításaid növelése. Ha csak annyi az eredménye, hogy két felesleges ruha helyett te hármat tudsz venni, akkor nincs miért elégedettnek lenned. Oszd be a pénzed, tedd félre minden hónapban a szükséges összeget és csak a maradékból vadásszál akciós dolgokra.</w:t>
      </w:r>
    </w:p>
    <w:p>
      <w:r>
        <w:t>A fent említett problémák messze nem a teljes lista, de talán segít rávilágítani arra, hogy milyen fontos, hogy végiggondold, mit is hoztál otthonról a pénzzel való hozzáállásoddal kapcsolatban.</w:t>
      </w:r>
    </w:p>
    <w:p>
      <w:r>
        <w:t>Nézd meg a pénzügyeidet! Megtakarításaid vannak, vagy hiteleid? Elég megtakarítással rendelkezel minden várható és váratlan esetre? Elmondhatod, hogy nem élsz adósságban?</w:t>
      </w:r>
    </w:p>
    <w:p>
      <w:r>
        <w:t>Ha nem, érdemes végiggondolni, mit csinálsz rosszul és vajon nem egy otthonról hozott beidegződés okozza-e azt, hogy helytelenül kezeled a pénzt? Mit tanultál otthon a pénzről? Tanultál-e bármit is? A szüleid sikeresek-e az anyagi életükben és te az vagy-e?</w:t>
      </w:r>
    </w:p>
    <w:p>
      <w:pPr>
        <w:pStyle w:val="Heading2"/>
      </w:pPr>
      <w:r>
        <w:t>Mire való neked a pénz</w:t>
      </w:r>
    </w:p>
    <w:p>
      <w:r>
        <w:t>Ugyanaz a pénz az egyik embernek biztonságot jelent, a másiknak örömöt, a harmadiknak társadalmi elismerést. Ha ezt nem értitek meg egymásban, ugyanarról beszéltek, mégis teljesen mást hallotok.</w:t>
      </w:r>
    </w:p>
    <w:p>
      <w:r>
        <w:t>Minden személynek van valamilyen attitűdje és habitusa a pénzzel kapcsolatban is. Ezek befolyásolják, hogyan bánsz a pénzzel, mennyire vagy pénzköltő, vagy éppen megtakarító, adakozó, tervszerűen élő, vagy spontán a pénzügyeidben. Ezek az attitűdök és habitusok megváltoztathatóak és pozitívan fejleszthetőek, amennyiben az ember felismeri magában ezeket és igénye is van ezeket korrigálni vagy fejleszteni.</w:t>
      </w:r>
    </w:p>
    <w:p>
      <w:r>
        <w:t>(Attitűd: a gondolataink és érzéseink valamivel kapcsolatban. Habitus: szokás, viselkedés magatartás.)</w:t>
      </w:r>
    </w:p>
    <w:p>
      <w:r>
        <w:t>Néhány tipikus emberi viselkedés a pénzügyekkel kapcsolatban az alábbiak. Megjegyzendő, hogy kevés ember van, aki tisztán csak az egyik, vagy a másik típus lenne, jellemzőbb, hogy bizonyos területen egyik vagy másik tulajdonság dominál. Olyan is előfordul, hogy valaki a végletekig kifillérezi az autóvásárlást, de a legrongyrázósabb esküvőt rendeli meg. Igazából a legjobb, ha a tiszta típus helyett minél inkább kevert a pénzhez való hozzáállásod és viselkedésed, igyekszel minden típusból az előnyöket magadénak tudni.</w:t>
      </w:r>
    </w:p>
    <w:p>
      <w:r>
        <w:t>Biztonságra törekvő: a pénz megléte ad neked biztonságot. Magadat takarékosnak és szervezetten élőnek látod, mások inkább zsugorinak és fösvénynek.</w:t>
      </w:r>
    </w:p>
    <w:p>
      <w:r>
        <w:t>Előnyök: egy pénzügyi terv mentén élsz, van büdzséd és megtakarításod. Okosan vásárolsz, csak olyanokat veszel, ami megéri a pénzét és lehetőleg még akciós is. Kerülöd a kockázatos befektetéseket. Vigyázol a vagyontárgyaidra. Van tartalékod a váratlan kiadásokra.</w:t>
      </w:r>
    </w:p>
    <w:p>
      <w:r>
        <w:t>Hátrányok: a túlzott biztonságra törekvés miatt túl sok mindenről mondasz le, nem csak a vágyaidról, de néha még a szükséges dolgokról is. Néha akkor is az olcsóbb mellett döntesz, ha számodra a drágább sokkal megfelelőbb lenne. Lemondasz élményekről és tárgyakról, csak azért, mert azok pénzbe kerülnek. A túlzottan konzervatív befektetések miatt hosszú távon nagyon sok pénzt veszítesz. A szigorú költségvetésed miatt nem veszel olyan dolgokat sem, amit éppen tényleg nagyon jó áron megvehetnél.</w:t>
      </w:r>
    </w:p>
    <w:p>
      <w:r>
        <w:t>Hogyan tudsz változtatni: számolj le a félelemeiddel és az aggódásaiddal. Ahogy a Biblia bölcsen mondja: ha az életidődet sem tudod megnyújtani egy arasszal se az aggódással, akkor a többi felől minek aggódni? Mi lehet a legrosszabb, ami történhet veled, ha egy kicsit többet költesz? Hidd el, nem dől össze a világ, ha egy kicsit költesz a pénzből. Tervezz be kiadásokat élvezetekre és ajándékokra, kondibérletre, színházjegyre és hasonlókra. Ne pörögj annyira a pénzen, merj nem felírni néhány kiadást.</w:t>
      </w:r>
    </w:p>
    <w:p>
      <w:r>
        <w:t>Adakozó: a pénz eladakozása ad számodra jó érzést.</w:t>
      </w:r>
    </w:p>
    <w:p>
      <w:r>
        <w:t>Magadat önfeláldozónak és adakozónak látod, mások szerint inkább ítélkező és mártírkodó vagy.</w:t>
      </w:r>
    </w:p>
    <w:p>
      <w:r>
        <w:t>Előnyök: erős meggyőződés vagy hit valamiben, értékek tisztelete, nagylelkűség más személyek vagy ügyek iránt, becsületesség a pénzügyekben is, a materiális javak helyén kezelése, a jogos szükségek és vágyak éles megkülönböztetése.</w:t>
      </w:r>
    </w:p>
    <w:p>
      <w:r>
        <w:t>Hátrányok: furdal a lelkiismeret, ha magadra költöd a pénzed, elvárod másoktól is, hogy ők is gondoskodjanak rólad, ha te másnak adod a pénzed, ítélkezel mások felett, mert ők nem osztogatják szét a pénzüket, ahogy te, önhittség azért, mert másokon segítesz.</w:t>
      </w:r>
    </w:p>
    <w:p>
      <w:r>
        <w:t>Hogyan tudsz változtatni: adj magadnak is, vedd fel magadat is az adakozói listádra, adj magadnak élvezetet és kikapcsolódást lelkiismeret-furdalás nélkül. Ha túl sokat adakozol, valószínűleg hívő vagy. Olvasd el a Bibliát figyelmesen, mit is tanít az adakozásról. Az ész nélküli vagy erőn felüli adakozás, a minden továbbadása egyáltalán nem igei. Nem a pénz, hanem a pénz szerelme minden rossznak a gyökere, a jólét nem bűn, hanem Isten áldása a Biblia szerint. Szabj limitet annak, hogy mennyit adakozol és annál többet soha ne adj. Ne ítélgesd azt, aki nem ad, vagy szerinted nem ad eleget.</w:t>
      </w:r>
    </w:p>
    <w:p>
      <w:r>
        <w:t>Szabadszellemű: a pénz nem igazán fontos az életviteledben, engeded csak úgy megtörténni a dolgokat.</w:t>
      </w:r>
    </w:p>
    <w:p>
      <w:r>
        <w:t>Magadat lazának és gondtalannak látod, mások inkább éretlennek és felelőtlennek gondolnak.</w:t>
      </w:r>
    </w:p>
    <w:p>
      <w:r>
        <w:t>Előnyök: könnyen alkalmazkodsz az új helyzetekhez, bízol abban, hogy mások majd gondoskodnak rólad, könnyen megragadod az új lehetőségeket, nem érdekelnek mások elvárásai, adakozó vagy.</w:t>
      </w:r>
    </w:p>
    <w:p>
      <w:r>
        <w:t>Hátrányok: még az élethez fontos dolgokkal sem rendelkezel, könnyen bajba kerülsz, ha azok, akik eddig támogattak, abbahagyják a támogatásodat, a felületességed miatt nem tudsz megalapozott döntéseket hozni, az elkötelezettség elutasítása miatt sok lehetőségtől elesel.</w:t>
      </w:r>
    </w:p>
    <w:p>
      <w:r>
        <w:t>Hogyan változtathatsz: a nemtörődömség az éretlenség jele, nem a vagányságé vagy a lazaságé. Próbálj meg felnőtté válni a gondolkodásodban is. Ismerkedj meg az élet valódi költségeivel, tanulj a pénzről és szerezz pénzügyi ismereteket is. Ne félj a felelősségvállalástól, jobbá teszi a jellemed és hasznosabb emberré tesz. Keress egy munkahelyet, ahol örömmel tudsz dolgozni és tarts ki mellette.</w:t>
      </w:r>
    </w:p>
    <w:p>
      <w:r>
        <w:t>Tervszerű: a pénz a terveid elérésének az eszköze. Magadat felelősségteljesnek és céltudatosnak látod, mások inkább túl konzervatívnak és törtetőnek.</w:t>
      </w:r>
    </w:p>
    <w:p>
      <w:r>
        <w:t>Előnyök: mindig van pénzügyi tartalékod a váratlanra, céltudatos és reális célokat kitűző személy vagy, kontroll alatt tartod a kiadásaidat és a pénzügyeidet, megfontolt pénzügyi döntéseket hozol.</w:t>
      </w:r>
    </w:p>
    <w:p>
      <w:r>
        <w:t>Hátrányok: intoleráns és türelmetlen másokkal, akik nem tervszerűen élik az életüket, nehezen reagálsz az új lehetőségekre, mert azok nem lettek előre betervezve, eltitkolsz lényeges dolgokat még a hozzád közel állók elől is, hogy teljes kontroll alatt maradhasson a pénzed, ideges leszel, ha olyanra kell költened mások miatt, ami nincs betervezve.</w:t>
      </w:r>
    </w:p>
    <w:p>
      <w:r>
        <w:t>Hogyan tudsz változtatni: ne ragaszkodj görcsösen a terveidhez, merj változtatni, spontán lenni. Szándékosan adj ki pénzt nem tervezett dolgokra. Ne legyél se ideges, se frusztrált, ha nem úgy alakulnak a dolgok, ahogy előre eltervezted. Tanulj meg nevetni magadon és elengedni magad.</w:t>
      </w:r>
    </w:p>
    <w:p>
      <w:r>
        <w:t>Spontán: a pénz a pillanat élvezetének az eszköze.</w:t>
      </w:r>
    </w:p>
    <w:p>
      <w:r>
        <w:t>Hogyan látod magad: spontán és élvezetet kereső.</w:t>
      </w:r>
    </w:p>
    <w:p>
      <w:r>
        <w:t>Hogyan látnak mások: túlzottan impulzív és a következményekkel nem törődő.</w:t>
      </w:r>
    </w:p>
    <w:p>
      <w:r>
        <w:t>Előnyök: az élet élvezete, gyors válaszadási képesség a lehetőségekre, elismertség, ismertség, széles baráti kör, dolgok megszerzése várakozás nélkül, kockázatvállalási készség.</w:t>
      </w:r>
    </w:p>
    <w:p>
      <w:r>
        <w:t>Hátrányok: akkor is pénzt költesz, amikor nincs pénzed, adósságba keveredés olyan vásárlások miatt, amire nincs is szükséged, állandó pénzproblémák, nem képes kontrollálni a pénzköltést, még a hozzád legközelebb állók előtt is titkolnod kell a valódi pénzügyi helyzetedet, nincs tartalékod váratlan kiadásokra, fűnek-fának tartozol már.</w:t>
      </w:r>
    </w:p>
    <w:p>
      <w:r>
        <w:t>Hogyan tudsz változtatni: vigyél tervszerűséget az életedbe. Állíts be automatikus utalást egy megtakarítási számlára. Számolj fel minden hitellehetőséget, hogy ne tudj többet költeni annál, mint amennyid van. (hitelkártya, hitelkeret, stb.) Kerüld a kísértéseket a meggondolatlan vásárlásokkal kapcsolatban, ne járj plázázni és a neten se látogass online shopokat. Keress olyan szabadidős elfoglaltságokat, amik nem kerülnek pénzbe. Írj össze minden költésedet és pontozd is őket élményfaktor, hasznosság és szükségesség szerint egytől tízig. Vond le a tanulságot minden hónap végén a költéseidből. Tudd megkülönböztetni a vágyaidat a szükségeidtől. Kérj segítséget mástól, ha komoly pénzügyi gondjaid vannak.</w:t>
      </w:r>
    </w:p>
    <w:p>
      <w:r>
        <w:t>Státusz: a pénz számodra a társadalmi státuszod kifejezésének eszköze.</w:t>
      </w:r>
    </w:p>
    <w:p>
      <w:r>
        <w:t>Hogyan látod magad: nagylelkű és lenyűgöző.</w:t>
      </w:r>
    </w:p>
    <w:p>
      <w:r>
        <w:t>Hogyan látnak mások: érzéketlen és felszínes.</w:t>
      </w:r>
    </w:p>
    <w:p>
      <w:r>
        <w:t>Előnyök: erős első benyomás, nagy értékű és váratlan ajándékokat adsz, szeretsz adni, soha nem terhelsz másokat az anyagi problémáiddal.</w:t>
      </w:r>
    </w:p>
    <w:p>
      <w:r>
        <w:t>Hátrányok: hamis benyomást adsz másoknak a valódi anyagi helyzetedről, állandó stressz a mások utolérése miatti anyagi problémák miatt, nincs pénzügyi tartalékaid, adósságokba keveredsz a látszat fenntartása miatt, eltitkolod a legjobb barátaid elől is az anyagi helyzetedet, nehogy kevesebbnek gondoljanak, mint hisznek rólad, bár könnyen adsz másoknak, nehezen tudsz elfogadni másoktól.</w:t>
      </w:r>
    </w:p>
    <w:p>
      <w:r>
        <w:t>Hogyan tudsz változtatni: szabj magadnak limiteket, mire mennyit költesz havonta. Minőséget vegyél, ne túlárazott márkaneveket. Keresd az akciókat. Húzz limiteket, kinek milyen drága ajándékot veszel. Ha adósságaid vannak és-vagy nincsenek megtakarításaid, kérj tanácsadást valakitől, hogyan tudod átalakítani a pénzügyi életed. Soha ne vásárolj, ha frusztrált, elkeseredett vagy bánatos vagy. Tanulj meg kapni dolgokat, ne mindig csak adni akarj. A bevételed legalább 10%-át tedd félre egy megtakarítási számlára minden hónapban.</w:t>
      </w:r>
    </w:p>
    <w:p>
      <w:pPr>
        <w:pStyle w:val="Heading1"/>
      </w:pPr>
      <w:r>
        <w:t>Mielőtt közös életet kezdtek</w:t>
      </w:r>
    </w:p>
    <w:p>
      <w:pPr>
        <w:pStyle w:val="Heading2"/>
      </w:pPr>
      <w:r>
        <w:t>Az igen előtt a pénzről is beszélni kell</w:t>
      </w:r>
    </w:p>
    <w:p>
      <w:r>
        <w:t>Nagyon sok fiatal pár úgy vág bele a közös életbe, hogy előtte nem beszélnek az anyagi dolgokról. Napokat, sőt inkább hónapokat töltenek azzal, hogy még beszéljék, milyen legyen az esküvő, kit hívjanak meg, milyen legyen a menyasszonyi csokor, de egy szót sem ejtenek a pénzügyi helyzetükről és terveikről.</w:t>
      </w:r>
    </w:p>
    <w:p>
      <w:r>
        <w:t>Vajon kivel akarod összekötni az életed? Takarékos vagy pénzszóró? Vannak tervei az életben, vagy csak éli a napjait egyiket a másik után? Boldog lesz a pénzügyi életetek, vagy állandó veszekedés és harc lesz minden egyes pénzügyi döntés?</w:t>
      </w:r>
    </w:p>
    <w:p>
      <w:r>
        <w:t>Komoly tartalékokkal rendelkezik, vagy milliós hiteleket görget maga előtt? Ki fogja kezelni a pénzt és mit szeretnétek elérni a közös életetek során anyagilag?</w:t>
      </w:r>
    </w:p>
    <w:p>
      <w:r>
        <w:t>Mit tudsz a személyről, akinek örök hűséget akarsz fogadni?</w:t>
      </w:r>
    </w:p>
    <w:p>
      <w:r>
        <w:t>Intő jelek, amire nagyon figyelj oda:</w:t>
      </w:r>
    </w:p>
    <w:p>
      <w:r>
        <w:t>- Adósságot halmozott fel és nem is töri magát, hogy megszabaduljon tőle. Ha nem zavarja, hogy százezrekkel elúszott a hitelkártyán, ha személyi kölcsöne van, esetleg egyenesen rajta van a rossz adósok listáján, akkor gondold meg, hogy szeretnél-e osztozkodni vele az állandó pénzügyi zavarban. Volt olyan hölgy, aki addig nem ment hozzá a vőlegényéhez, amíg az nem szabadult meg az adósságaitól. Több mint egy évet kellett várnia, de azt mondta, nagyon megérte így elkezdeni a házasságot. A vőlegénye hozzáállása is megváltozott a pénzhez ez idő alatt.</w:t>
      </w:r>
    </w:p>
    <w:p>
      <w:r>
        <w:t>- Elképesztő módon és meggondolatlanul költekezik. Impulzív ötletektől vezérelve nagy kiadásokba veri magát. Például befizet egy luxus hajóútra, mert megtetszett neki az utazási iroda kirakatában a hirtelen meglátott hirdetés. Esetleg drága ékszert vesz, vagy túl gáláns borravalót ad a pincérnőnek.</w:t>
      </w:r>
    </w:p>
    <w:p>
      <w:r>
        <w:t>- Kölcsönkér másoktól rendszeresen. Ha ez életformájává vált, akkor szólaljon meg benned a vészcsengő.</w:t>
      </w:r>
    </w:p>
    <w:p>
      <w:r>
        <w:t>- Túlságosan különbözőek vagytok pénzügyileg. Az ember sokat változik egy házasság alatt, de könnyen lehet, hogy túl nagy közöttetek a szakadék, ez pedig garantálja az állandó veszekedést minden egyes vásárlás előtt és után. Ha az egyik túl takarékos, a másik túl költekező, sok vita fog még származni ebből.</w:t>
      </w:r>
    </w:p>
    <w:p>
      <w:r>
        <w:t>- Túl gyakran munkanélküli. Ha évente két munkahelye volt és sehol nem tudott megmaradni egy évnél tovább, akkor legyél óvatos, hiszen ennek az embernek kell majd eltartani a családotokat. Lehet, hogy még csak nem találta meg, amit igazán szeret csinálni, de azért legyen intő jel az állandó munkahely-változtatgatás.</w:t>
      </w:r>
    </w:p>
    <w:p>
      <w:r>
        <w:t>- Hazugságon kapod a pénzügyeivel kapcsolatban, letagad vásárlásokat vagy tartozásokat. Ha már a jegyesség alatt nem őszinte pénzügyi területen (sem), akkor vigyázz vele.</w:t>
      </w:r>
    </w:p>
    <w:p>
      <w:r>
        <w:t>Hogy ne csak a negatívumokat soroljam fel, íme néhány jó jel, ami komoly bizakodásra adhat okot:</w:t>
      </w:r>
    </w:p>
    <w:p>
      <w:r>
        <w:t>- Pénzügyileg önálló: nem támaszkodik a szüleire, nem otthon lakik és nem tartatja el magát a szüleivel.</w:t>
      </w:r>
    </w:p>
    <w:p>
      <w:r>
        <w:t>- Nem vesz fel hitelt, különösen nem az olyan nélkülözhető dolgokra, mint nyaralás, vagy szórakozás.</w:t>
      </w:r>
    </w:p>
    <w:p>
      <w:r>
        <w:t>- Csapatjátékos a pénzügyek terén. Nem sajátítja ki a család pénzügyeit, de nem is vonja ki magát a pénzügyi döntésekből vagy a pénz beosztásából.</w:t>
      </w:r>
    </w:p>
    <w:p>
      <w:r>
        <w:t>- Természetes módon tud beszélni a pénzről és a pénzügyi helyzetéről. Nem jön tőle zavarba, nincs rejtegetni valója és normális dolognak tartja, hogy beszéltek erről.</w:t>
      </w:r>
    </w:p>
    <w:p>
      <w:r>
        <w:t>- Nem érzi szükségesnek, hogy rejtegesse előled a kiadásait, az anyagi helyzetét.</w:t>
      </w:r>
    </w:p>
    <w:p>
      <w:r>
        <w:t>Figyelj arra is, hogy vannak-e ambíciói az életben? Ne azt nézd, hogy gazdag-e, mert huszonévesen a legtöbben még (relatív) szegények, ez így normális. Az nézd, van-e benne vágy, hogy vigye valamire, vannak-e tervei, vagy csak olyan "tedd ki, hadd hűljön" típus, akivel csak megtörténik az élet? Aki csak pont annyit dolgozik, hogy ki ne rúgják és csak pont annyit keres, hogy ne mondjon fel.</w:t>
      </w:r>
    </w:p>
    <w:p>
      <w:r>
        <w:t>Tehát fontos, hogy még mielőtt nagyon komolyra fordul a kapcsolatotok, őszintén beszéljetek egymásnak a pénzügyi életetekről, helyzetetekről és terveitekről.</w:t>
      </w:r>
    </w:p>
    <w:p>
      <w:r>
        <w:t>Mit érdemes megkérdezni egymástól?</w:t>
      </w:r>
    </w:p>
    <w:p>
      <w:r>
        <w:t>- Van-e bármilyen adósságod, kötelezettséged (pl. tartásdíj az előző házasság miatt), perelnek-e valami miatt? Van-e végrehajtás érvényben ellened? Hogyan tervezel megszabadulni ettől az adósságtól és mikorra?</w:t>
      </w:r>
    </w:p>
    <w:p>
      <w:r>
        <w:t>- Vannak-e megtakarításaid és teszel-e félre a fizetésedből?</w:t>
      </w:r>
    </w:p>
    <w:p>
      <w:r>
        <w:t>- Mit szeretnél elérni anyagilag (saját lakás vagy ház, autó, nyugdíjba vonulás 45 évesen stb.) és mi a terved, hogyan tud ez megvalósulni? Reális-e a saját ház 15 éven belül? (Ha kiderül, hogy nem az, legalább nem fogtok feleslegesen vágyakozni rá.)</w:t>
      </w:r>
    </w:p>
    <w:p>
      <w:r>
        <w:t>- Milyen pénzügyi félelmeid vannak (nem fogunk kijönni a pénzből, eladósodunk, stb.) és szerinted hogyan tudjátok ezt közösen elkerülni?</w:t>
      </w:r>
    </w:p>
    <w:p>
      <w:r>
        <w:t>- Hogyan fogjuk beosztani a pénzt? Közös számlánk lesz, külön számláink lesznek, ki fogja meghozni a napi pénzügyi döntéseket?</w:t>
      </w:r>
    </w:p>
    <w:p>
      <w:r>
        <w:t>- Milyen pénzügyi fundamentumokat tesztek le az életetekben? Például tizedet fogunk fizetni, soha nem fogunk kölcsönkérni, a fizetésünk 25%-át mindig eltesszük, soha nem fogunk anyagi kérdésekről este 10 után beszélni, mert az ember fáradtan ingerültebb, stb.</w:t>
      </w:r>
    </w:p>
    <w:p>
      <w:r>
        <w:t>- Mi a fontos a számunkra, amiből nem engedünk és mi az, amire nem szívesen költünk?</w:t>
      </w:r>
    </w:p>
    <w:p>
      <w:r>
        <w:t>Ezeket a kérdéseket akár írásban előre meg is válaszolhatjátok és aztán közösen megbeszélitek. Ha előtte le kell írnod, sokkal jobban átgondolod és időd is több van elmélyedni a kérdésben.</w:t>
      </w:r>
    </w:p>
    <w:p>
      <w:r>
        <w:t>Beszéljétek meg azt is, ki milyen neveltetést kapott a pénzzel kapcsolatban, kinek mi a legfontosabb az anyagi életben, mi a véleménye a hitelről, a megtakarításról, mi a fontosabb, a nyaralás, vagy a nyugdíjszámla növelése.</w:t>
      </w:r>
    </w:p>
    <w:p>
      <w:r>
        <w:t>Melegen ajánlanám, hogy már házasság előtt tűzzetek ki közös pénzügyi célokat, amiket együtt el akartok érni. Ilyen lehet például maga az esküvő és a nászút finanszírozása. Nyissatok egy közös számlát és tegyetek oda félre mindketten egy meghatározott összeget. (Logikusan: a szükséges összeg osztva a hátralévő hónapok számával.)</w:t>
      </w:r>
    </w:p>
    <w:p>
      <w:r>
        <w:t>Ha nem megy, le kell ülni és közösen megbeszélni, hol van a probléma? Alacsony bevételek, rossz szokások, túlzó költekezés? Hogyan tudtok ezen változtatni?</w:t>
      </w:r>
    </w:p>
    <w:p>
      <w:r>
        <w:t>Csinálhattok közösen egy büdzsét, vagyis megtervezhetitek előre, mire fogjátok elkölteni a havi bevételeiteket és mennyit fogtok félretenni. Ez azért is fontos, mert fiatal korban a bevételetek még általában kevés, ellenben a kiadás sok lehet az életkezdés miatt. Ha pedig jönnek a gyerekek, akkor még az egyik fizetés is kiesik. Úgyhogy nyilván nem fogjátok megúszni a költségvetés tervezését az első években, jobb elkezdeni már a házasság előtt.</w:t>
      </w:r>
    </w:p>
    <w:p>
      <w:r>
        <w:t>Azért is jó ezeket a dolgokat előrehozni a házasság előtt, mert van idő felkészülni, nem élesben kell pénzügyi döntéseket hozni tapasztalat nélkül.</w:t>
      </w:r>
    </w:p>
    <w:p>
      <w:r>
        <w:t>Sokkal jobb lesz így a házasságotok, ha már a pénzügyi területen is közös nevezővel vágtok bele, vagy legalább tisztában vagytok a különbözőségekkel.</w:t>
      </w:r>
    </w:p>
    <w:p>
      <w:r>
        <w:t>Mázel tov és sok boldogságot a sikeres közös élethez.</w:t>
      </w:r>
    </w:p>
    <w:p>
      <w:pPr>
        <w:pStyle w:val="Heading2"/>
      </w:pPr>
      <w:r>
        <w:t>Az esküvő ára és a házasság értéke</w:t>
      </w:r>
    </w:p>
    <w:p>
      <w:r>
        <w:t>Az esküvő megszervezése már önmagában is közös pénzügyi döntés. A nagy felhajtás azonban nem garancia arra, hogy a házasság is jól működik majd.</w:t>
      </w:r>
    </w:p>
    <w:p>
      <w:r>
        <w:t>Egy Tamástól kapott tanulmány azt vizsgálta, hogy milyen összefüggés van a jegygyűrűre és az esküvőre elköltött pénz valamint a házasság tartóssága között.</w:t>
      </w:r>
    </w:p>
    <w:p>
      <w:r>
        <w:t>Az esküvő-ipar hatalmas üzlet az Egyesült Államokban is, évente 50 milliárd dolláros piacról van szó. Egy átlagos amerikai esküvő néhány dollár híján 30 ezer dollárba került az Egyesült Államokban 2013-ban. Míg 1959-ben kéthónapos felkészülést javasoltak az esküvőre és 22 pontos listát írtak a tennivalókról, 1990-ben ugyanaz az esküvői magazin már egyéves felkészülést tartott fontosnak és 44 pontos listát írt a tennivalókról.</w:t>
      </w:r>
    </w:p>
    <w:p>
      <w:r>
        <w:t>A század közepén még csak az eljegyzési gyűrűk 10%-ában volt gyémánt, a század végére már 80%-a volt gyémánttal kiegészítve.</w:t>
      </w:r>
    </w:p>
    <w:p>
      <w:r>
        <w:t>Nagy a nyomás a házasulandó feleken, hogy nagy rongyrázást csapjanak az esküvő alkalmából, de vajon tartósabb lesz-e az a házasság, amire sokat költöttek, mint amit kevés pénzből szerveztek meg?</w:t>
      </w:r>
    </w:p>
    <w:p>
      <w:r>
        <w:t>A tanulmány készítői egy 40 kérdéses listát töltettek ki több mint háromezer emberrel.</w:t>
      </w:r>
    </w:p>
    <w:p>
      <w:r>
        <w:t>Azok, akik 2 és 4 ezer dollárt költöttek eljegyzési gyűrűre, 30%-kal nagyobb eséllyel váltak el, mint akik csak 500 és 2000 dollár között költöttek rá.</w:t>
      </w:r>
    </w:p>
    <w:p>
      <w:r>
        <w:t>Legkisebb mértékben azok váltak el, akik ezer dollár alatt költöttek az esküvőre, azok akik 20 ezer dollárnál többet költöttek a "nagy napon", 1,6-szor nagyobb eséllyel váltak el, mint azok, akik csak 5 és 10 ezer dollárt költöttek ugyanerre.</w:t>
      </w:r>
    </w:p>
    <w:p>
      <w:r>
        <w:t>A nagy korkülönbség és a végzettségben lévő nagy különbség is a házasság felbomlását segítette elő. (Érdekes módon a különböző rasszok közötti házasság sokkal nehezebben bomlott fel, mint ha nagy volt a különbség az iskolai végzettségben.) A magas jövedelem, közös gyerek, vallási szertartás rendszeres látogatása csökkentette a válás esélyét. Sőt, érdekes módon, akik voltak nászúton, azok is kisebb arányban válnak el.</w:t>
      </w:r>
    </w:p>
    <w:p>
      <w:r>
        <w:t>Akik többet költöttek eljegyzési gyűrűre és az esküvőre, nem meglepő módon sokkal nagyobb számban számoltak be az adósság miatti stresszről, mint akik kevesebbet költöttek el.</w:t>
      </w:r>
    </w:p>
    <w:p>
      <w:r>
        <w:t>Érdekes a felmérés, hogy vajon miért válnak el hamarabb azok, akik sok pénzt költenek az esküvőre, főleg ha minél nagyobb egy család bevétele, az pont a házasság fennmaradását erősíti.</w:t>
      </w:r>
    </w:p>
    <w:p>
      <w:r>
        <w:t>Talán az az oka, hogy akiknek a látszat és a felhajtás a fontos, azok felszínesebb és/vagy éretlenebb emberek, ezért hamarabb döntenek egy házasság felrúgása mellett.</w:t>
      </w:r>
    </w:p>
    <w:p>
      <w:r>
        <w:t>Az is érdekes, hogy akik ultra smucig módon oldották meg a lakodalmukat, valószínűleg a helyi McDonald's-ben (nem tudom, hol máshol jönne ki ezer dollár alatt egy esküvő az Egyesült Államokban), azoknak a házassága az átlagnál sokkal tartósabb. Bár gyanítom, hogy a legtöbb ilyen párnál nem is volt semmilyen lakodalom, maximum egy gyors ebéd a közvetlen rokonok körében.</w:t>
      </w:r>
    </w:p>
    <w:p>
      <w:pPr>
        <w:pStyle w:val="Heading2"/>
      </w:pPr>
      <w:r>
        <w:t>Mit mutatnak a házasságról szóló felmérések</w:t>
      </w:r>
    </w:p>
    <w:p>
      <w:r>
        <w:t>Nem csak az esküvőre költött pénzt vizsgálták a kutatók. Az anyagi helyzet, a keresetek különbsége és a pénzügyi viták is kapcsolatban állhatnak a házasság tartósságával. Az összefüggés azonban nem automatikusan ok és okozat.</w:t>
      </w:r>
    </w:p>
    <w:p>
      <w:r>
        <w:t>Minél többet keres egy család, annál inkább együtt marad.</w:t>
      </w:r>
    </w:p>
    <w:p>
      <w:r>
        <w:t>Azonban itt mindjárt fontos megjegyezni, hogy nem biztos, hogy közvetlen ok-okozati összefüggés van az adatokban. Az alacsony iskolázottságúak hamarabb házasodnak és kevesebbet is keresnek. A magasabb iskolázottságúak jellemzően többet keresnek, viszont a szociális és problémamegoldó képességeik is fejlettebbek, mint azok, akik nyolc osztályt végeztek csak, ami tartósabbá tehet egy kapcsolatot. Tehát minél nagyobb egy család bevétele, annál tartósabb a házasság. De nem biztos, hogy ezért vagy csak ezért.</w:t>
      </w:r>
    </w:p>
    <w:p>
      <w:r>
        <w:t>Természetesen ha minél kevesebb a mindennapos anyagi probléma és minél kényelmesebben élnek az emberek, annál inkább jobban érzik magukat az adott szituációban, így a házasságban is.</w:t>
      </w:r>
    </w:p>
    <w:p>
      <w:r>
        <w:t>A rendszeresen istentiszteletre járók fele akkora eséllyel válnak el, azonban érdekes módon a rendszertelenül istentiszteletre járók nagyobb eséllyel, mint azok, akik egyáltalán nem járnak ilyen helyre.</w:t>
      </w:r>
    </w:p>
    <w:p>
      <w:r>
        <w:t>Minél fontosabb a partner anyagi helyzete vagy kinézete a kapcsolat elején, annál inkább végződik válással egy házasság. A férfiaknál a kinézet esetén másfélszeres a válási ráta, a nőknél az anyagi helyzet miatt 1,6×-os a válási ráta azokhoz képest, akik ezt nem gondolják annyira fontosnak.</w:t>
      </w:r>
    </w:p>
    <w:p>
      <w:r>
        <w:t>Minél többen voltak az esküvőn, annál tartósabb a házasság (a feltételezett magyarázat a családi kötelékek és a támogatás), viszont minél drágább volt az esküvő, annál nagyobb az esély a válásra.</w:t>
      </w:r>
    </w:p>
    <w:p>
      <w:r>
        <w:t>Szintén az anyagi helyzettel függ össze, hogy akik elmentek nászútra, 41%-kal kevésbé váltak el.</w:t>
      </w:r>
    </w:p>
    <w:p>
      <w:r>
        <w:t>Mi a helyzet a házasságon belüli anyagi különbségekkel? Mennyire befolyásolja a házasságot például, ha a nő lényegesen többet keres mint a férfi?</w:t>
      </w:r>
    </w:p>
    <w:p>
      <w:r>
        <w:t>A svéd házasságok csak 7%-ában keres lényegesen többet a nő egy felmérés szerint és 45%-ában kevesebbet keres, mint az összbevétel 40%-a. Ha nő bevétele több mint az összbevétel 60%-át teszi ki, 1,9-szeres az esély a válásra ahhoz képest, mint ha csak 20% alatt járulna hozzá a családi költségvetéshez.</w:t>
      </w:r>
    </w:p>
    <w:p>
      <w:r>
        <w:t>A párok minél magasabb iskolai végzettséggel rendelkeztek, annál nagyobb eséllyel maradtak együtt. Érdekes módon ha a férfi volt tanultabb, az nem jelentősen, de emelte a válás kockázatát, ha a nő, az viszont jelentősen csökkentette.</w:t>
      </w:r>
    </w:p>
    <w:p>
      <w:r>
        <w:t>Az amerikai adatokat alapul véve leginkább a táncosok, a bárosok és a masszőrök válnak el, legtartósabb házasságra pedig az agrármérnökök számíthatnak. A legtöbb válókeresetet január 12-e környékén nyújtják be, az ünnepi együttlét után. Ha iskolában ismerkedtél meg a pároddal, akkor az átlagnál 41%-kal kisebb eséllyel fogsz elválni, ha azonban egy szórakozóhelyen, akkor 24%-kal nagyobb eséllyel. Ha a szüleidnek jó volt a házassága, a statisztika szerint 14%-kal kisebb eséllyel válsz el te is, ha azonban mindkét szülődnek már volt előtte házassága, majdnem dupla akkora az esélye, hogy te is el fogsz válni.</w:t>
      </w:r>
    </w:p>
    <w:p>
      <w:r>
        <w:t>Azok, akik legalább hetente egyszer veszekednek anyagi kérdések miatt, 30%-kal nagyobb eséllyel válnak el, mint azok, akik ritkábban vitatkoznak az anyagi dolgok miatt.</w:t>
      </w:r>
    </w:p>
    <w:p>
      <w:r>
        <w:t>A házastársak legtöbbet a pénz miatt veszekednek egy felmérés szerint, a második leggyakoribb ok az idegesítő szokások. Vicces módon az emberek 34%-a tartja magát megtakarítónak és költekezőnek a párját, míg fordítva csak 13% vallja ezt magáról. Akárhogy is, a kapcsolatok közel felében a saját meglátásuk szerint másként gondolkodik az egyik fél a pénzről, mint a párja.</w:t>
      </w:r>
    </w:p>
    <w:p>
      <w:r>
        <w:t>A partnerek 20%-a titkolt már el 500 dollárnál nagyobb költést a párja elől és 36%-uk még nagy vásárlások előtt sem kéri ki a partnere véleményét.</w:t>
      </w:r>
    </w:p>
    <w:p>
      <w:r>
        <w:t>Az emberek 55%-a szerint a legvonzóbb anyagi tulajdonság egy lehetséges partnerben ha erős a megtakarítási képessége vagy jó a pénz beosztásában.</w:t>
      </w:r>
    </w:p>
    <w:p>
      <w:pPr>
        <w:pStyle w:val="Heading1"/>
      </w:pPr>
      <w:r>
        <w:t>Közös élet közös pénzügyi döntések</w:t>
      </w:r>
    </w:p>
    <w:p>
      <w:pPr>
        <w:pStyle w:val="Heading2"/>
      </w:pPr>
      <w:r>
        <w:t>Hogyan jussatok közös nevezőre</w:t>
      </w:r>
    </w:p>
    <w:p>
      <w:r>
        <w:t>A válások közel 75%-a közvetlenül, vagy közvetve az anyagi problémák miatt van, mégis ez az egyik legfontosabb terület, ahol nem képesek kommunikálni egymással a házastársak. Ezért fontos végiggondolni, hogyan kezeljék a házastársak a pénzügyeiket. Amennyiben ebben sikeresek vagytok, sokkal nagyobb eséllyel lesz kiegyensúlyozott és boldog a házasságotok.</w:t>
      </w:r>
    </w:p>
    <w:p>
      <w:r>
        <w:t>A probléma gyökere, hogy három dologra nem készítenek fel bennünket az életben, hiába neveltek a szüleink és töltjük lassan az életünk egynegyedét az oktatási intézményekben:</w:t>
      </w:r>
    </w:p>
    <w:p>
      <w:r>
        <w:t>- A jó párválasztás és a sikeres házasság titkaira. Meg is lehet nézni a válási statisztikákat és a házasságkötések számának drasztikus esését.</w:t>
      </w:r>
    </w:p>
    <w:p>
      <w:r>
        <w:t>- A gyereknevelés tudományára. Ezért aztán megszületnek a gyerekek és mindenki úgy neveli őket, ahogy éppen eszébe jut. Vagy ahogy az apja-anyja nevelte őt, legyen az bármennyire is rossz modell.</w:t>
      </w:r>
    </w:p>
    <w:p>
      <w:r>
        <w:t>- A pénzzel való bánásra. Ennek megfelelően az emberek 87%-a nem rendelkezik még egyhavi megtakarítással sem, ellenben 400 ezer magyar családnak van 3 vagy még több hitele és 850 ezer honfitársunk aktív KHR (BAR) listás, vagyis legalább 96 ezer forinttal tartozik legalább három hónapja legalább egy banknak.</w:t>
      </w:r>
    </w:p>
    <w:p>
      <w:r>
        <w:t>A házasságtársak gyakran nem tudják őszintén megbeszélni a pénzügyi kérdéseket. Amikor aztán mégis, még az utca végén is hallják őket és a tányérok törését is és inkább lehet veszekedésnek hívni a dolgot, mint megbeszélésnek.</w:t>
      </w:r>
    </w:p>
    <w:p>
      <w:r>
        <w:t>Ezért lenne fontos közös nevezőre jutni a pénzügyek területén is. Amikor két ember összekerül, az esetek zömében két különféle nevelést kaptak, amit esetleg nem is tudatosítanak magukban. Az egyik bár szórja a pénzt, de sóher az olyan dolgokban, ami a másiknak fontos lenne, például egy szép nyaralás. A másik takarékos és mindig kiakad a másik pénzköltésén. Az egyiknek a látszat számít és a többi ember véleménye (ezért akar például új és nagy autót), a másiknak a praktikum és felesleges pénzkidobásnak tart mindent, aminek nincs racionális indoka.</w:t>
      </w:r>
    </w:p>
    <w:p>
      <w:r>
        <w:t>(Arról már említést sem merek tenni, hogy nincs férfi a világon, aki megértené, miért kell minden ruhához külön cipő és minden cipőhöz külön táska. De szintén kevés olyan nő van, aki megérti, mi szükség van egy új okostelefonra, csak azért, mert nagyobb a kijelzője és gyorsabb a processzora, mint a mostaninak.)</w:t>
      </w:r>
    </w:p>
    <w:p>
      <w:r>
        <w:t>Az esetek nagy részében nem csak különbözőek a pénzügyi neveltetésünk, de legtöbbször teljesen hibás is.</w:t>
      </w:r>
    </w:p>
    <w:p>
      <w:r>
        <w:t>Ezért egyszerre kellene feloldani a különbözőségeket, megtanulni kommunikálni a család anyagi életéről és megtalálni a helyes utat a sikeres pénzügyekhez.</w:t>
      </w:r>
    </w:p>
    <w:p>
      <w:r>
        <w:t>Ha sikerült a család anyagi helyzetét katasztrofális helyzetbe hozni akár egyik, akár mindkét fél hibájából, akkor is nem a másik hibáztatása és a hibák felhánytorgatása fogja elhozni a megoldást.</w:t>
      </w:r>
    </w:p>
    <w:p>
      <w:r>
        <w:t>Gondoltál már arra, hogy leülj a házastársaddal és közösen átnézzétek, mire mennyit költöttetek ebben a hónapban, közösen átnézzétek a számlákat és azt, hogy mennyi pénz maradt hónap végén? Esetleg arra, hogy ezt minden hónapban megtegyétek, de nem csak utólag, hanem közösen megbeszéljétek előre, mire mennyit szántok a következő hónapban? Hogy megvitassátok, mire kell és mire lehet költeni? Hogy hol lehetne egy kis pénzt megfogni, amit el tudtok tenni mondjuk nyugdíjcélra?</w:t>
      </w:r>
    </w:p>
    <w:p>
      <w:r>
        <w:t>Nem véletlenül mondja a Biblia, hogy hogyan járhatnának ketten egy úton, ha előtte meg nem egyeztek. Te valaha megegyeztél már a házastársaddal, hogyan kezeljétek a pénzt és hozzatok közösen pénzügyi döntéseket? (Az emberek 95%-a sehogy nem kezeli a pénzt és semmilyen pénzügyi döntést nem hoz. Költi, amíg tart a pénz, amikor elfogyott, megpróbál kitalálni valamit. Úgyhogy már ez az egy lépés egyszerre fogja forradalmasítani a pénzügyi életedet és megújítani a házasságodat.)</w:t>
      </w:r>
    </w:p>
    <w:p>
      <w:r>
        <w:t>Az egy nagy hiba, hogy csak az egyik fél kezeli és osztja be a pénzt. Ez egy olyan fontos része az életnek és a közös életnek is, hogy nem lehet az egyik felet teljesen kizárni belőle, még ha kényelmességből ő bele is egyezik.</w:t>
      </w:r>
    </w:p>
    <w:p>
      <w:r>
        <w:t>Ha a család pénzügyeinek rendbe hozása a cél, akkor érdemes három hónapra felosztani az ütemezést.</w:t>
      </w:r>
    </w:p>
    <w:p>
      <w:r>
        <w:t>Az első hónap a „minden fillért” hónapja. Egy hónapig mindenki írja a költéseit az utolsó fillérig és nap végén közösen felviszitek egy táblázatba otthon. Itt a lényeg a minden filléren van, mert a legtöbb pénzt nem a gázszámla viszi el, hanem a sok apró-cseprő napi kiadás az üdítővásárlástól a munkahelyi ebédig.</w:t>
      </w:r>
    </w:p>
    <w:p>
      <w:r>
        <w:t>Vigyázz, ebben a hónapban tilos kritizálni a másik költéseit, vagy veszekedni csak azért, mert megtudtad, mi minden szerinted felesleges dologra költ a párod. (Egyébként is a kritizálás a buta emberek szokása. Semmit nem érsz el vele, csak a kapcsolatodat mérgezed napról-napra. Ne felejtsd el a mondást: Kritizálni minden bolond tud és minden bolond meg is teszi.)</w:t>
      </w:r>
    </w:p>
    <w:p>
      <w:r>
        <w:t>A legjobb az lenne, ha semmiben nem változtatnátok a költési szokásotokon, annak ellenére, hogy elkezdtétek írni. (Nem lesz könnyű, mert sokkoló lesz látni leírva, mennyit költesz péksütire, nasira, vagy egyéb felesleges dologra.)</w:t>
      </w:r>
    </w:p>
    <w:p>
      <w:r>
        <w:t>A második hónapban csináljatok egy „csak a legszükségesebbet” hónapot. Ebben a hónapban döntsétek el, hogy egész hónapban csakis a legszükségesebb dolgokra költötök, semmi olyanra, ami ezen túl van. A munkahelyi ebéd helyett vigyél otthonról ebédet, a büfében való kávézás helyett vigyél be instant kávét, ruhát is csak akkor vegyetek, ha tényleg szükséges. Felejtsétek el a moziba és az étterembe járást abban a hónapban. (Azt, hogy mi a tényleg szükséges kategória, közösen határozzátok meg. Szokj rá, hogy megkérdezed a házastársad véleményét is és közösen hoztok döntéseket.)</w:t>
      </w:r>
    </w:p>
    <w:p>
      <w:r>
        <w:t>A második hónap végén látni fogjátok a kontrasztot a szokásos és a szükséges költés között. (Arra is gondolj, hogy a fix, szükségesnek ítélt költéseidből is sokat lehet még faragni, például egy olcsóbb kábeltévé, vagy internetcsomaggal. De ezzel még ne törődjetek a második hónapban.)</w:t>
      </w:r>
    </w:p>
    <w:p>
      <w:r>
        <w:t>Így már sokkal elfogadhatóbb és érthetőbb lesz mindkettőtök számára, hogy mennyit tudtok megtakarítani a havi költésetekből.</w:t>
      </w:r>
    </w:p>
    <w:p>
      <w:r>
        <w:t>Már csak azt kell megbeszélnetek, hogy miért tegyétek ezt. Közösen tűzzetek ki célokat, amik motiválóan hatnak mindkettőtökre. Kifizessétek a hitelkártya-tartozásotokat, idő előtt tudjátok törleszteni a lakáshiteleteket, félretegyetek a nyugdíjatokra, vagy el tudjatok menni egy szép nyaralásra.</w:t>
      </w:r>
    </w:p>
    <w:p>
      <w:r>
        <w:t>Arra vigyázz, hogy nem lehet minden hónapban a minimumon élni, mert egy idő után besokallsz. Természetesen, ha ég a ház a sok hiteltartozás miatt, akkor pár hónapig ez elfogadható, amíg nem rendeződik valamelyest a helyzet. De utána fontos, hogy ne felejtsd el élvezni is az életet, de csak azon a szinten, amit megengedhetsz magadnak. Ha hiteleid voltak, az a legjobb fokmérője annak, hogy eddig többet költöttél, mint amennyit lehetett volna. Vagy a bevételeidet növeld meg, vagy a vágyaidat igazítsd a bevételeidhez.</w:t>
      </w:r>
    </w:p>
    <w:p>
      <w:r>
        <w:t>Így a harmadik hónap előtt közösen hozhattok egy tervet, hogy mire mennyit fogtok költeni és mennyit fogtok félretenni, vagy a hitelek visszafizetésére fordítani. Itt a hangsúly azon van, hogy a hónap előtt már megtervezitek, mennyi fog elmenni élelmiszerre, ruhára, utazásra, stb. Ehhez egy egyszerű táblázat is segítség: külön sorba kerüljenek a bevételek, az egyes kiadások és a megtakarítások.</w:t>
      </w:r>
    </w:p>
    <w:p>
      <w:r>
        <w:t>Ha ezen a fontos területen, a pénzügyekben végre kialakul közöttetek az egyetértés és a tervszerűség, ha felismeritek az anyagi problémáitokat és közösen tesztek ellene, az forradalmi változást fog hozni az életetekben.</w:t>
      </w:r>
    </w:p>
    <w:p>
      <w:pPr>
        <w:pStyle w:val="Heading2"/>
      </w:pPr>
      <w:r>
        <w:t>Közös kassza vagy külön kassza</w:t>
      </w:r>
    </w:p>
    <w:p>
      <w:r>
        <w:t>Párkapcsolatokban az egyik legnagyobb kérdés a közös kassza vagy külön kassza kérdése. Az élettársak vagy házastársak megoldásai egy nagyon széles skálán helyezkednek el a teljesen elszeparált pénzügyi élettől a teljesen közös kasszáig.</w:t>
      </w:r>
    </w:p>
    <w:p>
      <w:r>
        <w:t>(Párkapcsolat alatt az elkötelezett, tartós kapcsolatot értem, leginkább a házasságot, vagy a közös gyerek vállalását, mert ahol még a komoly elkötelezettség sincs meg egymás felé, miért pont a pénzügyek lennének közösek.)</w:t>
      </w:r>
    </w:p>
    <w:p>
      <w:r>
        <w:t>Személyes ismeretségi körömben van olyan, ahol a feleség megkéri a férjet, hogy hozzon egy doboz tejfölt a boltból és utána kifizeti azt a férjének. Ez nekem már-már szürreális egy házasságon belül, ez inkább egymás mellett élés, mint együttélés. De ez csak az én véleményem.</w:t>
      </w:r>
    </w:p>
    <w:p>
      <w:r>
        <w:t>Nem akarván eldönteni, melyik lenne az ideális megoldás, érdemes inkább megnézni egy felmérést a témában.</w:t>
      </w:r>
    </w:p>
    <w:p>
      <w:r>
        <w:t>Vannak példák hosszú házasságra abban az esetben is, ha a pénzügyeiket teljesen külön kezelik a házastársak és találunk rövid és viharos házasságokat akkor is, ha minden fillér sorsáról együtt döntenek a házastársak.</w:t>
      </w:r>
    </w:p>
    <w:p>
      <w:r>
        <w:t>(Fontos, hogy az átlagból nem lehet általánosítani! A következő dolgok is csak az átlagot mutatják be, amitől van eltérés egyedi esetekben. Kinek ez működik, kinek az, vagy fordítva, bár így vagy úgy csinálják, csak éppen nem működik, akár bevallják maguknak, akár nem.)</w:t>
      </w:r>
    </w:p>
    <w:p>
      <w:r>
        <w:t>Egy felmérés azt vizsgálta, boldogoknak tartják-e magukat a felek a házasságban szeparált és közös pénzügyek esetén.</w:t>
      </w:r>
    </w:p>
    <w:p>
      <w:r>
        <w:t>Azt találták, minél inkább közösek a pénzügyek, annál inkább vallják magukat boldognak a házastársak. 95 és 100% közötti közös pénzügyek esetén nem volt különbség a boldogság faktorban, azonban a különbség már igen markáns 70 és 80%-os közös pénzügyek esetén is.</w:t>
      </w:r>
    </w:p>
    <w:p>
      <w:r>
        <w:t>A nagy kérdés, hogy a közös pénzügyek okai a boldogságnak, vagy csak jelzései annak, hogy a kapcsolat jól vagy rosszul működik?</w:t>
      </w:r>
    </w:p>
    <w:p>
      <w:r>
        <w:t>Valószínű, hogy inkább csak jelzik a problémát, mintsem kiváltanák azt.</w:t>
      </w:r>
    </w:p>
    <w:p>
      <w:r>
        <w:t>Egy válságban lévő kapcsolatban eleve a felek megpróbálják kivonni minél inkább a jövedelmüket a közös kasszából, készülve az elkerülhetetlenre. Szeparált pénzügyek esetén akkor is többet veszekednek a felek a pénz miatt, ha egyébként rendben van a kapcsolatuk. Ki mennyit ad bele, mennyit vesz ki belőle, mennyire állja a saját részét, ezt így gondolja-e a másik is? Közös pénzügyek esetén ilyen veszekedések nincsenek. (Persze ott is lehet veszekedni azon, túl sokat költ-e a másik vagy éppen túl fukar-e. De az már egy másik szint, hiszen az alapok közösek.)</w:t>
      </w:r>
    </w:p>
    <w:p>
      <w:r>
        <w:t>Külön választott pénzügyek esetén sokkal könnyebb az elsétálás, közös pénzügyek esetén a felek sokkal több erőfeszítést tesznek (kénytelenek tenni) a kapcsolatért a nehéz időkben. Sokan erre gondolva vagy készülve sem teszik közössé a pénzügyeiket.</w:t>
      </w:r>
    </w:p>
    <w:p>
      <w:r>
        <w:t>Gyakran azért van elválasztva a felek pénzügyi élete, mert nem illenek össze. Egy vásárlási mániás házasodott össze egy fukarral és ilyenkor inkább külön számlán élnek, csak hogy ne kelljen beszélgetni az elefántról a nappali közepén. Csináljunk úgy, mintha ott sem lenne, ha külön kasszán vagyunk, nem kell beszélnünk a problémáról.</w:t>
      </w:r>
    </w:p>
    <w:p>
      <w:r>
        <w:t>Pedig beszélni kellene róla. A túlzott takarékosság és a költekezés közötti ellentétre is lehet közös megoldást találni.</w:t>
      </w:r>
    </w:p>
    <w:p>
      <w:r>
        <w:t>Hasonló ok a külön számlára, hogy nem tudnak megegyezni a közös célokról, ezért inkább nem lesz közös céljaik, mindenki magának osztja be a pénzt. Esetleg nem bízik az egyik a másikban, mert az titokban sok pénzt elver a hóbortjaira és akkor inkább költse csak a saját pénzéből, mint az enyémből is.</w:t>
      </w:r>
    </w:p>
    <w:p>
      <w:r>
        <w:t>Ennek ellenére az elszeparált vagy csak részben közös pénzügyekkel is remekül tud működni egy kapcsolat, ha az mindkét félnek megfelelő.</w:t>
      </w:r>
    </w:p>
    <w:p>
      <w:r>
        <w:t>Itt azonban rengetegen elrontják. Ha van egy túl erős egyéniség a kapcsolatban, aki ráerőlteti az akaratát a másikra, a másik egy rövid idő után inkább visszavonul és mindent ráhagy, mert nincs kedve állandóan veszekedni. Ezt a domináns fél tévesen beleegyezésnek veszi, pedig csak az értelmetlenné vált ellenkezés hiánya ez és nem a beleegyezésé.</w:t>
      </w:r>
    </w:p>
    <w:p>
      <w:r>
        <w:t>Ilyenkor gyűlik az indulat elfojtva és egyszer elementáris erővel kitör és azonnal romokba taszítja a kapcsolatot. A domináns fél nem érti, mi történt, látszólag minden rendben volt éveken vagy évtizedeken át és a másik fél mindig mindenbe beleegyezett. Hát egyáltalán nem, csak annyira elnyomtad, hogy már ellenkezni sem hagytad.</w:t>
      </w:r>
    </w:p>
    <w:p>
      <w:r>
        <w:t>Úgyhogy legyél biztos abban, hogy tényleg összhang van közöttetek és nem csak uralkodó és behódolt szerepkörök.</w:t>
      </w:r>
    </w:p>
    <w:p>
      <w:r>
        <w:t>A legegyszerűbb módja az összhangnak, ha beszélgettek. Mindenről. A tervekről, a gyereknevelési kérdésekről, a pénzről, a költésekről. Mi a jó nektek, a közös kassza, részben közös kassza vagy a szeparált pénzügy?</w:t>
      </w:r>
    </w:p>
    <w:p>
      <w:r>
        <w:t>Ha kell, hozzatok mindketten kompromisszumokat. Mert a jó házasságnak két titka van: a folyamatos kommunikáció és az örökös kompromisszumkészség mindkét fél részéről az élet minden területén.</w:t>
      </w:r>
    </w:p>
    <w:p>
      <w:pPr>
        <w:pStyle w:val="Heading2"/>
      </w:pPr>
      <w:r>
        <w:t>Ha az egyik sokkal többet keres</w:t>
      </w:r>
    </w:p>
    <w:p>
      <w:r>
        <w:t>A közös kassza kérdése különösen élesen merül fel, ha az egyik fél keresete többszöröse a másikénak. A több pénz azonban nem jelent több jogot a közös élet irányítására.</w:t>
      </w:r>
    </w:p>
    <w:p>
      <w:r>
        <w:t>Egy ideális világban az összekerülő párok ugyanazzal a családi és anyagi háttérrel rendelkeznek, ugyanannyi vagyont hoztak a házasságba és közel ugyanannyit is tesznek hozzá a bevételhez havonta.</w:t>
      </w:r>
    </w:p>
    <w:p>
      <w:r>
        <w:t>A valódi világban ez a legritkább esetben van így.</w:t>
      </w:r>
    </w:p>
    <w:p>
      <w:r>
        <w:t>A gazdag vállalkozó gyereke, aki mindent megkapott egész életében, természetes a számára, hogy évente többször is külföldön nyaralnak összekerül a négygyerekes értelmiségi szülők gyerekével, akinek az egész gyerekkora a beosztásról és a lemondásról szólt.</w:t>
      </w:r>
    </w:p>
    <w:p>
      <w:r>
        <w:t>S akkor még ott van annak a lehetősége is, hogy bár hasonló anyagi háttérből érkeztek, de teljesen más felfogásúak, mi fontos az életben és mire kell és mire felesleges pénzt költeni. Az egyik pénzszóró, a másik takarékos. (A másik fél szemszögéből ugyanez úgy néz ki, hogy ő arra használja a pénzt, amire való, míg a másik zsugori. )</w:t>
      </w:r>
    </w:p>
    <w:p>
      <w:r>
        <w:t>Gyakori probléma szokott lenni az is, hogy az egyik fél lényegesen többet keres, mint a másik, gyakran négyszer-ötször is többet. Ez még nem lenne önmagában probléma, ha önmagukat, mint párt egyként látnák és nem két független emberként, ahol az egyik sokkal többet tesz bele a közösbe, mint a másik.</w:t>
      </w:r>
    </w:p>
    <w:p>
      <w:r>
        <w:t>Azonban gyakran ez utóbbi a helyzet és egy idő után a több pénzt hazahozó úgy kezd el beszélni, hogy a házam, az autóm, vettem egy nyaralót. Ha pedig a másik vesz magának egy autót a saját pénzéből, akkor az pedig az autónk lesz. Számon kéri a másikat, ha az túl sokat költött valamire, de ő nem számol el, hiszen úgyis ő keresi a több pénzt. A másik ne költse az ő pénzét, ahhoz meg nincs köze, hogy a sajátjával mit csinál. A házimunkában vagy a gyereknevelésben nem segít, mert éppen elég, hogy ő hozza haza a pénzt.</w:t>
      </w:r>
    </w:p>
    <w:p>
      <w:r>
        <w:t>(S ha azt gondolnánk, hogy a férfi az, aki a pénzt hozza a házhoz, az igazság az, hogy ez már kezd megváltozni s ennek oka, hogy a nők között gyakran több a diplomás és így akár többet is kereshetnek. Az Egyesült Államokban már a kapcsolatok 24%-ában a nő az, aki a több pénzt hozza haza, ez az érték még csak 7% volt 1970-ben. A párok közel kétharmadánál van komoly különbség a jövedelemben.)</w:t>
      </w:r>
    </w:p>
    <w:p>
      <w:r>
        <w:t>Amikor már valaki így beszél, az már egy intő jel, hogy valami komoly probléma van. Első pillanatra a probléma pénzügyinek tűnik, de nem sok köze van a pénzhez.</w:t>
      </w:r>
    </w:p>
    <w:p>
      <w:r>
        <w:t>Egy gyülekezeti pásztor mesélte, hogy kezdő ifjú korában, amikor jöttek a párok hozzá tanácsadásra, mert problémák voltak a kapcsolatban, mindig azt tanácsolta, hogy akkor tedd el a zoknidat, ne hagyd szét, tedd vissza a fogkrémet a pohárba vagy főzzél neki vacsorát, vagy éppen mit soroltak fel a párok a probléma és a veszekedések okának.</w:t>
      </w:r>
    </w:p>
    <w:p>
      <w:r>
        <w:t>Aztán egyszer leesett neki a tantusz. Nem az a probléma, hogy valaki széthagyja a zokniját, nem teszi vissza a fogkrémet a helyére vagy nem főz vacsorát. A probléma az, hogy a párok már nem szeretik egymást és ez csapódik le a hétköznapi, ostoba veszekedésekben. Amikor erre rájött, már lett értelme a tanácsainak. Azt javasolta a pároknak, hogy a probléma gyökerét kezeljék és ne az ágait (vagyis a probléma megnyilvánulásait) akarják visszametszeni.</w:t>
      </w:r>
    </w:p>
    <w:p>
      <w:r>
        <w:t>Szerintem az eltérő keresetekből fakadó problémára is gyakran ez a megoldás. Nem az a baj, ha az egyik fél többet keres, hanem amikor ezt már nem akarja megosztani azzal, akivel közös lakcímen élnek. Mert már csak egymás mellett élnek és nem együtt.</w:t>
      </w:r>
    </w:p>
    <w:p>
      <w:r>
        <w:t>Mit tehetsz, hogy megold azt a problémát, amit az eltérő jövedelem okoz, hogy ne jussatok el addig a pontig, amit feljebb írtam?</w:t>
      </w:r>
    </w:p>
    <w:p>
      <w:r>
        <w:t>Sokan nem szeretnek szembenézni azzal a ténnyel, hogy a pénzügyi dolgok, különösen a problémák és különbözőségek jobban befolyásolják a kapcsolatukat, mint a legtöbb egyéb tényező. Ezért kell róluk sokkal többet beszélni, mint a legtöbben azt teszik.</w:t>
      </w:r>
    </w:p>
    <w:p>
      <w:r>
        <w:t>Ha te vagy az, aki a több pénzt hozza haza, fontos, hogy mindig éreztesd a másikkal, hogy ez a ti pénzetek és a ti keresetetek és nem a tiéd. Ne engedd, hogy anyagi bizonytalanságba érezze magát vagy kevesebbnek érezze magát csak azért, mert te többet keresel, mint ő, különösen, ha például a gyerekek miatt keres kevesebbet. (Persze sok olyat láttam már, hogy az egyik fél egyszerűen csak lusta dolgozni és eltartatja magát, valami alibimunkát végezve, ha egyáltalán. A munkát nem vállaló társ kérdésére még visszatérünk. Itt arról van szó, hogy a másik kiveszi a részét a munkából, de lényegesen kevesebbet keres.)</w:t>
      </w:r>
    </w:p>
    <w:p>
      <w:r>
        <w:t>Ne gondold és ne is mondd, hogy neked kell döntened a pénzről, vagy neked több jogod van dönteni a pénzről, mert az a tiéd, hiszen te kerested meg. Mindig vond be a pénzügyi döntésekbe, akkor is, ha nem akarja. Sokan kényelemből inkább lepasszolják a feladatot, ami nagy hiba. De az is, ha hagyod, hogy ezt tegye. Közös az életetek, ezért közösen kell anyagi döntéseket is hozni.</w:t>
      </w:r>
    </w:p>
    <w:p>
      <w:r>
        <w:t>Ha (még) külön kasszán vagytok, beszéljétek meg, ki mennyit tesz bele a közösbe, leginkább a jövedelmével arányosan. Mindig beszéljétek meg, mire mennyit költötök. Ne hozd olyan helyzetbe a másikat, hogy számára túl drága lakást béreltek, túl drága nyaralást terveztek, túl drága étterembe mentek és így tovább. Lehet, hogy nem ellenkezik, de az a rosszabb, amikor nem teszi.</w:t>
      </w:r>
    </w:p>
    <w:p>
      <w:r>
        <w:t>(Már írtam is róla és már sokszor el is kellett mondani személyesen is, hogy az ellenkezés hiánya nem az egyetértés jele. Gyakran az emberek annyira makacsok és fafejűek, hogy a másik már ellenkezni sem akar vele, mert nincs értelme. Azonban az ilyen kapcsolat olyan, mint a kukta, amin el van dugulva a szelep. Nem sípol és nem gőzöl, helyette inkább egyszer csak felrobban és fogalmad sincs, hogy mi történt vele. "A feleségem/férjem megbolondult. Semmi gond nem volt, soha nem vitatkoztunk, egyszer csak szétrobbant a kapcsolatunk, fogalmam sincs, hogy miért.")</w:t>
      </w:r>
    </w:p>
    <w:p>
      <w:r>
        <w:t>Ha pedig te vagy az, aki kevesebbet visz haza, ne törődj bele, hogy a másik egyre inkább úgy beszél a dolgokról, mint a sajátja vagy akármilyen módon érezteti, hogy ő az, aki az anyagi döntéseket meghozhatja, hiszen ő keresi a pénzt. Még az elején fogd meg az ilyen elhajlásokat, mert elértek egy olyan ponthoz, amikor már nem tudod többé visszahajlítani a dolgot, csak eltörni. Ragaszkodj hozzá, hogy beleszólhass a pénz beosztásába, elköltésébe vagy bármilyen egyéb pénzügyi tervezésbe. Ne fogadd el és ne vedd fel a másodrangú szerepet soha. Akkor se, ha rövid távon kényelmesebb sodródni, mint árral szemben úszni.</w:t>
      </w:r>
    </w:p>
    <w:p>
      <w:r>
        <w:t>Folyamatosan beszéljetek a pénzügyi életetekről is. A kommunikáció hiánya szokta megölni a kapcsolatokat. A kapcsolatot, ami az egyik legfontosabb érték az életedben, ennek ellenére sokan hamarabb megszabadulnának a kapcsolatuktól, mint az autójuktól, ha választani kellene és sokan több erőfeszítést tesznek, hogy a kedvenc, haldokló mobiljukat megjavítsák, mint amennyi energiát tesznek a haldokló kapcsolatuk helyreállítására.</w:t>
      </w:r>
    </w:p>
    <w:p>
      <w:r>
        <w:t>Fontos, hogy itt nem arról van szó, ha a másik túl sokat költ a közösből, az egy másik probléma. A pénzügyi bántalmazás egy harmadik, amint fentebb írtam is, ha az egyik fél nem hajlandó dolgozni, az meg egy negyedik, ha mindkettő töklámpa a pénz kezeléséhez és ezért szenvednek anyagilag, az pedig egy ötödik. Itt egyedül az a kérdés, hogyan kezeljétek, ha szükséges, ha az egyik lényegesen többet keres, mint a másik.</w:t>
      </w:r>
    </w:p>
    <w:p>
      <w:pPr>
        <w:pStyle w:val="Heading2"/>
      </w:pPr>
      <w:r>
        <w:t>Ugyanazt gondoljátok a pénzről</w:t>
      </w:r>
    </w:p>
    <w:p>
      <w:r>
        <w:t>Azt könnyű feltételezni, hogy a másik is ugyanúgy látja a helyzetet, mint te. A következő kérdések segítenek kideríteni, valóban így van-e.</w:t>
      </w:r>
    </w:p>
    <w:p>
      <w:r>
        <w:t>Milyen a kommunikáció közöttetek az anyagi területen? Egyetértetek a legfőbb pénzügyi kérdésekben? Mindketten ugyanúgy látjátok a pénzügyi életeteket? Vagy csak azt gondoljátok, hogy a másik is ugyanúgy gondolja a dolgokat?</w:t>
      </w:r>
    </w:p>
    <w:p>
      <w:r>
        <w:t>Töltsétek ki az alábbi kérdőívet külön-külön és vessétek össze a válaszokat egymással. Egy remek alkalom lesz arra, hogy megbeszéljétek, kit mi foglalkoztat legjobban a pénzügyi életetekben és hogyan tudnátok közös nevezőre jutni. Ne felejtsétek, ha nagy eltérések vannak, az igazság általában valahol középen van, a sikeres házasság titka az, hogy mindkettő enged az álláspontjából.</w:t>
      </w:r>
    </w:p>
    <w:p>
      <w:r>
        <w:t>A kérdések:</w:t>
      </w:r>
    </w:p>
    <w:p>
      <w:pPr>
        <w:keepNext/>
      </w:pPr>
      <w:r>
        <w:rPr>
          <w:b/>
        </w:rPr>
        <w:t>Milyen szóval írnád le az anyagi életeteket? (Megfelelő, remek, siralmas, stb.)</w:t>
      </w:r>
    </w:p>
    <w:p>
      <w:r>
        <w:t>A társad melyik szót használná?</w:t>
      </w:r>
    </w:p>
    <w:p>
      <w:r>
        <w:t>Milyen a kommunikáció közöttetek az anyagi kérdésekben? (Elégséges, átlagos, kiváló, csak a rövidtávú kérdéseket beszéljük meg, még azokat sem, stb.)</w:t>
      </w:r>
    </w:p>
    <w:p>
      <w:r>
        <w:t>Házaspárként mi a legfontosabb anyagi cél az életetekben?</w:t>
      </w:r>
    </w:p>
    <w:p>
      <w:r>
        <w:t>Melyik a második?</w:t>
      </w:r>
    </w:p>
    <w:p>
      <w:r>
        <w:t>Melyik volt a legjobb anyagi döntésetek a közös életetekben?</w:t>
      </w:r>
    </w:p>
    <w:p>
      <w:r>
        <w:t>Melyik volt a legrosszabb?</w:t>
      </w:r>
    </w:p>
    <w:p>
      <w:r>
        <w:t>Mi zavarja legjobban a feleséget az anyagi életetekben?</w:t>
      </w:r>
    </w:p>
    <w:p>
      <w:r>
        <w:t>Mi zavarja legjobban a férjet az anyagi életetekben?</w:t>
      </w:r>
    </w:p>
    <w:p>
      <w:r>
        <w:t>Ha egy csoda folytán megváltoztathatnál egy dolgot a pénzügyi hozzáállásotokban, mi lenne az?</w:t>
      </w:r>
    </w:p>
    <w:p>
      <w:r>
        <w:t>Mekkora az az összeg, amit elkölthetsz anélkül, hogy előtte megbeszélnéd a házastársaddal?</w:t>
      </w:r>
    </w:p>
    <w:p>
      <w:pPr>
        <w:keepNext/>
      </w:pPr>
      <w:r>
        <w:rPr>
          <w:b/>
        </w:rPr>
        <w:t>A társam szerint túl sokat költök. (Igaz/hamis)</w:t>
      </w:r>
    </w:p>
    <w:p>
      <w:pPr>
        <w:keepNext/>
      </w:pPr>
      <w:r>
        <w:rPr>
          <w:b/>
        </w:rPr>
        <w:t>A társam túl sokat költ. (Igaz/hamis)</w:t>
      </w:r>
    </w:p>
    <w:p>
      <w:pPr>
        <w:keepNext/>
      </w:pPr>
      <w:r>
        <w:rPr>
          <w:b/>
        </w:rPr>
        <w:t>Megbízom maradéktalanul a társamban anyagi dolgok területén. (Igen/nem)</w:t>
      </w:r>
    </w:p>
    <w:p>
      <w:pPr>
        <w:keepNext/>
      </w:pPr>
      <w:r>
        <w:rPr>
          <w:b/>
        </w:rPr>
        <w:t>Ő megbízik bennem maradéktalanul. (Igen/nem)</w:t>
      </w:r>
    </w:p>
    <w:p>
      <w:r>
        <w:t>Ha kapnék egymillió forintot ajándékba, vagy nem várt bónuszként, mit csinálnék vele?</w:t>
      </w:r>
    </w:p>
    <w:p>
      <w:r>
        <w:t>A párom mit csinálna vele?</w:t>
      </w:r>
    </w:p>
    <w:p>
      <w:r>
        <w:t>Ki felel azért, hogy befektesse a család pénzét?</w:t>
      </w:r>
    </w:p>
    <w:p>
      <w:r>
        <w:t>Mennyit költötök élelmiszerre egy hónapban?</w:t>
      </w:r>
    </w:p>
    <w:p>
      <w:r>
        <w:t>Mennyi volt a legdrágább cipő, amit valaha is megvett a feleséged/párod?</w:t>
      </w:r>
    </w:p>
    <w:p>
      <w:r>
        <w:t>A legdrágább kütyü, amit a férjed vett?</w:t>
      </w:r>
    </w:p>
    <w:p>
      <w:r>
        <w:t>(A kérdés lényege, tisztában vagy-e legalább nagyságrendileg, mennyit költ a párod a csak neki fontos és csak általa használt dolgokra. Nem az összeg nagysága a fontos, hanem hogy a másik tudja-e, mennyi az. Vagyis megbeszélitek-e ezeket a költéseket legalább utólag.)</w:t>
      </w:r>
    </w:p>
    <w:p>
      <w:r>
        <w:t>Mindent ideértve, amire valaha pénzt költöttetek, mi tette a legboldogabbá a férjed/párod?</w:t>
      </w:r>
    </w:p>
    <w:p>
      <w:r>
        <w:t>Mindent ideértve, amire valaha pénzt költöttetek, mi tette a legboldogabbá a feleséget?</w:t>
      </w:r>
    </w:p>
    <w:p>
      <w:r>
        <w:t>Ha merőben eltérő válaszokat adtatok, érdemes közösen megbeszélni, hogyan tudnátok javítani a pénzügyi kommunikációtokban.</w:t>
      </w:r>
    </w:p>
    <w:p>
      <w:pPr>
        <w:pStyle w:val="Heading1"/>
      </w:pPr>
      <w:r>
        <w:t>Amikor a pénz miatt megromlik a kapcsolat</w:t>
      </w:r>
    </w:p>
    <w:p>
      <w:pPr>
        <w:pStyle w:val="Heading2"/>
      </w:pPr>
      <w:r>
        <w:t>Takarékosság és zsugoriság</w:t>
      </w:r>
    </w:p>
    <w:p>
      <w:r>
        <w:t>Nagyon sokszor félreértik az emberek a takarékos életmódot és azt gondolják, hogy aki takarékosan él, az zsugori vagy fukar.</w:t>
      </w:r>
    </w:p>
    <w:p>
      <w:r>
        <w:t>Az érem másik oldala, amikor valaki takarékosnak hiszi magát, pedig igazából zsugori.</w:t>
      </w:r>
    </w:p>
    <w:p>
      <w:r>
        <w:t>Érdemes tisztázni, miről ismered fel, hogy ki a takarékos és ki a zsugori, hiszen nem biztos, hogy mindenkinek egyértelmű a különbség.</w:t>
      </w:r>
    </w:p>
    <w:p>
      <w:r>
        <w:t>Mind a takarékos, mind a zsugori ember szeret kevesebbet költeni és pénzt megtakarítani. Azonban itt véget is ért a hasonlóság.</w:t>
      </w:r>
    </w:p>
    <w:p>
      <w:r>
        <w:t>A takarékos egy bizonyos cél miatt szeretne pénzt megtakarítani, legyen az nyugdíj, lakásvásárlás, vagy a gyerekek oktatása. A zsugori a pénzt önmagáért szereti.</w:t>
      </w:r>
    </w:p>
    <w:p>
      <w:r>
        <w:t>A zsugori nem szereti elkölteni a pénzt, a takarékos nem szereti elpocsékolni a pénzt.</w:t>
      </w:r>
    </w:p>
    <w:p>
      <w:r>
        <w:t>A zsugori mindennek az árát nézi. A takarékos mindennek az értékét az árához képest.</w:t>
      </w:r>
    </w:p>
    <w:p>
      <w:r>
        <w:t>A zsugori legszívesebben semmiért nem fizetne, de ha mégis muszáj, akkor mindig a legolcsóbbat veszi, a minőségétől függetlenül. A takarékos boldogan fizet azért, amire valóban szüksége van, ha az megéri az árát.</w:t>
      </w:r>
    </w:p>
    <w:p>
      <w:r>
        <w:t>A takarékos embert nehéz felismerni, mert nem látszik rajta vagy a viselkedésén, hogy ésszel bánik a pénzzel. A zsugorit a legtöbb ember messziről felismeri a kinézetéről és a viselkedéséről.</w:t>
      </w:r>
    </w:p>
    <w:p>
      <w:r>
        <w:t>A takarékos viselkedése csak saját magára van hatással, míg egy zsugori viselkedésétől szenved a környezete is.</w:t>
      </w:r>
    </w:p>
    <w:p>
      <w:r>
        <w:t>A takarékos csak oda megy nyaralni, ami belefér a költségvetésébe és ott is megnézi, hogy az út az ő számára megéri-e az árát. Nem megy el ötezer kilométerrel messzebb lévő tengerpartra háromszor annyiért, ha ugyanazt az élményt és kiszolgálást megkapja jóval olcsóbban közelebb is.</w:t>
      </w:r>
    </w:p>
    <w:p>
      <w:r>
        <w:t>A zsugori nem megy el nyaralni, mert pénzbe kerül.</w:t>
      </w:r>
    </w:p>
    <w:p>
      <w:r>
        <w:t>A takarékos inkább repül fapadossal, ha egy kétórás úton megspórol 50 ezer forintot. A zsugori még a reptérre is kiviteti magát valakivel a másik költségén, hogy ne neki kelljen taxira költenie.</w:t>
      </w:r>
    </w:p>
    <w:p>
      <w:r>
        <w:t>A takarékos ritkán jár étterembe és ott nem vesz feleslegesen újabb üveg üdítőket aranyáron. A zsugori nem jár étterembe, de ha mégis, akkor a borravalón is spórol és igyekszik magát másokkal meghívatni. A takarékos akkor sem rendel többet, ha meghívta valaki, a zsugori spenótfőzeléket rendel, ha maga fizet, de homárt, ha valaki más. Boldogan fizeti a közös számla ráeső részét, ha tudja, hogy mindenkinél többet evett és ivott, de ragaszkodik a számla bontásához, ha valaki egy kávéval többet rendelt.</w:t>
      </w:r>
    </w:p>
    <w:p>
      <w:r>
        <w:t>A takarékos nem tart több pár cipőt, mint amit valóban használ is a különböző alkalmakra. A zsugori még a cipőjét is használtan veszi.</w:t>
      </w:r>
    </w:p>
    <w:p>
      <w:r>
        <w:t>A takarékos szívesen fizet a jó minőségű ruháért, ha az tovább használható, de nem fizet feleslegesen csak azért, mert egy márkanév miatt háromszoros áron adnak egy ruhadarabot. A zsugori a legolcsóbb ruhát veszi, ha lehet, azt is használtan.</w:t>
      </w:r>
    </w:p>
    <w:p>
      <w:r>
        <w:t>A takarékos olcsó diszkontáruházban vásárolja a minőségi élelmiszert, a zsugori időt és energiát nem sajnálva képes átutazni az egész városon, ha a másik végében 20 forinttal olcsóbb a baromfipárizsi.</w:t>
      </w:r>
    </w:p>
    <w:p>
      <w:r>
        <w:t>A takarékos szívesen vesz akkor dolgokat, amikor éppen akciós, akár nagyobb tételben is, több hónapra elegendő mennyiséget. A zsugori csak az akciós dolgokat veszi meg.</w:t>
      </w:r>
    </w:p>
    <w:p>
      <w:r>
        <w:t>A takarékos nem vesz meg valamit, csak azért mert olcsóbb, ha a minősége nem megfelelő. A zsugori nem vesz meg valamit, ha drágább, akkor sem, ha a minősége sokkal jobb.</w:t>
      </w:r>
    </w:p>
    <w:p>
      <w:r>
        <w:t>A takarékos előrelátó, közép és hosszútávon is tervszerűen élő személy. A zsugori gyakran "penny-wise and pound-fool" személy, ahogy az angol mondás tartja. (A filléreken takarékoskodik, miközben a nagy dolgokon gyakran bukik, pont a filléreskedő magatartása miatt.) A takarékos hosszútávon gondolkodik, a zsugori csakis rövidtávon.</w:t>
      </w:r>
    </w:p>
    <w:p>
      <w:r>
        <w:t>A takarékos szívesen spórol a mosóporon, ha hasonló minőséget kap olcsóbban. A zsugori a mosáson is spórol, inkább tovább hord egy ruhadarabot.</w:t>
      </w:r>
    </w:p>
    <w:p>
      <w:r>
        <w:t>A takarékos szívesen elkölt egy órát a saját idejéből, hogy megtalálja ugyanazt a terméket olcsóbban. A zsugori szívesen elkölt egy órát más idejéből, hogy jobban járjon.</w:t>
      </w:r>
    </w:p>
    <w:p>
      <w:r>
        <w:t>Talán ennyiből látható, milyen hatalmas különbség van a takarékos és a zsugori között. Persze gyakran olyan ez, hogy ha szeretem a személyt, akkor takarékosnak hívom, ha ellenszenves, akkor zsugorinak. Mint a terrorista-szabadságharcos: attól függ, minek nevezem, hogy aki ellen harcol, azt kedvelem-e vagy gyűlölöm.</w:t>
      </w:r>
    </w:p>
    <w:p>
      <w:r>
        <w:t>Ennek ellenére hatalmas különbség van a takarékos és a zsugori között. Mindenkit bátorítok arra, hogy a maga szintjén legyen takarékos (mert másként kell takarékosnak lenni egy átlagbéres családanyának és másként egy sikeres vállalkozónak), de kerülje el, hogy zsugorivá vagy fösvénnyé váljon.</w:t>
      </w:r>
    </w:p>
    <w:p>
      <w:r>
        <w:t>Néhány jel, hogy túl takarékos vagy:</w:t>
      </w:r>
    </w:p>
    <w:p>
      <w:r>
        <w:t>- Egy adag kávét kétszer is kifőzöl.</w:t>
      </w:r>
    </w:p>
    <w:p>
      <w:r>
        <w:t>- Papírtermékeket, mint kéztörlő többször is felhasználsz.</w:t>
      </w:r>
    </w:p>
    <w:p>
      <w:r>
        <w:t>- Elteszel olyan elromlott termékeket, amiket biztos, hogy soha nem fogsz megcsináltatni. DVD lejátszó, levált talpú cipő és ezekhez hasonló dolgok.</w:t>
      </w:r>
    </w:p>
    <w:p>
      <w:r>
        <w:t>- Túl sok időt töltesz bevásárlással, csak mert mindent ott veszel meg, ahol a legeslegolcsóbb.</w:t>
      </w:r>
    </w:p>
    <w:p>
      <w:r>
        <w:t>- Egyáltalán nem törődsz az élelmiszerek lejárati idejével. Nem arról van szó, hogy két nappal később is megeszel egy csomag virslit, hanem amikor már ennél sokkal durvábban csinálod.</w:t>
      </w:r>
    </w:p>
    <w:p>
      <w:r>
        <w:t>- Örömmel lomizol és viszed haza más emberek kidobott dolgait, súlyos esetben akár a kukából is kiveszel kidobott dolgokat.</w:t>
      </w:r>
    </w:p>
    <w:p>
      <w:r>
        <w:t>Egyébként nagyon könnyen megvizsgálhatod magad, hogyan állsz a pénzhez, mennyire szereted azt: egy számodra kedves cél érdekében tudsz-e nagylelkűen adakozni? Legalább kétheti fizetésedet kiadnád-e egy cél érdekében, legyen az a kóbor kutyák megmentése, hátrányos helyzetű gyerekek megsegítése, az ingyenes szoftverek terjesztése, az evangélium hirdetése, vagy bármilyen egyéb cél, amivel egyetértesz? (Nem feltétlen egy összegben.)</w:t>
      </w:r>
    </w:p>
    <w:p>
      <w:r>
        <w:t>Ha örömmel tudsz adni nagyobb összeget, akár több alkalommal is, nem vagy zsugori. Ha összeszorul a szíved még a felvetéstől is, hogy önszántadból akár tíz-húsz ezer forintot kiadj valamiért, amiből nincs közvetlen hasznod, akkor könnyen lehet, hogy a pénz szerelmének a fogságában vagy és fukar vagy, nem takarékos.</w:t>
      </w:r>
    </w:p>
    <w:p>
      <w:r>
        <w:t>(Természetesen vannak, akik kényszerből nem vesznek semmit, mert egyszerűen nincs rá pénzük. Itt nem a kényszer szülte nélkülözőkről van szó, hanem azokról, akik a saját választásuk szerint takarékosak vagy éppen zsugoriak.)</w:t>
      </w:r>
    </w:p>
    <w:p>
      <w:pPr>
        <w:pStyle w:val="Heading2"/>
      </w:pPr>
      <w:r>
        <w:t>Ha a házastársad túl takarékos</w:t>
      </w:r>
    </w:p>
    <w:p>
      <w:r>
        <w:t>A különbséget már látjuk. De hogyan lehet együtt élni valakivel, aki szerint minden kiadás túlzás, miközben neked a jelenben is vannak igényeid?</w:t>
      </w:r>
    </w:p>
    <w:p>
      <w:r>
        <w:t>Nehéz együtt élni valakivel, aki pazarlásnak gondolja a 400 forintos sonkát, bármilyen nyaralást és nem hajlandó kidobni a 20 éves alsónadrágját, mondván semmi baja nincs még.</w:t>
      </w:r>
    </w:p>
    <w:p>
      <w:r>
        <w:t>Amennyiben túlságosan különböztök a pénzügyi hozzáállásotokban, akkor a mindennapi apró pénzügyi döntések és vásárlások is a veszekedések kiapadhatatlan forrásaivá válnak.</w:t>
      </w:r>
    </w:p>
    <w:p>
      <w:r>
        <w:t>Mit tehetsz ilyen esetben?</w:t>
      </w:r>
    </w:p>
    <w:p>
      <w:r>
        <w:t>- Próbálj meg rájönni, miért ennyire takarékos a házastársad. Egyrészt mi motiválja őt erre, másrészt ez a motiváció honnan eredhet. Félelem attól, hogy nem lesz mit ennie holnap? Olyan családban nőtt fel, ahol az apa lelépett, amikor ő 10 éves volt és utána nagy szegénység köszöntött rájuk? Esetleg más okból ismerte meg a szegénységet? Bár már jómódúvá vált, de a lelkében még mindig az a nincstelen gyerek, aki volt ezelőtt 30 éve?</w:t>
      </w:r>
    </w:p>
    <w:p>
      <w:r>
        <w:t>Valami cél miatt veri ennyire fogához a garast? Szeretné, ha a gyereketek a legjobb egyetemre járna és erre gyűjti a pénzt? Az apja 50 évesen infarktust kapott és lerokkant, ő szeretne biztos lenni abban, hogy 50 éves korára már elég pénze lesz a nyugdíjra? Milyen pénzügyi cél mozgatja a takarékosságban? (Már ha ez az oka a túlzott takarékosságnak.)</w:t>
      </w:r>
    </w:p>
    <w:p>
      <w:r>
        <w:t>Egy ember pénzügyi viselkedése nagyon összetett módon alakul ki, kezdve a gyerekkori élményektől, az elrontott nevelésen, oktatáson át a világnézeti beállítottság mind hozzájárul ahhoz, hogy valaki hogyan áll hozzá a pénzhez.</w:t>
      </w:r>
    </w:p>
    <w:p>
      <w:r>
        <w:t>- Ne akarj se ítélkezni felette, se kritizálni a viselkedését. Ne feledd: "Kritizálni minden bolond tud és minden bolond meg is teszi." Kritizálással csak azt éred el, hogy a helyzet még súlyosabb lesz és akkor is védeni fogja az igazát, ha egyébként már ő is változtatna rajta. Ezért ne legyél tovább a közmondásban említett bolond, ennyi idő alatt már rájöhettél, hogy a kritizálásaid és gúnyos megjegyzéseid csak olaj volt a tűzre.</w:t>
      </w:r>
    </w:p>
    <w:p>
      <w:r>
        <w:t>- A kritizálás helyett inkább legyél megértő és biztosítsd arról, hogy érted a viselkedését és a céljait. Mert "egy csepp mézzel több legyet fogsz, mint egy hordó epével." Hamarabb ráveszed a változásra, ha úgy érzi, hogy mellette állsz, mintha úgy, hogy vele szemben.</w:t>
      </w:r>
    </w:p>
    <w:p>
      <w:r>
        <w:t>- A kommunikáció csodákra képes. Nyugodtan mondd el, hogy neked mi ezzel a problémád és mit szeretnél, miben gondolod, hogy kicsit túltolta a biciklit. Mindeközben ne felejtsd el biztosítani arról, hogy mennyire jó dolog, hogy nem szórja a pénzt és mennyivel jobb, hogy egy takarékos emberrel élsz együtt és nem egy olyannal, aki két kézzel szórja a pénzt, mert az maga lenne a pénzügyi katasztrófa.</w:t>
      </w:r>
    </w:p>
    <w:p>
      <w:r>
        <w:t>Nem lehet veled se veszekedni se vitatkozni, ha mindenben egyetértesz a másikkal. Ahelyett, hogy minden hülyének lehordanád, mint eddig, adj neki igazat mindenben és innen indítsd a beszélgetést. A sok egyetértés között, hogy mennyire jó, hogy gondol a jövőre, finoman mutass rá, hogy a jelenben is tudni kell élni és hogy a kiegyensúlyozottság a jelen és a jövő között, a túlzott takarékosság és a kényelmesebb életvitel között mennyire fontos. De vigyázz az arányokra: négy egység egyetértés és dicséret, egy egység finom utalás arra, hogy lehetne másként is csinálni.</w:t>
      </w:r>
    </w:p>
    <w:p>
      <w:r>
        <w:t>- Soha ne akarj komoly témáról feszülten, fáradtan, vagy ingerülten beszélni. Akkor hozakodj elő ezzel a témával is, ha már legalább pár napja nem veszekedtetek a pénz miatt és senki nem ingerült. Mondjuk egy jó vasárnapi ebéd után.</w:t>
      </w:r>
    </w:p>
    <w:p>
      <w:r>
        <w:t>- Ne csak őt akard megváltoztatni, te is legyél hajlandó változni. Az emberek minden erejükkel meg akarják változtatni a másikat, miközben ők maguk képtelenek megváltozni. Miért gondolod, hogy meg tudod változtatni a másikat, ha még magadat is képtelen vagy változásra bírni még a legapróbb dolgokban is? Kezdd az egyszerűbb dologgal: változz meg te.</w:t>
      </w:r>
    </w:p>
    <w:p>
      <w:r>
        <w:t>Ez a lényege a kompromisszumnak: kérsz tőle dolgokat, de cserébe te is változol ugyanebben a dologban. Ráveszed, hogy vegyen magának nem is egy, de mindjárt két új nadrágot a meglévő két 8 éves nadrágja mellé, cserébe vállalod, hogy nem kávézol a munkahelyeden a kávézóban, hanem nescafét viszel be és végre elkezded írni a napi költségeidet.</w:t>
      </w:r>
    </w:p>
    <w:p>
      <w:r>
        <w:t>Ne felejtsd el: nem ellenségek vagytok, hanem szövetségesek. Egy csapatot alkottok, nem egymás ellen, hanem egymásért kell harcolnotok. Nem legyőzni akarod őt, csak meggyőzni. Olyan soha nincs, hogy neked van mindenben igazad és ő mindenben téved. Az igazság valahol félúton van.</w:t>
      </w:r>
    </w:p>
    <w:p>
      <w:r>
        <w:t>- Ha másként nem megy, hozzatok közös határozatokat. Például a fizetésed 10%-át szabadon elköltheted anélkül, hogy el kellene vele számolni és havonta egyszer elmentek közösen szórakozni. Nem vesztek felvágottat, aminek kilója 2.200 forintnál olcsóbb, de olyat se, ami 5.500 forintnál drágább. A fogrém nem lehet 400 forintnál olcsóbb és 950 forintnál drágább. Ezek olyan józan kompromisszumok, amikkel mindketten együtt tudtok élni.</w:t>
      </w:r>
    </w:p>
    <w:p>
      <w:r>
        <w:t>Támogasd a jövőbeni céljai elérésében, de cserébe kérd meg, hogy ő is támogassa a jelenkori szükségeid kielégítését, legyen az jó étel, szép ruha, vagy kellemes időtöltés. Még egyszer, a sikeres házasság kulcsszava a kompromisszum. Ő is enged az álláspontjából, de te is.</w:t>
      </w:r>
    </w:p>
    <w:p>
      <w:r>
        <w:t>Csináljatok közös büdzsét, számoljátok ki, mennyit kell eltenni havonta és mennyit tudtok elkölteni a saját pillanatnyi céljaitokra. Ez keretet fog adni annak, mennyit lehet elkölteni a keresetetekből. Ha megérti, hogy egy ilyen szintű költés nem veszélyezteti a jövőbeni anyagi biztonságát, hamarabb elfogadja a te kéréseidet is.</w:t>
      </w:r>
    </w:p>
    <w:p>
      <w:r>
        <w:t>- Légy türelmes és ne akarj egyszerre túl sokat. Ha valaki 30-40 év alatt kialakított egy természetet magában, azt nem lehet két hét alatt teljesen átformálni. Ha fél év-egy év alatt sikerül komoly változásokat elérni, az már nagy szó.</w:t>
      </w:r>
    </w:p>
    <w:p>
      <w:r>
        <w:t>- Mutass rá, hogy nincs értelme elmenni tankolni fél tank benzint még akkor se, ha holnaptól négy forinttal drágább lesz literje, vagy nem éri meg kerülni 10 kilométert, csak mert 150 forintot nyer a baromfisonkán és nyugodtan lehúzhatja a vécét minden alkalommal, nem az az öt forint fogja hazavágni a költségvetést, de hagyd, hadd vadászon akciókra az újságban, ha ez szerinte megéri.</w:t>
      </w:r>
    </w:p>
    <w:p>
      <w:r>
        <w:t>- Van amikor annyira súlyos a helyzet, hogy te nem boldogulsz. Ilyenkor nyugodtan kérj segítséget szakembertől. Pszichológus, házassági tanácsadó, vagy bárki, aki tanácsot tud adni az ilyen kérdésekben. A legjobb, ha a párodat is el tudod vinni magaddal ezekre a megbeszélésekre.</w:t>
      </w:r>
    </w:p>
    <w:p>
      <w:r>
        <w:t>(Ez a rész a túl takarékos házastársról és nem az önzőről szól. Van, aki magára sokat költ, de tőled és a családjától viszont sajnálja. Ő az önző, nem a takarékos. Az egy teljesen másik eset.)</w:t>
      </w:r>
    </w:p>
    <w:p>
      <w:pPr>
        <w:pStyle w:val="Heading2"/>
      </w:pPr>
      <w:r>
        <w:t>Eltitkolt költések eltitkolt tartozások</w:t>
      </w:r>
    </w:p>
    <w:p>
      <w:r>
        <w:t>A közös kasszán lévő párok több mint 40%-a számolt be arról, hogy pénzügyi értelemben becsapta a párját és ezek 75%-a szerint ez negatívan ki is hatott a kapcsolatukra. Az indokok között 36% válaszolta azt, hogy szerinte neki joga van privát pénzügyi dolgokhoz még egy kapcsolatban is, 26% szerint a párjuk úgyis nemet mondott volna és 18% rejtegeti a hitel és egyéb anyagi problémáit a társa elől.</w:t>
      </w:r>
    </w:p>
    <w:p>
      <w:r>
        <w:t>Amint a számokból láthatjuk, a pénzügyi őszintétlenség igen gyakori a kapcsolatokban élőknél és az esetek háromnegyedében gondot is okoz, amikor kiderül az eltitkolt dolog.</w:t>
      </w:r>
    </w:p>
    <w:p>
      <w:r>
        <w:t>Ezek az eltitkolt dolgok éppúgy lehetnek vásárlások, vagy ennek következtében mondjuk egy elrejtett hitelkártya-tartozás, mint az ellenkezője, amikor valaki kevesebb fizetést hazudik, vagy nem mondja el a kapott bónuszt, csak azért, mert a másik a világ minden pénzét elszórná, ha tudna róla.</w:t>
      </w:r>
    </w:p>
    <w:p>
      <w:r>
        <w:t>Először ezek ártalmatlan dolgoknak tűnnek, nem mondtam el egy húszezres költést, na bumm, kaptam bónuszt, de nem mondtam meg otthon, jó lesz majd vész esetén (esetleg titokban elkölteni) és a többi. Azonban ebből lesznek az eltitkolt hitelkártyák milliós tartozásokkal és az eltitkolt bankszámlák milliós megtakarításokkal. Amikor ezek kiderülnek és elkezdenek hullani a további csontvázak a szekrényből, komoly próba alá vonják a kapcsolatot és nagyon megrendül a bizalom a felek között. Ha még ebben is hazudott, mik lehetnek azok, amikről szintén nem tudok? Márpedig a másik előbb-utóbb talál egy blokkot, amit nem mondtál el neki, vagy megtalálja a bankod levelét, felszólítását vagy e-mailjét, amiből kiderül, hogy van egy titkolt számlád/hitelkártyád.</w:t>
      </w:r>
    </w:p>
    <w:p>
      <w:r>
        <w:t>A számláitokat nem muszáj megosztani egymással, de a pénzügyi információitokat azért illene, mert anélkül elég nehezen tud jól működni egy kapcsolat.</w:t>
      </w:r>
    </w:p>
    <w:p>
      <w:r>
        <w:t>Egy eltitkolt bankszámláról való információ legalább akkora érzelmi törés lehet egy házasságban, mint egy szeretőtől származó SMS vagy e-mail.</w:t>
      </w:r>
    </w:p>
    <w:p>
      <w:r>
        <w:t>Legtöbbször a pénzügyi titkolózás oka, hogy könnyebbnek tűnik hazudni vagy eltitkolni dolgokat, mint közös nevezőre jutni a másik féllel. Mert ő annyira másmilyen, költekező/zsugori/túlságosan takarékos/nem érti, hogy nekem ez a hobbim/szükségem van új ruhákra/soha nem lesz házunk, ha így költekezik.</w:t>
      </w:r>
    </w:p>
    <w:p>
      <w:r>
        <w:t>Ilyenkor a felek a könnyebb ellenállás felé sodrodnak, de általában az a vége, hogy elragadja őket ez a sodrás és gyakran már nem tudnak mást tenni, csak kontrollálatlanul menni az árral.</w:t>
      </w:r>
    </w:p>
    <w:p>
      <w:r>
        <w:t>Gyakori, hogy a felek különböző nyelvet beszélnek a pénzügyekben. Bár esetleg ugyanazt mondják, teljesen mást értenek alatta, ez okoz rengeteg pénzügyi vitát és veszekedést. Mást értenek a jövőre való spóroláson, azon, milyen vásárlást engedhet meg magának a család vagy mi a szükséges vásárlás és mi nem.</w:t>
      </w:r>
    </w:p>
    <w:p>
      <w:r>
        <w:t>Ezért amikor pénzügyi dolgokról beszéltek, érdemes tisztázni pontosan, ki mit is ért egy-egy kifejezés alatt? Korábban akarok nyugdíjba menni, de pontosan mikor és milyen életszínvonal mellett? Mi számít pazarlásnak? Mekkora az a meggondolatlan vásárlás, ami még elég kis összegű ahhoz, hogy ne legyen veszekedés tárgya? Hol húzódik a határ az élelmiszereknél, ami egyikük szerint sem felesleges pazarlás még?</w:t>
      </w:r>
    </w:p>
    <w:p>
      <w:r>
        <w:t>Azonban a gyakoribb eset, hogy nem is kommunikálnak a párok egymással az anyagi dolgokról (sem). Nem beszélik meg egymással az elképzeléseiket, elvárásaikat, problémáikat, nem egyeztetik a nézőpontjaikat. Sőt, továbbmegyek, gyakran nincsenek is tisztában a másik hozzáállásával az anyagi kérdésekhez, a másik igényeivel, ilyen irányú neveltetésével. (Igaz, gyakran a sajátjukkal sem.)</w:t>
      </w:r>
    </w:p>
    <w:p>
      <w:r>
        <w:t>Egy felmérés adatai szerint a párok mindössze 9%-a ül össze rendszeresen, hogy az anyagi helyzetüket, terveiket, költéseiket átbeszéljék, 70%-uk csak futólag, rendszertelenül, egyéb témák közben beszél anyagi dolgokról, 9%-uk pedig csak írásban (SMS, e-mail, stb.) kommunikál a másikkal anyagi kérdésekben.</w:t>
      </w:r>
    </w:p>
    <w:p>
      <w:r>
        <w:t>Ezek után nem akkora csoda, hogy állandóan feszültség van otthon az anyagi dolgok miatt (is).</w:t>
      </w:r>
    </w:p>
    <w:p>
      <w:r>
        <w:t>Bár eltitkolni könnyebb dolgokat, mint összhangba jönni a társaddal, ez utóbbi már középtávon is sokkal kifizetődőbb.</w:t>
      </w:r>
    </w:p>
    <w:p>
      <w:r>
        <w:t>Ideje lenne elkezdeni újra beszélnetek egymással. Próbáld meg megérteni, mi mozgatja, mik a céljaik, pontosítsátok le, mit is ért ez alatt, mint fentebb is említettem.</w:t>
      </w:r>
    </w:p>
    <w:p>
      <w:r>
        <w:t>Milyen pénzügyi neveltetést hozott magával, ami miatt másként gondolkodtok?</w:t>
      </w:r>
    </w:p>
    <w:p>
      <w:r>
        <w:t>A korábban bemutatott hozott minták itt is sokat magyaráznak.</w:t>
      </w:r>
    </w:p>
    <w:p>
      <w:r>
        <w:t>A túl takarékos házastársról szóló részben láttuk, hogyan lehet közös nevezőre jutni. Mert ne felejtsd el, az igazság mindig valahol félúton van. Ne akard a másikat megváltoztatni, amikor még magadat sem vagy képes.</w:t>
      </w:r>
    </w:p>
    <w:p>
      <w:r>
        <w:t>Ha vannak eltitkolt dolgok a pénzügyi életetekben, érdemes egy amnesztiát hirdetni. Mindketten kipakoljátok mindeneteket, ami van, legyen az hitelkártya vagy eltitkolt bankszámla és bocsássatok meg egymásnak. (Ne csak szóban, hanem tényleg. Ez azt jelenti, hogy soha többet nem tehetsz említést arról még egy veszekedés alkalmával sem, mit csinált a párod az amnesztia napja előtt, legyen az akármekkora disznóság.)</w:t>
      </w:r>
    </w:p>
    <w:p>
      <w:r>
        <w:t>A problémákat a gyökerénél kell kezelni és az nem biztos, hogy megy egy nap alatt. Ha a párod a szerencsejáték-függőségét titkolta vagy a vásárlási mániáját, az akár hosszú út is lehet, mire attól meg tud szabadulni. De biztosítsd arról, hogy te mellette állsz és ha vissza is csúszik, rád mindig számíthat. Ha a probléma nagysága meghaladja a képességeiteket, akkor el kell menni pszichológushoz, vagy párkapcsolati terápiára.</w:t>
      </w:r>
    </w:p>
    <w:p>
      <w:r>
        <w:t>Beszéljétek meg azt is, hogyan fogjátok másként csinálni a dolgokat, mint eddig.</w:t>
      </w:r>
    </w:p>
    <w:p>
      <w:r>
        <w:t>Minden hónap első vasárnapján legalább fél órát szántok arra, hogy átbeszéljétek az aktuális anyagi kérdéseket és célokat. Határokat szabtok, mennyit lehet költeni a másik megkérdezése nélkül. Havi büdzsét csináltok és tervet, hogyan másszatok ki az adósságból. Legyen mindenki elszámoltatható a pénzügyi kérdésekben.</w:t>
      </w:r>
    </w:p>
    <w:p>
      <w:r>
        <w:t>A pénzügyi hűtlenség szinte mindig valami más párkapcsolati problémát is jelez. Lehet, hogy a kapcsolatotokat más területen is rendbe kell hozni, de ettől sem kell félni. Attól, hogy évek óta nem beszélünk a nappali közepén tanyázó elefántról, az még nem fog eltűnni onnan magától.</w:t>
      </w:r>
    </w:p>
    <w:p>
      <w:r>
        <w:t>Legyetek őszinték egymáshoz a pénzügyekben is, s ha eddig másként csináltátok, érdemes mostantól változtatni rajta.</w:t>
      </w:r>
    </w:p>
    <w:p>
      <w:pPr>
        <w:pStyle w:val="Heading2"/>
      </w:pPr>
      <w:r>
        <w:t>Amikor a pénz az elnyomás eszköze</w:t>
      </w:r>
    </w:p>
    <w:p>
      <w:r>
        <w:t>Az őszinteség és az egyeztetés működő kapcsolatban közös érdek. Más a helyzet, ha az egyik fél a pénzzel tartja függőségben a másikat. Ezt külön kell választani a szokásos pénzügyi vitáktól.</w:t>
      </w:r>
    </w:p>
    <w:p>
      <w:r>
        <w:t>A párok pénzügyi viselkedése egy-egy kapcsolatban nagyon sokrétű, amiről sokat lehet és kellene is írni.</w:t>
      </w:r>
    </w:p>
    <w:p>
      <w:r>
        <w:t>Rengeteg szituáció és felállás előfordul, a pazarló férj és takarékos feleségtől kezdve a teljesen szeparált pénzügyi életig, amikor 12 év és három gyerek után még úgy beszélnek a párok, hogy az én hitelem, a te hiteled, az én megtakarításom és a te megtakarításod. (Tisztára mint legénykoromban az albérletben, mindenki bedobta a bérleti díj és a rezsi harmadát a közösbe és volt egy saját polca a hűtőben.)</w:t>
      </w:r>
    </w:p>
    <w:p>
      <w:r>
        <w:t>Van egy olyan pénzügyi körülmény, ami sajnos sokkal gyakoribb, mint amennyi szó esik róla. Ez pedig az egyik fél pénzügyi leuralása vagy bántalmazása.</w:t>
      </w:r>
    </w:p>
    <w:p>
      <w:r>
        <w:t>Sajnos erre még jó magyar kifejezés sincs, angolul financially abusive relationship-nek hívják, több országban a családon belüli erőszak egyik formájának minősíti a jog a szexuális, verbális és testi erőszak mellett.</w:t>
      </w:r>
    </w:p>
    <w:p>
      <w:r>
        <w:t>Az ilyen kapcsolatban a leuraló fél anyagi függőségben tartja a másikat, hogy az nélküle ne legyen képes anyagilag boldogulni. Az esetek zömében a férfi a leuraló fél, de vannak esetek, amikor a nő a sikeres vállalkozó vagy mondjuk az ő gyerekkönyveiből vagy blogjából él a család és ilyenkor a nő használja fel ezt a másik fél elnyomására.</w:t>
      </w:r>
    </w:p>
    <w:p>
      <w:r>
        <w:t>Igyekszik elvágni az önálló jövedelemtől, hogy teljes mértékben ki legyen szolgáltatva a másik fél anyagilag. Ha nincs saját bevétele, sőt akár még az iskoláit sem fejezte be mondjuk a gyerekek születése miatt a feleség, akkor nem vagy csak nagyon nehezen tudná elhagyni a férjét. (Amennyire lehet, társadalmilag is igyekszik izolálni a társát az ilyen fél.)</w:t>
      </w:r>
    </w:p>
    <w:p>
      <w:r>
        <w:t>Gyakran saját bankszámlája és saját megtakarítása sem lehet, ugyanezen okokból.</w:t>
      </w:r>
    </w:p>
    <w:p>
      <w:r>
        <w:t>Ha mégis karriert épít vagy főállásban dolgozik, gyakran kap ultimátumot, hogy válasszon, a karrier vagy a kapcsolat. (Nem egyszer van ilyen hátsó szándék a túl sok gyerek vállalásában is, ez az asszonyt odaláncolja az otthonához és teljesen függővé teszi anyagilag és társadalmilag is.)</w:t>
      </w:r>
    </w:p>
    <w:p>
      <w:r>
        <w:t>Ha az elnyomott félnek van önálló jövedelme (mert mondjuk a család nem tudná fenntartani magát csak a másik fél jövedelméből), akkor pedig fillérre menő elszámoltatás van. Az elnyomott fél nem költhet szabadon, minden tételről be kell számolnia, gyakran megalázó módon. Természetesen saját megtakarítása ebben az esetben sem lehet.</w:t>
      </w:r>
    </w:p>
    <w:p>
      <w:r>
        <w:t>Amennyire be kell számolnia minden fillérről, ugyanannyira nincs fogalma sem, hogy viszont mit csinál a másik a pénzzel. Nem avatja be a befektetési terveibe, fogalma sincs, mennyi megtakarítása van, hol és a többi. Egyébként sincs semmi köze hozzá, mert a másik kereste meg a pénzt és ő úgyse ért a pénzügyekhez, szokott szólni az indoklás.</w:t>
      </w:r>
    </w:p>
    <w:p>
      <w:r>
        <w:t>(Semmi baj nincs akkor, ha kölcsönösen szigorú elszámoltatás van. De itt a kulcsszó a kölcsönös. Ha megállapodok a feleségemmel, hogy a másik tudta nélkül nem költök 20 ezer forintnál többet, vagy akár az utolsó fillérig mindketten(!!!) elszámolunk, azzal semmi gond nincs. Leuralásról akkor beszélünk, ha ez egyoldalú és kikényszerített dolog.)</w:t>
      </w:r>
    </w:p>
    <w:p>
      <w:r>
        <w:t>Súlyos esetekben hitelt vesz fel az egyik fél a másik nevére, hogy ha elhagyná, a hitelt sem tudja fizetni.</w:t>
      </w:r>
    </w:p>
    <w:p>
      <w:r>
        <w:t>Amire nagyon kell vigyázni, hogy az ilyen leuraló típusú ember lassan szokott átalakulni zsarnokká. Először még minden rendben valónak tűnik, sőt jól is esik például a nőnek, hogy nem sürgős visszamennie dolgozni a gyerekszülés után, a férfi leveszi a válláról a pénzügyekkel való foglalkozás gondját. Az ilyen ember jellemzően nem csak a pénzügyekben válik zsarnokká, a pénzügyeket csak felhasználja, hogy a másik fél ne tudjon kitörni a kapcsolatból. Pénz nélkül, társadalmilag kellően elszigetelve nincs menekvés a másik félnek.</w:t>
      </w:r>
    </w:p>
    <w:p>
      <w:r>
        <w:t>Az idő múlásával az ilyen függések egyre rosszabbak és rosszabbak lesznek. Ezért fontos, hogy már az anyagi függés kialakulása során is igyekezz megakadályozni azt.</w:t>
      </w:r>
    </w:p>
    <w:p>
      <w:r>
        <w:t>Ne elégedj meg azzal, hogy csak konyhapénzt kapsz, amivel el is kell számolnod. Ne vonulj ki teljesen a család pénzügyi életéből, bármennyire is kényelmes a másik félre rábízni a dolgot. Akard tudni, hogy álltok, merre haladtok, milyen céljaitok vannak, hol van a közös pénz és mi történik vele.</w:t>
      </w:r>
    </w:p>
    <w:p>
      <w:r>
        <w:t>Követeld meg, hogy legyen saját zsebpénzed, amivel nem kell elszámolni, ha a másik ebbe nem akar belemenni, akkor közöld vele, hogy ebben az esetben te is elmész dolgozni, a gyerekek gondozását pedig oldjátok meg közösen, ahogy tudjátok.</w:t>
      </w:r>
    </w:p>
    <w:p>
      <w:r>
        <w:t>Ha már belekerültél egy ilyen csapdába és anyagi okokból nem tudsz kilépni a kapcsolatból (pont ez a végső célja az anyagi elnyomásnak), akkor legyél kreatív, hogyan tudod előkészíteni a terepet a távozásra. Vállalj munkát titokban, amíg dolgozik a másik (gyerekvigyázás, takarítás, online szövegírás, hasonlóak), tanulj szakmát vagy nyelveket az internet segítségével, apránként tegyél félre pénzt, amiről nem tud a másik vagy kérd a rokonok segítségét.</w:t>
      </w:r>
    </w:p>
    <w:p>
      <w:r>
        <w:t>De a legjobb, ha nem engeded, hogy ennyire elfajuljanak a dolgok. Ne engedd, hogy teljesen alárendelt szerepbe kerülj egy kapcsolatban s ez nem csak az anyagi életre vonatkozik. Állj ellene az ilyen irányú kísérleteknek, s vedd észre, amikor lassan kiépül körülötted ez a kontroll. Ha kell, kérj segítséget szakembertől, hogyan változtasd meg a helyzetedet.</w:t>
      </w:r>
    </w:p>
    <w:p>
      <w:r>
        <w:t>Itt a kapcsolaton belüli pénzügyi elnyomásról van szó és nem arról, hogy szerinted a társad nem ad neked elég pénzt, vagy fordítva túl sokat költ. Az, hogy nem egyformán gondoljátok, mire mennyit kellene költeni, félretenni vagy mennyi zsebpénz lenne elég az egyik félnek még nem pénzügyi elnyomás.</w:t>
      </w:r>
    </w:p>
    <w:p>
      <w:pPr>
        <w:pStyle w:val="Heading2"/>
      </w:pPr>
      <w:r>
        <w:t>Ha a párod nem akar dolgozni</w:t>
      </w:r>
    </w:p>
    <w:p>
      <w:r>
        <w:t>Az eltérő kereset önmagában nem baj, és az otthon végzett munka is munka. De mit tehetsz, ha szükség lenne a másik keresetére, ő mégsem akar részt venni a család anyagi terheiben?</w:t>
      </w:r>
    </w:p>
    <w:p>
      <w:r>
        <w:t>Nagyon gyakori probléma a párkapcsolatokban, hogy az egyik fél nem akar dolgozni. A férj két éve otthon van és egész nap csak játszik a számítógépen, vagy a feleség nem akar visszamenni dolgozni, noha a gyerekek már lassan felnőnek.</w:t>
      </w:r>
    </w:p>
    <w:p>
      <w:r>
        <w:t>Ilyenkor húsbavágó kérdés, hogyan lehetne rávenni a másikat, hogy ő is járuljon hozzá a család bevételeihez.</w:t>
      </w:r>
    </w:p>
    <w:p>
      <w:r>
        <w:t>Vannak emberek, akik egyszerűen lusták dolgozni, amíg van, aki eltartja őket. Van, aki álomvilágban él és nem akar elvállalni akármilyen munkát, csak a tökéleteset, miközben nem veszi észre, hogy a tökéletes munkahelyre viszont nem őt fogják választani. (Ez utóbbi viselkedés is gyakran önzésből és lustaságból táplálkozik, miért vállaljak el akármit, jó nekem úgy, ahogy most van, a párom úgy is eltart.) Van, akit a másfél év munkanélküliség depresszióba taszított és már az élettől is elment a kedve, nem hogy a munkahely-kereséstől és már mindenre alkalmatlannak érzi magát. Mivel számtalan oka lehet, amiért a párod nem dolgozik, fontos, hogy először az okát igyekezz megérteni annak, miért nem akar dolgozni.</w:t>
      </w:r>
    </w:p>
    <w:p>
      <w:r>
        <w:t>Egyszerre kell keménynek és kedvesnek lenned, ha szeretnél célt elérni. Ne felejtsd el a két legbölcsebb mondást ezzel kapcsolatban:</w:t>
      </w:r>
    </w:p>
    <w:p>
      <w:r>
        <w:t>- Kritizálni minden bolond tud és minden bolond meg is teszi.</w:t>
      </w:r>
    </w:p>
    <w:p>
      <w:r>
        <w:t>- Egy csepp mézzel több legyet fogsz, mint egy hordó epével.</w:t>
      </w:r>
    </w:p>
    <w:p>
      <w:r>
        <w:t>Az állandó kritizálás és további ítélkezés nem fogja megoldani a problémát, ha eddig sem oldotta meg. Döntsd el, hogy legyőzni akarod, vagy meggyőzni, földig rombolni, vagy felépíteni.</w:t>
      </w:r>
    </w:p>
    <w:p>
      <w:r>
        <w:t>A további harc helyett első lépésként inkább vond be a férjedet vagy feleségedet a családi pénzügyekbe. Kezdjétek el együtt megtervezni a kiadásokat, számba venni a bevételeket, kérd meg, hogy segítsen rendet vágni a számlák között, melyiket mikor kell befizetni és mennyit. Beszéljétek meg, miről kell lemondanotok (nyaralás, hobbi, kikapcsolódás, stb.), mivel kevés a pénz.</w:t>
      </w:r>
    </w:p>
    <w:p>
      <w:r>
        <w:t>A megtakarításokat kezeld evidenciaként, a nyugdíjra vagy a gyerek oktatására félre kell tenni a pénzt és kész. (Sok ingyenélő ebből szeretné magát eltartatni, a jövőt élné fel az ő kényelmes jelene érdekében. Erről szó sem lehet, ezt határozottan szögezd le. Mivel te keresed a pénzt, amit be kell osztani, itt vitának helye nincs.)</w:t>
      </w:r>
    </w:p>
    <w:p>
      <w:r>
        <w:t>Kérd meg, hogy segítsen kitalálni, hogyan tudnátok kijönni a bevételből. (Természetesen a helyes megoldás, hogy ő is hozzájárul a bevételekhez.) Szeretettel, de emlékeztesd arra, hogy mindkét fél kötelessége a kiadásokhoz való hozzájárulás.</w:t>
      </w:r>
    </w:p>
    <w:p>
      <w:r>
        <w:t>Készülj fel a kifogások kezelésére. ("Nem találok a képzettségemnek való munkát", "Többe kerülne a bébiszitter, mint amennyit én keresnék", "A gyerek még csak tíz éves, kellek neki, hogy itthon legyek, amikor hazaér az iskolából", és a többiek.)</w:t>
      </w:r>
    </w:p>
    <w:p>
      <w:r>
        <w:t>(Persze azt is mérd fel, mennyibe fog kerülni, ha például a feleséged újra munkába áll. Az egyik ismerősöm felesége tanítónő, a két gyerek magánovija (mert az államiban nem volt hely) és a buszbérlet többe került volna, mint amit fizetést kapott volna a neje. Ő inkább otthon maradt, mert az volt a legolcsóbb. De ezt csak így zárójelben.)</w:t>
      </w:r>
    </w:p>
    <w:p>
      <w:r>
        <w:t>A feleségnek ígérd meg, hogy te is kiveszed a részed a házimunkából és a gyerekekkel való foglalkozásból, vagy a gyerekek iskolába vagy hazajuttatásából, ha visszamegy dolgozni.</w:t>
      </w:r>
    </w:p>
    <w:p>
      <w:r>
        <w:t>(Az nem járja, kedves férjek, hogy a nő is dolgozzon napi nyolc órát és még egyedül vigye is a hátán az egész családot. Vagy maradjon otthon, esetleg dolgozzon négy órában és adja a háttér-munkát, vagy legyen közös a ház körüli munka is. Szerintem az az ideális, ha a férj keres eleget és a nő csak akkor dolgozik munkahelyen is, ha kedve van hozzá, de itt arról van szó, ha szükség van a másik fél keresetére is.)</w:t>
      </w:r>
    </w:p>
    <w:p>
      <w:r>
        <w:t>Bátorítsd az álláskeresését és buzdítsd, hogy igenis elég értékes ahhoz, hogy jó állást kapjon. Segíts neki önéletrajzokat írni, ülj le mellé, hogy most együtt fogtok állásajánlatokat olvasni. De mindez tényleg segítségnek tűnjön, ne leuralásnak vagy számonkérésnek. Ha azt érzi, hogy az akaratod akarod rákényszeríteni, csak azért sem fog változtatni.</w:t>
      </w:r>
    </w:p>
    <w:p>
      <w:r>
        <w:t>Közösen hozzatok egy céldátumot, hogy ha mondjuk mostantól két hónapig nem helyezkedik el, akkor elmegy a legelső McDonald's-be kiszolgálónak, mert mindegy mennyit keres, az is több, mint a nulla és nagy segítség lesz neki kiszakadni a kanapé öleléséből és újra visszatérni a munka világába.</w:t>
      </w:r>
    </w:p>
    <w:p>
      <w:r>
        <w:t>Ha ezzel sem érsz el célt, kezd el csak a számlák rád eső részét fizetni és ne adj neki egy fillért se semmilyen kiadásaira, hogy döbbenjen rá, hogy nem vagy fejőstehén. Ha közös bankszámlátok van, nyiss egyet magadnak és arra kérd a fizetésed. Ebben az állapotban remélem semmilyen hitelkártyátok nincs, ha mégis volna, gyorsan mondd le.</w:t>
      </w:r>
    </w:p>
    <w:p>
      <w:r>
        <w:t>Keress külső segítséget, ha szükséges. Egy pszichológust vagy járjatok párterápiára. Vannak olyan magatartásbeli rendellenességek, amiket nem csak kezelni, de még felismerni is csak egy szakember tud. Ezek nem fognak maguktól elmúlni, bármennyire is szeretnéd.</w:t>
      </w:r>
    </w:p>
    <w:p>
      <w:r>
        <w:t>Ha minden kötél szakad, a kiéheztetés csodákat tud művelni. Ha elköltözöl a lakásból, vagy őt kirakod és egy fillért sem adsz a fizetésedből, az éhség és a hajléktalanság gyorsan észhez tudja téríteni a legtöbb embert. De ez csak a végső megoldás, könnyen lehet, hogy ezzel a kapcsolatotoknak is vége, amiért lehet, hogy kár lenne. A kapcsolatok sokkal nagyobb értékek, mint amennyire az emberek általában megbecsülik őket. De van, amikor már csak a sokkterápia segít.</w:t>
      </w:r>
    </w:p>
    <w:p>
      <w:pPr>
        <w:pStyle w:val="Heading2"/>
      </w:pPr>
      <w:r>
        <w:t>Amikor a segítség tartja életben a bajt</w:t>
      </w:r>
    </w:p>
    <w:p>
      <w:r>
        <w:t>Nem csak az okozhat gondot, ha valaki nem dolgozik. Olyan is van, aki folyton dolgozik a nagy áttörésen, de közben a család pénzét éli fel.</w:t>
      </w:r>
    </w:p>
    <w:p>
      <w:r>
        <w:t>Volt egy ismerősöm, aki a fejébe vette, hogy ő sikeres vállalkozó lesz. Ez egy nagyon szép elhatározás, csak ő éppen tíz éve már kudarcot kudarcra halmoz.</w:t>
      </w:r>
    </w:p>
    <w:p>
      <w:r>
        <w:t>Az örökölt lakását többször el akarták árverezni, hol az adóhivatal, hol a bank, mert hitelt vett fel rá, de nem tudta fizetni a részleteket, hol éppen valaki más.</w:t>
      </w:r>
    </w:p>
    <w:p>
      <w:r>
        <w:t>A családja mindig közbeavatkozott, kifizették helyette a tartozásait. Amikor ajánlották neki, hogy menjen el valahová dolgozni, mindig az volt a válasz, hogy nehogy már elmenjen 350 ezerért akárhová alkalmazottnak, amikor ő a siker küszöbén áll, a következő munka fogja meghozni a régen várt áttörést, meg fogja látni minden kételkedő.</w:t>
      </w:r>
    </w:p>
    <w:p>
      <w:r>
        <w:t>Mindeközben már fűnek-fának tartozik és az egész család a felesége titkárnői fizetéséből él, finoman szólva se túl fényesen.</w:t>
      </w:r>
    </w:p>
    <w:p>
      <w:r>
        <w:t>Egy másik srác minden MLM-csodában benne volt az elmúlt 20 évben. Újra és újra elhitte a nagy gazdagságról és a milliókról szóló meséket, de természetesen semmire nem vitte eddig, hacsak nem tekintjük eredménynek a teljes anyagi csődöt, ami 20 év pénztelenség után természetes állapot. Ő sem képes abbahagyni, mert mi van, ha a következő dobás fogja a gazdagságba repíteni őt?</w:t>
      </w:r>
    </w:p>
    <w:p>
      <w:r>
        <w:t>Az egyik ügyfél férje is hasonló vállalkozó, a feleség egyébként jó keresete arra elég, hogy immár egy évtizede életben tartsa a férj menthetetlenül veszteséges vállalkozását. Közel a nyugdíjhoz semmi megtakarításuk nincs, a vállalkozás feneketlen kútként minden pénzüket felemészti. Ha a férj abbahagyná a vállalkozósdit, a feleség fizetéséből kényelmesen megélnének, még el is tudnának tenni havonta egy komolyabb összeget. De erről természetesen szó sem lehet.</w:t>
      </w:r>
    </w:p>
    <w:p>
      <w:r>
        <w:t>Az ehhez hasonló eseteket nagyon gyakoriak, többször előjönnek tanácsadások alkalmával és komoly fejtörést és sok szenvedést okoznak az érintett családoknak.</w:t>
      </w:r>
    </w:p>
    <w:p>
      <w:r>
        <w:t>Látni kell, hogy ezek az emberek ugyanabban a téveszmében élnek, mint a szerencsejáték-függők: nem merik abbahagyni a játékot, mert teljes meggyőződésük, hogy a következő leosztás/pörgetés/sorsolás fogja elhozni a gazdagságot. Miközben mindenki látja, hogy teljes tévúton járnak már évek óta.</w:t>
      </w:r>
    </w:p>
    <w:p>
      <w:r>
        <w:t>A nagy kérdés, hogy ilyenkor mit lehet tenni, ha minden meggyőzési kísérlet már kudarcot vallott?</w:t>
      </w:r>
    </w:p>
    <w:p>
      <w:r>
        <w:t>Sajnos csak egy megoldás van: el kell engedni ezeknek az embereknek a kezét és hagyni kell, hogy elmenjenek a falig, teljesen a padlóra kerüljenek és ott józanodjanak ki</w:t>
      </w:r>
    </w:p>
    <w:p>
      <w:r>
        <w:t>Talán keményen hangzik, de ezek az emberek nem fognak megváltozni, ha a család közös erőfeszítéssel újra és újra megmenti őket. Itt az segít, mint a rákos sejteknél: el kell zárni minden tápanyag-utánpótlást, hogy elhaljon a sikertelen vállalkozás a pénz hiányában, az álomvilágban élő "vállalkozó" pedig végre teljes valójában szembesüljön a tettei összes következményeivel.</w:t>
      </w:r>
    </w:p>
    <w:p>
      <w:r>
        <w:t>Ha kell, külön kasszát kell nyitni a házastársnak és a gyerekeknek, ha másként nem megy, akár ideiglenes külön költözéssel is.</w:t>
      </w:r>
    </w:p>
    <w:p>
      <w:r>
        <w:t>Lehet, hogy rá fog menni a már amúgy teljesen hitellel leterhelt lakás is, de ez nem olyan nagy ár, mintha további harminc évig döntené teljesen anyagi csődbe a családját az ilyen álmodozó. Jobb újrakezdeni a nulláról, mint tovább ásni a feneketlen lyukat évtizedeken át.</w:t>
      </w:r>
    </w:p>
    <w:p>
      <w:pPr>
        <w:pStyle w:val="Heading2"/>
      </w:pPr>
      <w:r>
        <w:t>A házassági vagyon rendezése</w:t>
      </w:r>
    </w:p>
    <w:p>
      <w:r>
        <w:t>A külön kassza, a közös vagyon és a házassági vagyonjogi szerződés nem ugyanaz. A jogi összefüggéseket Barnabás, az egyetemen jogot tanító szerző mutatja be az alábbiakban. A szerződés a közös háztartás védelmét is szolgálhatja, ezért nem érdemes pusztán a válásra való készülődésként gondolni rá.</w:t>
      </w:r>
    </w:p>
    <w:p>
      <w:r>
        <w:t>Kötni vagy nem kötni? A házassági vagyonjog legalább akkora tabu, mint a végrendelkezés, ráadásul ha mégis szóba kerül, akkor mindenkinek van véleménye, s kapitális marhának tartja azt, aki más állásponton van mint ő. Sok felszínes érv elhangzik a vagyonjogi szerződés mellett („Mi lesz, ha elváltok és az asszony/ember viszi a pénzt?”, „Manapság egy házasság se biztos, jobb felkészülni.”), illetve ellene is („Ha már az elején a válásra készülsz, akkor ez a házasság úgysem lesz tartós.”, „Felesleges kötni, úgyis békében megegyezünk ha kenyértörésre kerül a sor.”).</w:t>
      </w:r>
    </w:p>
    <w:p>
      <w:r>
        <w:t>Ugyanakkor a legfontosabb dolgot kevesen hangsúlyozzák: nem lehet kijelenteni, hogy az ilyen szerződés általánosságban jó/rossz, mindig a felek konkrét körülményeit kell szem előtt tartani. A vagyonjogi szerződés nem csak arra jó, hogy váláskor kisemmizzük a másikat, sok esetben éppen hogy meg lehet védeni vele a házastársat, illetve a közös háztartást.</w:t>
      </w:r>
    </w:p>
    <w:p>
      <w:r>
        <w:t>Először is érdemes azt tisztázni, hogy mik a házasság vagyonjogi hatásai, ha nincs a felek közt szerződés. Az ún. törvényes vagyonjogi rendszerben közös vagyon az amit a házastársak együtt vagy külön szereztek (tehát mind a két fél fizetése, stb.), illetve a különvagyon haszna (tehát pl. ha a különvagyoni lakást kiadják, a bérleti díj közös vagyon).</w:t>
      </w:r>
    </w:p>
    <w:p>
      <w:r>
        <w:t>Különvagyon: a házasság előtt megvolt vagyontárgy és a helyébe lépő érték (1), az ajándék vagy örökség amit nem közösen kaptak (2), a sérelemért kapott juttatás, úgy mint sérelemdíj vagy kár- és egészségbiztosítási összeg (3), a személyes használatra szánt vagyontárgyak, mint a sminkkészlet, horgászbot, stb. (4), a szellemi alkotásokból befolyt pénz, ha az életközösség alatt válik esedékessé, tehát ha a saját festményt az életközösség fennállása alatt adják el, akkor közös vagyon a vételár, ha utána, akkor különvagyon (5).</w:t>
      </w:r>
    </w:p>
    <w:p>
      <w:r>
        <w:t>Gyakori félreértés, de van egy szabály, hogy 5 év után néhány vagyontárgy közös vagyonná válik, sokan nem tudják viszont, hogy ez csak a mindennapi használati tárgyak helyébe lépő tárgyakra vonatkozik: tehát az ingatlan nem lesz közös 5 év házasság után sem, ha külön vagyon volt, viszont pl. az új laptop, új mobil már igen – amennyiben legalább öt éve házasok a felek (nem a tárgynak kell 5 éve meglennie, hanem 5 év házasság kell hozzá).</w:t>
      </w:r>
    </w:p>
    <w:p>
      <w:r>
        <w:t>Amennyiben a fentiektől valamilyen módon el szeretnénk térni, akkor jön képbe a vagyonjogi szerződés. Ilyen szerződést csak ügyvéd vagy közjegyző készíthet, ez azért jó, mert így minden esetben „jár” hozzá tanácsadás is. A szerződés csak akkor fejt ki másokra joghatást, ha azt bejegyezték a házassági vagyonjogi szerződések országos nyilvántartásába (ezt közjegyző intézi) vagy ha a félnek más módon tudni kellett róla (tehát pl. beleírják a szerződésbe, hogy tudomással bír a vagyonjogi szerződésről).</w:t>
      </w:r>
    </w:p>
    <w:p>
      <w:r>
        <w:t>Lehetséges közjegyzői tanúsítványt kérni arról, hogy valaki nem szerepel ebben a nyilvántartásban. Egyebekben jogi érdek igazolásakor lehet betekinteni. A szerződéseket a közjegyzői kamara 100 évig őrzi meg.</w:t>
      </w:r>
    </w:p>
    <w:p>
      <w:r>
        <w:t>Azért fontos, hogy mások is tudjanak róla, mert ha az egyik házasfél szerződést köt, akkor feltételezzük, hogy azt a másik beleegyezésével tette, így a házastárs is felelősséggel tartozik a közös vagyon rá eső részével. Ha viszont tudja a szerződő, hogy a házastárs nem egyezett bele (megtörtént eset: egy asszony a falu összes kocsmájában és boltjában fényképes papírt hagyott, hogy az alkoholista férjének ne adjanak hitelbe semmit), akkor a közös vagyon rá eső részével nem felel.</w:t>
      </w:r>
    </w:p>
    <w:p>
      <w:r>
        <w:t>Lehetséges annak kikötése, hogy a házastársak között nem jön létre közös vagyon: mind a ketten önállóan szerzik a vagyont, egymás tartozásaiért nem felelnek. Ezt a megoldást akkor szokták választani, ha mind a két fél nagyobb vagyonnal és jövedelemmel rendelkezik (jellemzően ’40-es, ’50-es éveikben járó hölgyek és urak) vagy ha az egyik félnek nagy összegű házasság előtti tartozása van. Utóbbi esetben ugyanis a közös vagyon rá eső részével értelemszerűen nem felel a tartozásért, mert nincs közös vagyon, csak azt lehet rajta végrehajtani amit ő kap, hiába keres a házastársa milliókat, ő pedig minimálbért.</w:t>
      </w:r>
    </w:p>
    <w:p>
      <w:r>
        <w:t>A Polgári törvénykönyv még mintául adja az ún. közszerzeményi rendszert, ez elég bonyolult, lényegében arról szól, hogy megnézik, hogy a házasság alatt mennyi „profitot” szereztek a házasfelek és ezt a vagyonszaporulatot elfelezik. A II. Világháború előtti magánjogban ez a rendszer elég elterjedt volt, én nem jósolok nagy jövőt neki, de ennek az elterjedése csak hosszabb idő után ítélhető meg.</w:t>
      </w:r>
    </w:p>
    <w:p>
      <w:r>
        <w:t>A fentieken kívül a vagyonjogi szerződésbe akármilyen vagyoni rendelkezést bele lehet írni, a felek kombinálhatják is az egyes rendszereket: pl. kiköthetik, hogy a fizetések 20%-a külön vagyon, stb. Ennek az a korlátja, hogy a visszaható hatályú rendelkezések a hitelezőkkel szemben nem fejtenek ki joghatást, tehát az nem működik, hogy szerződéssel a külön vagyonba utalnak valamit csak azért, hogy elvonják a hitelezők elől.</w:t>
      </w:r>
    </w:p>
    <w:p>
      <w:r>
        <w:t>Lehetséges csak arról szerződést kötni, hogy a házasság létrejöttekor mi a felek külön vagyona. Ez főleg akkor célszerű, ha az egyik fél nagyobb vagyonnal érkezik a házasságba, ami a későbbiekben összekeveredik a közös vagyonnal, a másik fél pedig olyan munkát végez ami korlátlan felelősséggel jár (pl. ügyvéd, egyéni vállalkozó, bt. beltagja, kkt. tagja, stb.).</w:t>
      </w:r>
    </w:p>
    <w:p>
      <w:r>
        <w:t>Sok egyéb rendelkezéssel meg lehet tölteni egy vagyonjogi szerződést, ennek igazából csak a jogszabályi keretek és az ügyfelek fantáziája szab határt. Érdemes azonban belegondolni, hogy egyrészt szükség van-e valóban egy ilyen szerződés megkötésére, másrészt pedig milyen tartalommal érdemes azt megtölteni.</w:t>
      </w:r>
    </w:p>
    <w:p>
      <w:r>
        <w:t>Ha azért van szükség rá, hogy váláskor nehogy rosszul járjon valaki, akkor a házasságon kell elgondolkozni; ha azért szeretnének jogilag is „külön kasszán” maradni, mert így szokták meg és ez nekik a természetes, akkor ez ellen senkinek sem lehet kifogása. A tartalom tekintetében az általános szabályok érvényesülnek, kiegészülve azzal, hogy a családjogi jogviszonyokban mindig kiemelten védik a gyengébbik felet, így pl. hiába írják bele a felek, hogy mind a két fél keresete és különvagyona csak az egyik fél különvagyonát gyarapítja, ez a szerződés jóerkölcsbe ütközés miatt semmis (érvénytelen) lesz – bár sajnos nincs kétségem afelől, hogy van olyan ügyvéd aki ilyen szerződést ellenjegyez.</w:t>
      </w:r>
    </w:p>
    <w:p>
      <w:r>
        <w:t>Összefoglalva: itt is kalkulálni kell, de elsősorban nem az anyagi, hanem az ésszerűségi szempontok mentén. Ide tartozik, hogy nem szabad felelőtlenül házasodni, ahogy az is, hogy huszon-harminc évesen teljesen felesleges éveket pazarolni egy nem működő kapcsolatra – nehéz dolog az embernek önmagával őszintének lennie, de működik.</w:t>
      </w:r>
    </w:p>
    <w:p>
      <w:r>
        <w:t>Jogszabályok tanulmányozásra: 2013. évi V. törvény (Ptk.) 4:34-75. §, 6:514-517. §, 17/2014. (III. 13.) KIM rendelet a Házassági és Élettársi Vagyonjogi Szerződések Országos Nyilvántartásának vezetéséről és az abból történő adatszolgáltatás részletes szabályairól</w:t>
      </w:r>
    </w:p>
    <w:p>
      <w:pPr>
        <w:pStyle w:val="Heading2"/>
      </w:pPr>
      <w:r>
        <w:t>Váláskor a hiteleket is rendezzétek</w:t>
      </w:r>
    </w:p>
    <w:p>
      <w:r>
        <w:t>A válásnál fontos, hogy minden anyagi kapcsolatot rendbe tegyetek, ne csak a vagyont osszátok fel egymás között, de a hiteleket is. Bajban lévő elvált emberek első mondata általában ez: úgy egyeztünk meg, hogy megtartja a lakást és fizeti tovább a hiteleket.</w:t>
      </w:r>
    </w:p>
    <w:p>
      <w:r>
        <w:t>Csakhogy nem fizeti és a hitel felvételekor te adóstárs voltál, így a bank hozzád is kiküldi a végrehajtót, hiszen sehol nem érdekli az, hogy ti már nem éltek együtt. De közös hitelkártya, a kis barátnőnek hitelbe vett autó és az összes többi is egy-egy pusztító időzített bomba, ami akár 20 év múlva robban. (Ne felejtsd el, egy lakáshitel akár 30 évre is szólhat.)</w:t>
      </w:r>
    </w:p>
    <w:p>
      <w:r>
        <w:t>Ezért válás esetén a közös hiteleket is tisztázzátok le, nehogy elhidd, hogy majd fizetni fogja. Tartsa meg a lakást, de a hitelt írassa a saját nevére. Tartsa meg az autót, de vegye át a lízinget is, a hitelkártyát meg adja le. Ne akarj az összetört szíved mellé egy összetört anyagi életet is.</w:t>
      </w:r>
    </w:p>
    <w:p>
      <w:pPr>
        <w:pStyle w:val="Heading2"/>
      </w:pPr>
      <w:r>
        <w:t>Válás és a családtámogatási hitelek</w:t>
      </w:r>
    </w:p>
    <w:p>
      <w:r>
        <w:t>A támogatással felvett hitel a házasság megszűnésével külön teherré válhat. A következő esetek a cikkek megjelenésekor érvényes szabályokat és kamatokat mutatják be: nem a mindenkori feltételek felsorolásai, hanem annak példái, milyen következménye lehet egy családi döntésnek.</w:t>
      </w:r>
    </w:p>
    <w:p>
      <w:r>
        <w:t>Zoltán kérdezte, hogy válás esetén mi történik a felvett CSOK-kal, babaváró hitellel és a lakáshitellel.</w:t>
      </w:r>
    </w:p>
    <w:p>
      <w:r>
        <w:t>Ez nem mellékes kérdés, mert sok családot érint.</w:t>
      </w:r>
    </w:p>
    <w:p>
      <w:r>
        <w:t>A válás önmagában nagy anyagi katasztrófa tud lenni, de ha még állami támogatásokat is vettetek fel, akkor különösen az lehet.</w:t>
      </w:r>
    </w:p>
    <w:p>
      <w:r>
        <w:t>A könnyebbik eset, ha már meglévő gyerekekre kérték a CSOK-ot, a CSOK hitelt illetve a babaváró esetén legalább már egy gyerek megszületett.</w:t>
      </w:r>
    </w:p>
    <w:p>
      <w:r>
        <w:t>CSOK-nál a tízéves elidegenítési tilalom továbbra is életben marad. Ha eladjátok az ingatlant, vissza kell fizetni a CSOK-ot. Mivel eladáskor a CSOK hitelt kifizetitek, így azzal további teendő nincs.</w:t>
      </w:r>
    </w:p>
    <w:p>
      <w:r>
        <w:t>Ha a gyerek(ek), akire a CSOK-ot felvettétek, az ingatlanban marad és az ingatlan azé lesz, aki a gyerekkel marad, akkor mind a CSOK, mind a CSOK hitel mehet tovább, ez a legideálisabb eset ebben a nem ideális helyzetben.</w:t>
      </w:r>
    </w:p>
    <w:p>
      <w:r>
        <w:t>A babaváró esetén, ha már legalább egy gyerek megszületett, akkor "csak" az történik, hogy válás esetén megszűnik a babaváró kamattámogatása és hirtelen az egyik legrosszabb kamatozású termékké válik a babaváró hitel. Ekkor a kamat maximuma az akkor érvényes ötéves állampapír kamat 130%-ának 5 százalékponttal növelt értéke lehet. Ez az eredeti példa idején csekély 10,24%-ot jelentett volna évente.</w:t>
      </w:r>
    </w:p>
    <w:p>
      <w:r>
        <w:t>16. § (1) Ha a támogatott személyek közötti házasságot a kölcsönszerződés futamideje alatt felbontják vagy érvénytelenné nyilvánítják, az erről szóló bírósági ítélet jogerőre emelkedését követő törlesztési esedékesség napjától a kamattámogatás megszűnik, és a támogatott személyek a 15. § (10) bekezdésében foglalt mértékű ügyleti kamatot fizetnek.</w:t>
      </w:r>
    </w:p>
    <w:p>
      <w:r>
        <w:t>Tehát a babaváró hitelt, ha nem tudjátok kifizetni, mindenképp ki kell váltani, nagyjából bármilyen hitelre.</w:t>
      </w:r>
    </w:p>
    <w:p>
      <w:r>
        <w:t>A sokkal komolyabb probléma, amikor még meg nem született gyerekre igényeltük a támogatásokat és úgy válnak el a felek.</w:t>
      </w:r>
    </w:p>
    <w:p>
      <w:r>
        <w:t>Ilyenkor nem csak a támogatás összegét kell visszafizetni, hanem büntetőkamatot is kell fizetni a felvétel pillanatától, aminek az éves összege a jegybanki alapkamat ötszöröse a babaváró hitelnél és háromszorosa a háromgyerekes CSOK-nál, illetve az alapkamat mértékének felel meg az egy, illetve két gyerekes megelőlegező CSOK-nál.</w:t>
      </w:r>
    </w:p>
    <w:p>
      <w:r>
        <w:t>Ez már 0,9%-os alapkamatnál is szabad szemmel látható összeg volt, a példa idején 2,1% volt az alapkamat, és további emelkedésre lehetett számítani. A szerencse az, hogy félévente nézik meg az akkor aktuális alapkamatokat, nem az éppen aktuális alapkamattal számolnak visszafelé a teljes futamidőre.</w:t>
      </w:r>
    </w:p>
    <w:p>
      <w:r>
        <w:t>Előfordulhat olyan is, hogy mondjuk három gyerekre vettek fel CSOK-ot, de a végén kettő maradt, akkor a 10 millióból a 2,6 milliót megtarthatnak, hiszen a kétgyerekes támogatás teljesült, "csak" a különbséget kell visszafizetni és arra számolnak fel büntetést.</w:t>
      </w:r>
    </w:p>
    <w:p>
      <w:r>
        <w:t>A CSOK hitelnél (mert van CSOK támogatás és államilag támogatott CSOK hitel is, a kettő nem ugyanaz) és a babaváró hitelnél "csak" a kamattámogatást kell visszafizetni. Ez az ügyleti kamat az ÁKK által meghatározott referenciaérték 130 százalékának a 2 százalékponttal növelt értéke. Itt az első öt évben a felvétel idején aktuális hozam a döntő, ami nagy mák most, hogy az ötéves állampapír hozama is szépen kilőtt.</w:t>
      </w:r>
    </w:p>
    <w:p>
      <w:r>
        <w:t>Tehát a fizetendő kamat (lásd fentebb) és az általunk fizetett 3%-os kamat közötti különbséget kell visszamenőlegesen kifizetni.</w:t>
      </w:r>
    </w:p>
    <w:p>
      <w:r>
        <w:t>A gondot az okozza itt, ha nem tudjuk visszafizetni a hitelt, mert akkor már nem a felvétel időpontja fog a továbbiakban számítani, hanem a mostani referenciaérték és a 2 százalékpontból is lesz 5 százalékpont, vagyis megint csak az egyik elérhető legdrágább hitelünk fog tovább ketyegni.</w:t>
      </w:r>
    </w:p>
    <w:p>
      <w:r>
        <w:t>Ezekre a fizetendő tételekre és büntetésekre kell számítani válás esetén. Érdemes előtte bemenni a bankba, ott pontosan ki tudják számolni a mindenkor aktuális alapkamatok és a felvételkor aktuális állampapír hozamok alapján, hogy pontosan mennyit kell majd fizetni és mennyi lesz a hitel új törlesztője, ha nem váltjátok ki.</w:t>
      </w:r>
    </w:p>
    <w:p>
      <w:pPr>
        <w:pStyle w:val="Heading2"/>
      </w:pPr>
      <w:r>
        <w:t>Amikor a törlesztő három és félszeresére nő</w:t>
      </w:r>
    </w:p>
    <w:p>
      <w:r>
        <w:t>Az általános szabály után nézzünk egy konkrét történetet. Tamás esete a 2023-ra előírt törlesztőről szólt.</w:t>
      </w:r>
    </w:p>
    <w:p>
      <w:r>
        <w:t>Tamásék felvették a babaváró hitelt, de aztán a gyerek születése után elváltak. Ezután tudni szerette volna, hogy akkor most mi lesz a babaváró hitel sorsa.</w:t>
      </w:r>
    </w:p>
    <w:p>
      <w:r>
        <w:t>A zöld bankban mindenki mindent mondott. Az egyik ügyintéző szerint, mivel a gyerek megszületett, minden marad a régiben, a hitel továbbra is kamatmentes. A másik ügyintéző úgy vélte, hogy csak az ötéves periódus végéig marad a kamattámogatás, utána normál kamatú lesz a hitel. A harmadik ügyintéző nem mert még tippelni sem, azt ajánlotta, írjon Tamás e-mailt a banknak.</w:t>
      </w:r>
    </w:p>
    <w:p>
      <w:r>
        <w:t>Az e-mailes kérdésre azt a választ kapta Tamás, hogy telefonon érdeklődjön vagy a bankfiókban, ott, ahol azt tanácsolták neki, hogy inkább e-mailben érdeklődjön.</w:t>
      </w:r>
    </w:p>
    <w:p>
      <w:r>
        <w:t>Ezen berágva levelet írt a panaszával, amire szintén nem kapott választ, csak egy CTRL-C CTRL-V semmitmondó üzenetet. Konkrét választ azonban még nyomokban sem tartalmazott a válaszlevél.</w:t>
      </w:r>
    </w:p>
    <w:p>
      <w:r>
        <w:t>Egy újabb tipp az volt, hogy az eddigi 46 ezer forintos törlesztő 67 ezer forintra fog nőni. Hogy ezt miért gondolta az ügyintéző, az Tamás leveléből nem derül ki.</w:t>
      </w:r>
    </w:p>
    <w:p>
      <w:r>
        <w:t>Aztán hogy teljes legyen a káosz, jött egy postai levél a bank központjától, miszerint a hitel havi törlesztője 2023 közepétől, a hitel szüneteltetésének lejáratától, 163 ezer forint lesz, ami azért viccnek erős lenne.</w:t>
      </w:r>
    </w:p>
    <w:p>
      <w:r>
        <w:t>Itt tart most Tamás, a bankban mindenki homlokegyenest mást mond, konkrét választ senkitől nem kapott, sem személyesen, sem e-mailben, sem levélben, ellenben van több "ajánlata" 46 ezer és 163 ezer forint közötti havi törlesztőkkel. A bankban úgy dobálják őt egymás között az ügyintézők, mint a forró krumplit, pedig azért nem egy olyan történt vele, amire még nem volt precedens, egyszerűen csak elvált a gyerek születése után.</w:t>
      </w:r>
    </w:p>
    <w:p>
      <w:r>
        <w:t>Az a rossz hír, hogy a bank központi levelének lesz igaza, a 163 ezer forintos törlesztővel. Még pedig azért, mert a babaváró hitelt házasok vehetik csak igénybe. Ha megszűnik a házasság, akkor a kamattámogatás okafogyottá válik, függetlenül attól, hogy a bevállalt gyerek már megszületett, így a hitel a bank által nyújtott személyi kölcsönné alakul át, annak megfelelő kamattal. (A gyerek megszületése csak annyival teszi jobbá az ügyet, hogy legalább az addigi állami kamattámogatást nem kell egyösszegben visszafizetni.)</w:t>
      </w:r>
    </w:p>
    <w:p>
      <w:r>
        <w:t>A hitel kamatozása az ötéves állampapír kamatozásához lesz kötve, annak a 130%-a plusz néhány százalék, ezért jön ki egy ilyen magas havi törlesztő.</w:t>
      </w:r>
    </w:p>
    <w:p>
      <w:r>
        <w:t>Tamás csak annyit tehet, hogy megpróbálja kiváltani a hitelt egy másikra. Ha van ingatlana, ami tehermentes, vagy még elbír 10 millió forint további szabadfelhasználású hitelt, akkor az lenne a legjobb megoldás. (De itt a jövedelmet is nézni kell, mert az is meg van kötve, hogy a fizetés hány százalékát teheti ki az összes havi hiteltörlesztés.)</w:t>
      </w:r>
    </w:p>
    <w:p>
      <w:r>
        <w:t>Könnyen lehet, hogy rémálommá válik Tamásnak a felvett hitel, ha a jövedelme miatt nem tudja kiváltani másikra a hitelt. Akkor sajnos marad az eredetileg tervezett havi törlesztő három és félszerese a válás miatt.</w:t>
      </w:r>
    </w:p>
    <w:p>
      <w:r>
        <w:t>Esetleg meg lehet próbálni csökkenteni a hitel összegét, eladni autót és hasonló dolgokat és a kapott pénzt befizetni a hitelbe. Ha sikerülne mondjuk levinni a tartozást tízmillió forintról ötmillióra, mindjárt feleannyi lenne a havi törlesztő.</w:t>
      </w:r>
    </w:p>
    <w:p>
      <w:r>
        <w:t>Érdemes lenne Tamásnak beszélni valakivel, aki képben van a hitelpiacon, egy felkészült hitelszakértő tudna ajánlani alternatívákat.</w:t>
      </w:r>
    </w:p>
    <w:p>
      <w:pPr>
        <w:pStyle w:val="Heading1"/>
      </w:pPr>
      <w:r>
        <w:t>Családalapítás és a gyerek érkezése</w:t>
      </w:r>
    </w:p>
    <w:p>
      <w:pPr>
        <w:pStyle w:val="Heading2"/>
      </w:pPr>
      <w:r>
        <w:t>Gyerekkel vagy gyerek nélkül</w:t>
      </w:r>
    </w:p>
    <w:p>
      <w:r>
        <w:t>A tudatos gyerektelenség egyik elnevezése a DINK (Dual Income, No Kids). Az ide tartozó párok tudatosan nem vállalnak gyereket, az így felszabadult pénzt és időt inkább magukra fordítják. (Bár a kifejezés már 1987 óta létezik, igazán most lett felkapott ez az életforma.)</w:t>
      </w:r>
    </w:p>
    <w:p>
      <w:r>
        <w:t>A magukat DINK-ként meghatározó párok jóval az átlag felett keresnek, jellemzően az átlagfizetés másfél-kétszeresét keresik. Nem csak a felszabaduló pénz és idő miatt döntenek a gyerektelenség mellett (bár ez a két fő motívum), hanem például egy tönkrement kapcsolatból is könnyebb anyagilag és minden más tekintetben felépülni, ha nincs gyerek. A karrierben sem hátráltatják őket a gyerekek, ahogy a nyugdíjas évekre való anyagi felkészülésben sem. Úgymond teljesebb és gyümölcsözőbb életet élhetnek gyerek nélkül.</w:t>
      </w:r>
    </w:p>
    <w:p>
      <w:r>
        <w:t>A 40-45 év közötti amerikai nők hetedének nincs gyereke, a gyerektelen párok 56%-a mondta, hogy inkább nem vagy biztos, hogy nem is szeretne gyereket. A gyerektelenek szűk egyharmada anyagi okok miatt nem vállal gyereket, de nem azért, amiért a DINK-ek, hanem mert úgy érzik, hogy nem tudnák finanszírozni a gyereknevelést. (Egy gyerek ma az Egyesült Államokban átlagosan évi szűk 26 ezer dollárba kerül.) Ezek alapján a társadalom 5-7%-a lehet az, aki tudatosan nem vállal gyereket, noha anyagilag megtehetné.</w:t>
      </w:r>
    </w:p>
    <w:p>
      <w:r>
        <w:t>Tény, hogy ha nem kell sem a pénzedet, sem az idődet gyereknevelésre fordítani, akkor több időd és pénzed marad magadra. Fiatal korodban biztos, hogy jobban jársz, ha nincs gyereked, de nagyon nem vagyok meggyőződve arról, hogy idősebb korodban biztos nem fogod megbánni a döntést. Nem csak arra gondolok, hogy senki nem nyitja rád majd az ajtót, hanem arra, hogy nem biztos, hogy lesz bárki, aki törődni fog veled vagy ápolni fog, ha annak jön el az ideje.</w:t>
      </w:r>
    </w:p>
    <w:p>
      <w:r>
        <w:t>Rosszul leszel, elesel, napokig, hetekig feküdhetsz ott, ha senki nem néz feléd. Bekerülsz a kórházba, hazaküldenek, de nem lesz senki, aki ápoljon, bevásároljon vagy egyáltalán egy szót is szóljon hozzád. Látom a környezetemben az időseket és azt is, ilyenkor milyen sokat számít a családi háttér és én személy szerint nem szeretnék magányosan öreg lenni.</w:t>
      </w:r>
    </w:p>
    <w:p>
      <w:r>
        <w:t>Igen, a gyerek rengeteg lemondással jár, időben is, pénzben is, leterheltségben is, minden tekintetben nagy áldozat és nagy változás egy-kettő-három gyerek felnevelése. De úgy gondolom, hogy megéri az áldozatot. (Ez csak az én véleményem, te nyugodtan gondolhatod másképp. S igen, nem csak a gyerektelenséget, de a gyerekvállalást vagy a túl sok gyerek vállalását is meg lehet bánni később és rengeteg olyan család van, ahol bár van gyerek, de látni sem akarja a szüleit.)</w:t>
      </w:r>
    </w:p>
    <w:p>
      <w:r>
        <w:t>Ide kapcsolódik, hogy sok olyan emberrel is találkoztam, akik bár akartak gyereket, de a családalapításnál minden fontosabb volt: karrier, külföldi munka, pénz. Aztán harmincnéhány évesen kezdődött a kapkodás, hogy talán még nem késő találni valakit és családot alapítani. Ha már közel vagy a harminchoz és akarsz családot, akkor nagyon benne jársz az időben, hogy megoldd ezt a problémát. Akkor nem érsz rá olyanokkal együtt élni, akik még öt év együttélés után sem tudják, hogy meg akarnak-e házasodni és akarnak-e gyereket, de olyan kapcsolatot sem érdemes kezdeni, amiben legalább az esély nincs meg, hogy egy jó házasság lesz a vége. Már nincs három-négy éved, hogy olyannal lépjél kapcsolatba, aki ennyi idősen sem tudja, hogy mit akar az élettől.</w:t>
      </w:r>
    </w:p>
    <w:p>
      <w:r>
        <w:t>S ha te sem és a párod sem szeretnétek gyereket, az teljesen rendben van, a ti döntésetek, de ezt érdemes minél előbb tisztázni és hagyni, hogy a másik találjon magának egy másik párt, ha nem vagytok a kérdésben egy hullámhosszon, mert ez nem olyan kérdés, ahol van köztes megoldás, mint például a lakás és a családi ház helyett vesztek egy sorházat kompromisszumként.</w:t>
      </w:r>
    </w:p>
    <w:p>
      <w:r>
        <w:t>A gyerektelenségi trend az egész világon megfigyelhető, mindenhol esik a termékenységi mutató, nem csak a fejlett, de a fejlődő államokban is. Ha nagy változás nem lesz, 2100-ban már alig lesz néhány olyan ország, ahol a népességfogyást el fogják tudni kerülni.</w:t>
      </w:r>
    </w:p>
    <w:p>
      <w:r>
        <w:t>A megélhetési válság, a drága ingatlanok és sok országban a drága gyereknevelési kiadások nem igazán ösztönzik a fiatalokat a gyerekvállalásra. Ha nem sikerül megoldani a nagyvárosok egyre súlyosabb lakhatási válságát, könnyen lehet, hogy a most még inkább marginális tudatos gyerektelenség sokkal általánosabb lesz már a közeli jövőben is.</w:t>
      </w:r>
    </w:p>
    <w:p>
      <w:pPr>
        <w:pStyle w:val="Heading2"/>
      </w:pPr>
      <w:r>
        <w:t>Mire kell pénzügyileg felkészülni</w:t>
      </w:r>
    </w:p>
    <w:p>
      <w:r>
        <w:t>Ha szeretnétek gyereket, a pénzügyi tervezés akkor is fontos, ha maga a döntés sokkal többről szól, mint a pénzről. Először érdemes különválasztani a valódi szükségleteket attól, amit a környezetünk és a kereskedők alapnak próbálnak eladni.</w:t>
      </w:r>
    </w:p>
    <w:p>
      <w:r>
        <w:t>Bár a gyerekvállalás nem elsősorban pénzügyi döntés, de mivel általában két gyerek felnevelése többe kerül, mint az ingatlan, amiben felneveled őket, bölcs dolog pénzügyileg is felkészülni az életed megváltozására.</w:t>
      </w:r>
    </w:p>
    <w:p>
      <w:r>
        <w:t>A pénzügyi tervezés előtt néhány dolgot érdemes tisztázni.</w:t>
      </w:r>
    </w:p>
    <w:p>
      <w:r>
        <w:t>Az első, hogy a gyerek soha nem fog jókor érkezni, ha a saját kényelmed szerint akarod időzíteni. A gyerek mindig lemondással jár, mind idő, mind pénz tekintetében. Ezért teljesen felesleges halogatni a dolgot, 25 évesen éppen annyi kifogást fogsz találni, mint 35 évesen.</w:t>
      </w:r>
    </w:p>
    <w:p>
      <w:r>
        <w:t>Nagy valószínűséggel 35 évesen jobban fogsz állni anyagilag, mint 25 évesen, csak az a gond, hogy az idő ellened dolgozik. Sok pár, aki gond nélkül teherbe esett volna 25 évesen, vért izzad tíz évvel később, hogy legalább egy gyereke lehessen. A legtöbb gyerek pedig azért nem születik meg, mert egész egyszerűen a párok kicsúsznak az időből. Az átlag anya jelenleg már 30 éves kora körül szüli az első gyerekét és már nincs idő a második-harmadik gyerekre a nő 35-38 éves kora előtt. Ezért se halogasd a gyerekvállalást.</w:t>
      </w:r>
    </w:p>
    <w:p>
      <w:r>
        <w:t>(Csak zárójelben: ezért is nagyon fontos, kinek adod oda a húszas éveidet. Fél év járás ezzel, három év azzal, egy év emezzel, másfél amazzal és hirtelen arra döbbensz rá, hogy már te is elmúltál 30 és kezdődhet a kapkodás. Aki nem komolyan gondolja a kapcsolatotokat, aki két év ismeretség után sem tudja eldönteni, hogy mit akar tőled, azzal ne állj szóba huszonévesen se, mert egy pótolhatatlan értéket lop el tőled: a fiatalságodat.)</w:t>
      </w:r>
    </w:p>
    <w:p>
      <w:r>
        <w:t>A húszas éveidben való szülés alatt itt 25-28 éves kort értek, nem az egyetemista vagy a tinédzserkort. Ekkor már régen nem vagy gyerek és legalább 3-5 éve dolgozol akkor is, ha egyetemre jártál.</w:t>
      </w:r>
    </w:p>
    <w:p>
      <w:r>
        <w:t>Felejtsd el az "először karriert kell építenem" kezdetű butaságot is. Még csak nem is értem, miért gondolják olyan sokan, hogy jobb, ha akkor megy el szülni, amikor már komoly beosztást tölt be és nem előtte? Inkább addig legyél hátrányban kisgyermekes anyaként, amíg nem vagy senki, mint azért ne vegyen fel komoly beosztásba 35 évesen, mert jó-jó, de úgyis minden második héten otthon fogsz maradni a beteg gyerekek miatt. Ez sokkal jobban elmegy, amikor még csak egy könnyen helyettesíthető aktatologató vagy a sok közül, mint amikor már csoportvezető, vagy osztályvezető lennél. Hamarabb fel is vesznek a harmincas éveidben, ha te már túl vagy a két-három gyerek szülésén és nem akkor tűnsz el hét évre gyerekeket szülni.</w:t>
      </w:r>
    </w:p>
    <w:p>
      <w:r>
        <w:t>Újabb gyakori tévedés, hogy addig vársz a gyerekek vállalásával, amíg nincs meg mindened. Lakás, autó, plazmatévé, bőrgarnitúra.</w:t>
      </w:r>
    </w:p>
    <w:p>
      <w:r>
        <w:t>"Micsoda felelőtlenség albérletbe gyereket szülni" mondják azok, akik nyakig ülnek a devizahitelekben és nyögnek hónapról-hónapra.</w:t>
      </w:r>
    </w:p>
    <w:p>
      <w:r>
        <w:t>A Bezzeganyán volt egy cikk, miszerint az olvasói felmérés szerint átlag(!!) másfél millióba kerül egy gyerek megszületése előtt. Két gyerekkel kíváncsi voltam, hogyan tudott ilyen meredek átlag kijönni, mi ennek a tizedéből kihoztuk a gyerekeket.</w:t>
      </w:r>
    </w:p>
    <w:p>
      <w:r>
        <w:t>Elkezdtem olvasni a tételeket. Na igen. A legtöbb ember el sem tudja képzelni, hogy egy gyerek az anyja méhéből nem az autó ülésére pottyan. Autót, azt kell venni, ha jön a gyerek, mert az ugyanolyan alap, mint a pelenka meg a cumisüveg. Csak nem fogjuk gyalog hordani a 300 méterre lévő gyerekorvoshoz, meg a 250 méterre lévő bölcsődébe? Na és ha az anyóst kell meglátogatni a város másik felén?</w:t>
      </w:r>
    </w:p>
    <w:p>
      <w:r>
        <w:t>Most olvastam, hogy a 4,2 millió magyar háztartásra több mint 3 millió személyautó jut. Ha az öregeket kiveszem a képletből, akik már nem vezetnek, szinte minden magyar háztartásban van autó. (Persze ez csak statisztika, van ahol kettő van, van ahol egy sem.) Még hogy szegénység lenne ebben az országban. Autóra, úgy tűnik, a legtöbb embernek telik és a legtöbb ember szerint az élethez éppen annyira szükséges, mint a levegő és a víz.</w:t>
      </w:r>
    </w:p>
    <w:p>
      <w:r>
        <w:t>Másik ilyen zúzós tétel a lakáscsere, lakásfelújítás volt a felmérésben. El sem tudják képzelni némelyek, hogy a gyerekek úgy nőjenek fel, hogy nincs mindenkinek külön szobája és abban ne Micimackó legyen a falon háromméteres kiadásban. Én kilencéves koromig laktam a két testvéremmel egy másfél szobás lakás félszobájában és utána se lett külön szobám, csak a bátyámmal közös. Aztán mégis itt vagyok. Nagyon haragudnék anyámékra, ha azért nem születhettem volna meg, mert nem volt ötszobás lakásuk akkor.</w:t>
      </w:r>
    </w:p>
    <w:p>
      <w:r>
        <w:t>A harmadik tétel a 150 ezres babakocsi volt. Mi is ilyen babakocsikat vettünk. Csak éppen 60 ezerért használtan, szinte új állapotban. Aztán el is adtuk őket, volt hogy még drágábban is, mint vettük. Szerintem összességében még kerestünk is a babakocsikon.</w:t>
      </w:r>
    </w:p>
    <w:p>
      <w:r>
        <w:t>A gyerekruhákat a feleségem veszi a turkálóban kilóra, nem egy ruhán még az eredeti árcímke is rajta van. (A gyerekek egy ruhát három hónapig hordanak az adott évszakban, a következő évben már biztos nem lesz jó rájuk)</w:t>
      </w:r>
    </w:p>
    <w:p>
      <w:r>
        <w:t>Miután hordták, eladja őket egy használtcikkes oldalon, annyiért, mint amennyiért vette.</w:t>
      </w:r>
    </w:p>
    <w:p>
      <w:r>
        <w:t>Persze, van olyan ismerősöm, akinek a három hónapos gyerekének már három pár 15 ezer forintos cipője volt. Még fél évig minimum nem tud járni a gyerek, de kellett a lábára az ezüst színű Nike cipő meg a vagány Adidas. Igaz, kinőtte egy hónap alatt mind a három párat, de hát csak egyszer élünk.</w:t>
      </w:r>
    </w:p>
    <w:p>
      <w:r>
        <w:t>Ezeket csak azért írom le, mert nem kötelező ostobának lenni. Lehet gyereket szülni bérelt lakásba is, akkor sincs tragédia, ha nem autóval hordod még a bilire is és nem kell százezreket költeni gyerekruhára, amit úgyis kinőnek két hónap alatt.</w:t>
      </w:r>
    </w:p>
    <w:p>
      <w:r>
        <w:t>(Nehogy megsértődj: ha van pénzed ilyenekre, miután tettél félre a nyugdíjadra és egyéb tartalékokra, nyugodtan vegyél meg mindent a gyereknek. Én arról beszélek, amikor nincs rá pénzed és csak azért nincs gyereked, mert el sem tudod képzelni, hogy például van élet autó nélkül is.)</w:t>
      </w:r>
    </w:p>
    <w:p>
      <w:r>
        <w:t>Egyébként a gyerek három éves koráig, amíg otthon van vele az anya, jóformán nem kerül semmibe. Pelenka, egy kis bébikaja, ha éppen nincs gyümölcsszezon, a ruhákat ingyen kihozod, ha utána el is adod őket. Bébiőrt és a többi kacatot sem kell ám megvenned, amit rád akarnak sózni a boltban. Kádat, pelenkázót és egyebeket kérhetsz kölcsön az ismerőseidtől is.</w:t>
      </w:r>
    </w:p>
    <w:p>
      <w:r>
        <w:t>Van nem egy olyan ismerősöm, ahol annyi játéka van a gyerekeknek, hogy ők már csak lapjával férnek be a gyerekszobába. Az én lányomnak három babája van és egyedül a legolcsóbbal játszik. A nevetős-beszélősökre rá sem néz.</w:t>
      </w:r>
    </w:p>
    <w:p>
      <w:r>
        <w:t>A fiamnak talán egy tucat kisautója van, akkor kap másikat, ha valamelyik leamortizálódott.</w:t>
      </w:r>
    </w:p>
    <w:p>
      <w:r>
        <w:t>Ennek ellenére boldog gyerekek és soha nem unatkoznak a játékok hiánya miatt. (Néha elrakunk néhány megunt játékot két-három hónapra, mikor visszakapják, úgy játszanak vele, mintha még soha nem látták volna.)</w:t>
      </w:r>
    </w:p>
    <w:p>
      <w:r>
        <w:t>Úgyhogy ne hidd el a nagylábon élő embereknek, hogy milyen lehetetlen küldetés a gyerekvállalás.</w:t>
      </w:r>
    </w:p>
    <w:p>
      <w:r>
        <w:t>A világ népességének a 80%-a (jóval) kevesebb pénzből él, mint a magyar minimálbér. Ennek ellenére pont a világnak ezen a részén nem probléma a gyerekvállalás. A fogyasztói társadalom minden átkával megvert Nyugaton a hatalmas jólét ellenére alig születnek gyerekek.</w:t>
      </w:r>
    </w:p>
    <w:p>
      <w:r>
        <w:t>"Ha annyit keresnék, mint a németek, akkor szülnék gyereket." Hát persze. Németországi nők is az első gyereküket 29,2 évesen szülik és mindössze 1,43 gyereket szülnek csak, ami csak egy lehelettel jobb, mint a magyar 1,3-as adat. S ne feledkezzünk el itt sem a sok bevándorlóról, akik torzítják a statisztikát.</w:t>
      </w:r>
    </w:p>
    <w:p>
      <w:r>
        <w:t>A népszaporulat alapján az első száz országba csak Ciprus és Írország fért bele a nyugati világból, Írország is csak a 99. helyre. A legtöbb európai ország a lista utolsó ötven helyének valamelyikén van. (Ahol pedig nem durván kevés gyerek születik Európában, ott erősen árnyalja a képet a gyerekek származása. Londonban a leggyakoribb újszülöttnek adott fiúnév a Mohamed, a negyedik leggyakoribb pedig a Muhammad. Vagyis a gyerekek minimum fele arab bevándorlóktól születik. De Franciaországban is erősen torzítják a statisztikákat a bevándorlók.)</w:t>
      </w:r>
    </w:p>
    <w:p>
      <w:r>
        <w:t>Vagyis egyáltalán nem a jólét mértéke határozza meg a gyerekvállalási kedvet, hanem éppen ellenkezőleg, a jólét és a hedonista világkép a legnagyobb gátja a gyerekvállalásnak.</w:t>
      </w:r>
    </w:p>
    <w:p>
      <w:r>
        <w:t>A gyerekvállalás nem elsősorban pénzkérdés Magyarországon. Sokkal inkább annak a kérdése, hogy hajlandó vagy-e feladni a kényelmedből azért, hogy azt a pénzt, amit eddig kütyükre, nyaralásra meg a hóbortjaidra költöttél, azt mostantól a gyerekeidre költsd. Azt az időt pedig, amit eddig ostoba szappanoperák nézésére fordítottál, azt mostantól a gyerekek fürdetésére, a leckék átnézésre szánd.</w:t>
      </w:r>
    </w:p>
    <w:p>
      <w:r>
        <w:t>Hidd el, megéri az áldozatot a gyerek. Majd amikor látod felnőni az unokáidat és lesz, aki rád nyissa az ajtót a hetvenes-nyolcvanas éveidben, ha majd lesz kire hagynod a vagyonodat, azt mondod, minden pénzt megért. És fordítva is így van sajnos, kérdezz csak meg gyerektelen időseket, mennyire boldogok vagy boldogtalanok.</w:t>
      </w:r>
    </w:p>
    <w:p>
      <w:r>
        <w:t>Na, ennyi bevezető után nézzük a konkrét lépéseket.</w:t>
      </w:r>
    </w:p>
    <w:p>
      <w:r>
        <w:t>Az első és legfontosabb lépés a pénzügyi életed teljes kontroll alá vonása. Ha te is az átlagemberhez hasonlóan élsz egyik hónapról a másikra és fogalmad sincs, hogy mennyit keresel és mennyit költesz és azt is mire, hogyan akarod megtervezni, hogy mi fog megváltozni a gyerek(ek) érkezésével?</w:t>
      </w:r>
    </w:p>
    <w:p>
      <w:r>
        <w:t>Ezért kezd el írni, mire mennyit költötök, fillérre pontosan, majd három hónap múlva nézzétek meg, hol mennyit tudnátok megtakarítani. Egy egyszerű táblázat vagy kiadásíró telefonos program is megteszi.</w:t>
      </w:r>
    </w:p>
    <w:p>
      <w:r>
        <w:t>A gyerekkel járó kiadásokat kérdezd meg azoktól, akik már túl vannak rajta és még követték is a kiadásokat.</w:t>
      </w:r>
    </w:p>
    <w:p>
      <w:r>
        <w:t>A gyerekek, mint fentebb írtam is, az első pár évben szinte semmibe nem kerülnek. Ez azért jó, mert amíg az anya otthon van velük, a kieső jövedelmet nem tetézi nagy kiadásnövekedés.</w:t>
      </w:r>
    </w:p>
    <w:p>
      <w:r>
        <w:t>Ezen túl csökkenek az egyéb kiadásaitok is, ha gyereket vállaltok. A gyerekek mellett sokkal kevésbé jártok el otthonról szórakozni, étterembe, vagy egyéb helyre. Ez persze nem látszik túl örvendetesnek első ránézésre, de anyagilag segítség.</w:t>
      </w:r>
    </w:p>
    <w:p>
      <w:r>
        <w:t>Attól se félj, hogy a későbbiekben megugrik a gyerekekre fordítandó összeg. Az életutadon a fizetésed is nő ideális esetben, nem csak a gyerekekre költött pénz. Ha nem így van, azaz nem vagy képes karriert befutni az életed során, akkor valamit nagyon rosszul csinálsz. Mert hiába tiltakozol, ha te ugyanott tartasz most, mint tartottál 5 vagy 10 éve, akkor valószínűleg két szalmaszálat sem tettél keresztbe, hogy előrébb juthass az életben.</w:t>
      </w:r>
    </w:p>
    <w:p>
      <w:r>
        <w:t>Takarítsatok meg előre. Növeljétek a havi megtakarítást a költések terhére, ezzel is felkészülve az anya jövedelme miatti bevételkiesésre. Ha most tudtok nagyobb összegeket félretenni, az egyrészt segít felkészülni a nadrágszíj esetleg meghúzására, másrészt jól fog jönni az a pénz a gyed és a gyes alatt.</w:t>
      </w:r>
    </w:p>
    <w:p>
      <w:r>
        <w:t>Használjátok ki előre az adókedvezményeket, nyissatok önsegélyező pénztárt, amit remekül fel lehet használni gyerekszülésre, gyedre és egyébre. Ennek feltételeit még a befizetés előtt érdemes megismerni.</w:t>
      </w:r>
    </w:p>
    <w:p>
      <w:r>
        <w:t>Kössetek kockázati életbiztosítást legalább a családfőre, amint kiderül a terhesség.</w:t>
      </w:r>
    </w:p>
    <w:p>
      <w:r>
        <w:t>Nézz körül otthon és add el a sok kacatot a házból. Helyet is nyersz és pénzt is. Mindkettőre nagy szükséged lesz a gyerek érkezésével.</w:t>
      </w:r>
    </w:p>
    <w:p>
      <w:r>
        <w:t>Kérj segítséget egy kisgyerekes szülőtől, mire van szükséged a gyerek első pár évében. Írd össze ezeket a dolgokat, majd kérdezd meg a gyerekes ismerőseidet, tudna-e valaki ezek közül kölcsönadni, ajándékozni, esetleg neked olcsón eladni. Elképzelni sem tudod, mennyi mindent fogsz kapni. Mi annyi ruhát kaptunk, hogy a felét sem tudtuk ráadni a gyerekre, mire kinőtte, de kádból is volt kettő és sok minden másból is.</w:t>
      </w:r>
    </w:p>
    <w:p>
      <w:r>
        <w:t>A fennmaradó dolgokat, amiket meg kell venned, árazd be. Nézd meg a végösszeget és döntsd el, hogy tudsz-e vagy akarsz-e ennyit rákölteni. Ha nem, racionalizálj, ahol lehet.</w:t>
      </w:r>
    </w:p>
    <w:p>
      <w:r>
        <w:t>Csinálj költségvetést a szükséges dolgok megvásárlásához. Ha 13 ezer forintod jut a babaágyra, akkor felejtsd el azt a cuki nyuszis ágyat a katalógusból 50 ezerért, nézelődj egy használtcikkes oldalon, vagy maximum az IKEA-ban.</w:t>
      </w:r>
    </w:p>
    <w:p>
      <w:r>
        <w:t>Nézd meg a mostani költségvetésedet (ugye van ilyened?!), hogy miről tudnál lemondani a gyerek költségeinek a javára.</w:t>
      </w:r>
    </w:p>
    <w:p>
      <w:r>
        <w:t>Mivel a gyerekprojekt két évtizedes esemény, fontos, hogy gondold végig a következő húsz évet, azaz próbálj meg hosszú távra tervezni pénzügyileg.</w:t>
      </w:r>
    </w:p>
    <w:p>
      <w:r>
        <w:t>Egyáltalán nem baj, ha várhatóan nem tudsz lakást venni a gyerekednek 20 éves korában, vagy az egyetemét is csak diákhitelből fogja tudni megoldani. Nem attól leszel jó szülő, hogy minden pénzedet a gyerekeidre költöd, aztán majd hetvenévesen beköltözöl hozzájuk, mert elfelejtettél a nyugdíjadra is félretenni és éhezel nyugdíjasként.</w:t>
      </w:r>
    </w:p>
    <w:p>
      <w:r>
        <w:t>Olvass baba-mama fórumokat, blogokat, találsz hasznos tippeket arra, hogyan és min tudsz spórolni.</w:t>
      </w:r>
    </w:p>
    <w:p>
      <w:r>
        <w:t>Kerüld el a konzumidiótizmust ezen területen is. Nem kell minden hülyeséget megvenni, amit el akarnak adni neked az anyaméh hangját utánzó altatógéptől a lélegzésfigyelőig. Hidd el, ezek nélkül is fel fog nőni a gyerek.</w:t>
      </w:r>
    </w:p>
    <w:p>
      <w:pPr>
        <w:pStyle w:val="Heading2"/>
      </w:pPr>
      <w:r>
        <w:t>Egy család tételes költségei</w:t>
      </w:r>
    </w:p>
    <w:p>
      <w:r>
        <w:t>Az alábbi feljegyzés 2018–2019-ből való. Az összegek és az akkori egészségügyi kiadások történeti példák; a tanulság a tételek összegyűjtése és a saját igények mérlegelése.</w:t>
      </w:r>
    </w:p>
    <w:p>
      <w:r>
        <w:t>Lili nemrég szülte első gyereküket, s a költségeket gondosan feljegyezte már a kezdetektől. Mivel gyakori a kérdés, hogy mennyibe is kerül egy gyerek (bár az igazán nagy költségek még ezután fognak jönni...), érdemes végignézni az általa feljegyzett összegeket.</w:t>
      </w:r>
    </w:p>
    <w:p>
      <w:r>
        <w:t>A számokon lehet látni, hogy azért nem egy fapados szülés volt ez, amit csak lehetett, magánorvosnál vettek igénybe és a többi, de kiindulásnak jó lehet. A saját költségvetésetekhez azt érdemes végiggondolni, mit csinálnátok másként, min tudnátok spórolni, és mire költenétek mindenképpen.</w:t>
      </w:r>
    </w:p>
    <w:p>
      <w:r>
        <w:t>A következő tapasztalatok az övéi. A Lili név álnév.</w:t>
      </w:r>
    </w:p>
    <w:p>
      <w:r>
        <w:t>Egy beszélgetést hallgatva arra gondoltam, hogy mivel mi pontosan vezetjük a kiadásainkat, leírom, hogy a mi tapasztalataink szerint "mennyibe kerül egy gyerek".</w:t>
      </w:r>
    </w:p>
    <w:p>
      <w:r>
        <w:t>Az első gyerekünkről van szó, aki most 3 hónapos. A felmerült költségeket a terhesség elejétől számítottam.</w:t>
      </w:r>
    </w:p>
    <w:p>
      <w:r>
        <w:t>Terhesség:</w:t>
      </w:r>
    </w:p>
    <w:tbl>
      <w:tblPr>
        <w:tblW w:type="auto" w:w="0"/>
        <w:tblLayout w:type="fixed"/>
        <w:tblLook w:firstColumn="1" w:firstRow="1" w:lastColumn="0" w:lastRow="0" w:noHBand="0" w:noVBand="1" w:val="04A0"/>
      </w:tblPr>
      <w:tblGrid>
        <w:gridCol w:w="7488"/>
        <w:gridCol w:w="2160"/>
      </w:tblGrid>
      <w:tr>
        <w:tc>
          <w:tcPr>
            <w:tcW w:type="dxa" w:w="7488"/>
          </w:tcPr>
          <w:p>
            <w:pPr>
              <w:spacing w:after="60"/>
            </w:pPr>
            <w:r>
              <w:t>Nifty-teszt</w:t>
            </w:r>
          </w:p>
        </w:tc>
        <w:tc>
          <w:tcPr>
            <w:tcW w:type="dxa" w:w="2160"/>
          </w:tcPr>
          <w:p>
            <w:pPr>
              <w:spacing w:after="60"/>
              <w:jc w:val="right"/>
            </w:pPr>
            <w:r>
              <w:t>185 000 Ft</w:t>
            </w:r>
          </w:p>
        </w:tc>
      </w:tr>
      <w:tr>
        <w:tc>
          <w:tcPr>
            <w:tcW w:type="dxa" w:w="7488"/>
          </w:tcPr>
          <w:p>
            <w:pPr>
              <w:spacing w:after="60"/>
            </w:pPr>
            <w:r>
              <w:t>Szülész magánrendelés havi 1x</w:t>
            </w:r>
          </w:p>
        </w:tc>
        <w:tc>
          <w:tcPr>
            <w:tcW w:type="dxa" w:w="2160"/>
          </w:tcPr>
          <w:p>
            <w:pPr>
              <w:spacing w:after="60"/>
              <w:jc w:val="right"/>
            </w:pPr>
            <w:r>
              <w:t>130 000 Ft</w:t>
            </w:r>
          </w:p>
        </w:tc>
      </w:tr>
      <w:tr>
        <w:tc>
          <w:tcPr>
            <w:tcW w:type="dxa" w:w="7488"/>
          </w:tcPr>
          <w:p>
            <w:pPr>
              <w:spacing w:after="60"/>
            </w:pPr>
            <w:r>
              <w:t>5 db ultrahang vizsgálat</w:t>
            </w:r>
          </w:p>
        </w:tc>
        <w:tc>
          <w:tcPr>
            <w:tcW w:type="dxa" w:w="2160"/>
          </w:tcPr>
          <w:p>
            <w:pPr>
              <w:spacing w:after="60"/>
              <w:jc w:val="right"/>
            </w:pPr>
            <w:r>
              <w:t>121 000 Ft</w:t>
            </w:r>
          </w:p>
        </w:tc>
      </w:tr>
      <w:tr>
        <w:tc>
          <w:tcPr>
            <w:tcW w:type="dxa" w:w="7488"/>
          </w:tcPr>
          <w:p>
            <w:pPr>
              <w:spacing w:after="60"/>
            </w:pPr>
            <w:r>
              <w:t>Vérvétel (magán, havi 1-2x)</w:t>
            </w:r>
          </w:p>
        </w:tc>
        <w:tc>
          <w:tcPr>
            <w:tcW w:type="dxa" w:w="2160"/>
          </w:tcPr>
          <w:p>
            <w:pPr>
              <w:spacing w:after="60"/>
              <w:jc w:val="right"/>
            </w:pPr>
            <w:r>
              <w:t>59 770 Ft</w:t>
            </w:r>
          </w:p>
        </w:tc>
      </w:tr>
      <w:tr>
        <w:tc>
          <w:tcPr>
            <w:tcW w:type="dxa" w:w="7488"/>
          </w:tcPr>
          <w:p>
            <w:pPr>
              <w:spacing w:after="60"/>
            </w:pPr>
            <w:r>
              <w:t>Terhes ruhák (használt)</w:t>
            </w:r>
          </w:p>
        </w:tc>
        <w:tc>
          <w:tcPr>
            <w:tcW w:type="dxa" w:w="2160"/>
          </w:tcPr>
          <w:p>
            <w:pPr>
              <w:spacing w:after="60"/>
              <w:jc w:val="right"/>
            </w:pPr>
            <w:r>
              <w:t>40 796 Ft</w:t>
            </w:r>
          </w:p>
        </w:tc>
      </w:tr>
      <w:tr>
        <w:tc>
          <w:tcPr>
            <w:tcW w:type="dxa" w:w="7488"/>
          </w:tcPr>
          <w:p>
            <w:pPr>
              <w:spacing w:after="60"/>
            </w:pPr>
            <w:r>
              <w:t>Terhesvitamin</w:t>
            </w:r>
          </w:p>
        </w:tc>
        <w:tc>
          <w:tcPr>
            <w:tcW w:type="dxa" w:w="2160"/>
          </w:tcPr>
          <w:p>
            <w:pPr>
              <w:spacing w:after="60"/>
              <w:jc w:val="right"/>
            </w:pPr>
            <w:r>
              <w:t>39 720 Ft</w:t>
            </w:r>
          </w:p>
        </w:tc>
      </w:tr>
      <w:tr>
        <w:tc>
          <w:tcPr>
            <w:tcW w:type="dxa" w:w="7488"/>
          </w:tcPr>
          <w:p>
            <w:pPr>
              <w:spacing w:after="60"/>
            </w:pPr>
            <w:r>
              <w:t>Kompressziós harisnya 2 db</w:t>
            </w:r>
          </w:p>
        </w:tc>
        <w:tc>
          <w:tcPr>
            <w:tcW w:type="dxa" w:w="2160"/>
          </w:tcPr>
          <w:p>
            <w:pPr>
              <w:spacing w:after="60"/>
              <w:jc w:val="right"/>
            </w:pPr>
            <w:r>
              <w:t>21 140 Ft</w:t>
            </w:r>
          </w:p>
        </w:tc>
      </w:tr>
      <w:tr>
        <w:tc>
          <w:tcPr>
            <w:tcW w:type="dxa" w:w="7488"/>
          </w:tcPr>
          <w:p>
            <w:pPr>
              <w:spacing w:after="60"/>
            </w:pPr>
            <w:r>
              <w:t>Baba elsősegély tanfolyam 2 fő</w:t>
            </w:r>
          </w:p>
        </w:tc>
        <w:tc>
          <w:tcPr>
            <w:tcW w:type="dxa" w:w="2160"/>
          </w:tcPr>
          <w:p>
            <w:pPr>
              <w:spacing w:after="60"/>
              <w:jc w:val="right"/>
            </w:pPr>
            <w:r>
              <w:t>14 000 Ft</w:t>
            </w:r>
          </w:p>
        </w:tc>
      </w:tr>
      <w:tr>
        <w:tc>
          <w:tcPr>
            <w:tcW w:type="dxa" w:w="7488"/>
          </w:tcPr>
          <w:p>
            <w:pPr>
              <w:spacing w:after="60"/>
            </w:pPr>
            <w:r>
              <w:t>Gyógyszer</w:t>
            </w:r>
          </w:p>
        </w:tc>
        <w:tc>
          <w:tcPr>
            <w:tcW w:type="dxa" w:w="2160"/>
          </w:tcPr>
          <w:p>
            <w:pPr>
              <w:spacing w:after="60"/>
              <w:jc w:val="right"/>
            </w:pPr>
            <w:r>
              <w:t>10 038 Ft</w:t>
            </w:r>
          </w:p>
        </w:tc>
      </w:tr>
      <w:tr>
        <w:tc>
          <w:tcPr>
            <w:tcW w:type="dxa" w:w="7488"/>
          </w:tcPr>
          <w:p>
            <w:pPr>
              <w:spacing w:after="60"/>
            </w:pPr>
            <w:r>
              <w:t>Övterelő</w:t>
            </w:r>
          </w:p>
        </w:tc>
        <w:tc>
          <w:tcPr>
            <w:tcW w:type="dxa" w:w="2160"/>
          </w:tcPr>
          <w:p>
            <w:pPr>
              <w:spacing w:after="60"/>
              <w:jc w:val="right"/>
            </w:pPr>
            <w:r>
              <w:t>5 530 Ft</w:t>
            </w:r>
          </w:p>
        </w:tc>
      </w:tr>
    </w:tbl>
    <w:p/>
    <w:p>
      <w:pPr>
        <w:keepNext/>
      </w:pPr>
      <w:r>
        <w:rPr>
          <w:b/>
        </w:rPr>
        <w:t>Terhesség összesen: 626.994 Ft</w:t>
      </w:r>
    </w:p>
    <w:p>
      <w:r>
        <w:t>Szülés:</w:t>
      </w:r>
    </w:p>
    <w:p>
      <w:pPr>
        <w:keepNext/>
      </w:pPr>
      <w:r>
        <w:rPr>
          <w:b/>
        </w:rPr>
        <w:t>Hálapénz (doki+szülésznő) 250 000 Ft</w:t>
      </w:r>
    </w:p>
    <w:p>
      <w:pPr>
        <w:keepNext/>
      </w:pPr>
      <w:r>
        <w:rPr>
          <w:b/>
        </w:rPr>
        <w:t>Kórházban külön szoba 3 éjszakára 37 500 Ft</w:t>
      </w:r>
    </w:p>
    <w:p>
      <w:pPr>
        <w:keepNext/>
      </w:pPr>
      <w:r>
        <w:rPr>
          <w:b/>
        </w:rPr>
        <w:t>Szülés összesen: 287.500 Ft</w:t>
      </w:r>
    </w:p>
    <w:p>
      <w:r>
        <w:t>Szülés utáni eü. kiadások:</w:t>
      </w:r>
    </w:p>
    <w:tbl>
      <w:tblPr>
        <w:tblW w:type="auto" w:w="0"/>
        <w:tblLayout w:type="fixed"/>
        <w:tblLook w:firstColumn="1" w:firstRow="1" w:lastColumn="0" w:lastRow="0" w:noHBand="0" w:noVBand="1" w:val="04A0"/>
      </w:tblPr>
      <w:tblGrid>
        <w:gridCol w:w="7488"/>
        <w:gridCol w:w="2160"/>
      </w:tblGrid>
      <w:tr>
        <w:tc>
          <w:tcPr>
            <w:tcW w:type="dxa" w:w="7488"/>
          </w:tcPr>
          <w:p>
            <w:pPr>
              <w:spacing w:after="60"/>
            </w:pPr>
            <w:r>
              <w:t>Magándoki kontroll 3x</w:t>
            </w:r>
          </w:p>
        </w:tc>
        <w:tc>
          <w:tcPr>
            <w:tcW w:type="dxa" w:w="2160"/>
          </w:tcPr>
          <w:p>
            <w:pPr>
              <w:spacing w:after="60"/>
              <w:jc w:val="right"/>
            </w:pPr>
            <w:r>
              <w:t>60 000 Ft</w:t>
            </w:r>
          </w:p>
        </w:tc>
      </w:tr>
      <w:tr>
        <w:tc>
          <w:tcPr>
            <w:tcW w:type="dxa" w:w="7488"/>
          </w:tcPr>
          <w:p>
            <w:pPr>
              <w:spacing w:after="60"/>
            </w:pPr>
            <w:r>
              <w:t>Oltás (2 Rota+1 Meningococcus)</w:t>
            </w:r>
          </w:p>
        </w:tc>
        <w:tc>
          <w:tcPr>
            <w:tcW w:type="dxa" w:w="2160"/>
          </w:tcPr>
          <w:p>
            <w:pPr>
              <w:spacing w:after="60"/>
              <w:jc w:val="right"/>
            </w:pPr>
            <w:r>
              <w:t>52 710 Ft</w:t>
            </w:r>
          </w:p>
        </w:tc>
      </w:tr>
      <w:tr>
        <w:tc>
          <w:tcPr>
            <w:tcW w:type="dxa" w:w="7488"/>
          </w:tcPr>
          <w:p>
            <w:pPr>
              <w:spacing w:after="60"/>
            </w:pPr>
            <w:r>
              <w:t>Szoptatási tanácsadó</w:t>
            </w:r>
          </w:p>
        </w:tc>
        <w:tc>
          <w:tcPr>
            <w:tcW w:type="dxa" w:w="2160"/>
          </w:tcPr>
          <w:p>
            <w:pPr>
              <w:spacing w:after="60"/>
              <w:jc w:val="right"/>
            </w:pPr>
            <w:r>
              <w:t>12 000 Ft</w:t>
            </w:r>
          </w:p>
        </w:tc>
      </w:tr>
    </w:tbl>
    <w:p/>
    <w:p>
      <w:pPr>
        <w:keepNext/>
      </w:pPr>
      <w:r>
        <w:rPr>
          <w:b/>
        </w:rPr>
        <w:t>Szülés utáni eü. összesen: 124.710 Ft</w:t>
      </w:r>
    </w:p>
    <w:p>
      <w:r>
        <w:t>Babafelszerelés:</w:t>
      </w:r>
    </w:p>
    <w:tbl>
      <w:tblPr>
        <w:tblW w:type="auto" w:w="0"/>
        <w:tblLayout w:type="fixed"/>
        <w:tblLook w:firstColumn="1" w:firstRow="1" w:lastColumn="0" w:lastRow="0" w:noHBand="0" w:noVBand="1" w:val="04A0"/>
      </w:tblPr>
      <w:tblGrid>
        <w:gridCol w:w="7488"/>
        <w:gridCol w:w="2160"/>
      </w:tblGrid>
      <w:tr>
        <w:tc>
          <w:tcPr>
            <w:tcW w:type="dxa" w:w="7488"/>
          </w:tcPr>
          <w:p>
            <w:pPr>
              <w:spacing w:after="60"/>
            </w:pPr>
            <w:r>
              <w:t>Mosható pelenka</w:t>
            </w:r>
          </w:p>
        </w:tc>
        <w:tc>
          <w:tcPr>
            <w:tcW w:type="dxa" w:w="2160"/>
          </w:tcPr>
          <w:p>
            <w:pPr>
              <w:spacing w:after="60"/>
              <w:jc w:val="right"/>
            </w:pPr>
            <w:r>
              <w:t>101 828 Ft</w:t>
            </w:r>
          </w:p>
        </w:tc>
      </w:tr>
      <w:tr>
        <w:tc>
          <w:tcPr>
            <w:tcW w:type="dxa" w:w="7488"/>
          </w:tcPr>
          <w:p>
            <w:pPr>
              <w:spacing w:after="60"/>
            </w:pPr>
            <w:r>
              <w:t>Eldobható pelenka (DM sajátmárkás, 2,5 hónapra!)</w:t>
            </w:r>
          </w:p>
        </w:tc>
        <w:tc>
          <w:tcPr>
            <w:tcW w:type="dxa" w:w="2160"/>
          </w:tcPr>
          <w:p>
            <w:pPr>
              <w:spacing w:after="60"/>
              <w:jc w:val="right"/>
            </w:pPr>
            <w:r>
              <w:t>58 027 Ft</w:t>
            </w:r>
          </w:p>
        </w:tc>
      </w:tr>
      <w:tr>
        <w:tc>
          <w:tcPr>
            <w:tcW w:type="dxa" w:w="7488"/>
          </w:tcPr>
          <w:p>
            <w:pPr>
              <w:spacing w:after="60"/>
            </w:pPr>
            <w:r>
              <w:t>Szoptatós ruhák (részben használt)</w:t>
            </w:r>
          </w:p>
        </w:tc>
        <w:tc>
          <w:tcPr>
            <w:tcW w:type="dxa" w:w="2160"/>
          </w:tcPr>
          <w:p>
            <w:pPr>
              <w:spacing w:after="60"/>
              <w:jc w:val="right"/>
            </w:pPr>
            <w:r>
              <w:t>41 745 Ft</w:t>
            </w:r>
          </w:p>
        </w:tc>
      </w:tr>
      <w:tr>
        <w:tc>
          <w:tcPr>
            <w:tcW w:type="dxa" w:w="7488"/>
          </w:tcPr>
          <w:p>
            <w:pPr>
              <w:spacing w:after="60"/>
            </w:pPr>
            <w:r>
              <w:t>Pelenkázó komód (használt)</w:t>
            </w:r>
          </w:p>
        </w:tc>
        <w:tc>
          <w:tcPr>
            <w:tcW w:type="dxa" w:w="2160"/>
          </w:tcPr>
          <w:p>
            <w:pPr>
              <w:spacing w:after="60"/>
              <w:jc w:val="right"/>
            </w:pPr>
            <w:r>
              <w:t>33 000 Ft</w:t>
            </w:r>
          </w:p>
        </w:tc>
      </w:tr>
      <w:tr>
        <w:tc>
          <w:tcPr>
            <w:tcW w:type="dxa" w:w="7488"/>
          </w:tcPr>
          <w:p>
            <w:pPr>
              <w:spacing w:after="60"/>
            </w:pPr>
            <w:r>
              <w:t>Gardróbszekrény a gyereknek (használt)</w:t>
            </w:r>
          </w:p>
        </w:tc>
        <w:tc>
          <w:tcPr>
            <w:tcW w:type="dxa" w:w="2160"/>
          </w:tcPr>
          <w:p>
            <w:pPr>
              <w:spacing w:after="60"/>
              <w:jc w:val="right"/>
            </w:pPr>
            <w:r>
              <w:t>30 000 Ft</w:t>
            </w:r>
          </w:p>
        </w:tc>
      </w:tr>
      <w:tr>
        <w:tc>
          <w:tcPr>
            <w:tcW w:type="dxa" w:w="7488"/>
          </w:tcPr>
          <w:p>
            <w:pPr>
              <w:spacing w:after="60"/>
            </w:pPr>
            <w:r>
              <w:t>Manduca hordozó (használt)</w:t>
            </w:r>
          </w:p>
        </w:tc>
        <w:tc>
          <w:tcPr>
            <w:tcW w:type="dxa" w:w="2160"/>
          </w:tcPr>
          <w:p>
            <w:pPr>
              <w:spacing w:after="60"/>
              <w:jc w:val="right"/>
            </w:pPr>
            <w:r>
              <w:t>26 890 Ft</w:t>
            </w:r>
          </w:p>
        </w:tc>
      </w:tr>
      <w:tr>
        <w:tc>
          <w:tcPr>
            <w:tcW w:type="dxa" w:w="7488"/>
          </w:tcPr>
          <w:p>
            <w:pPr>
              <w:spacing w:after="60"/>
            </w:pPr>
            <w:r>
              <w:t>Mosható nedves törőkendő készlet</w:t>
            </w:r>
          </w:p>
        </w:tc>
        <w:tc>
          <w:tcPr>
            <w:tcW w:type="dxa" w:w="2160"/>
          </w:tcPr>
          <w:p>
            <w:pPr>
              <w:spacing w:after="60"/>
              <w:jc w:val="right"/>
            </w:pPr>
            <w:r>
              <w:t>23 982 Ft</w:t>
            </w:r>
          </w:p>
        </w:tc>
      </w:tr>
      <w:tr>
        <w:tc>
          <w:tcPr>
            <w:tcW w:type="dxa" w:w="7488"/>
          </w:tcPr>
          <w:p>
            <w:pPr>
              <w:spacing w:after="60"/>
            </w:pPr>
            <w:r>
              <w:t>Körforgó, játék</w:t>
            </w:r>
          </w:p>
        </w:tc>
        <w:tc>
          <w:tcPr>
            <w:tcW w:type="dxa" w:w="2160"/>
          </w:tcPr>
          <w:p>
            <w:pPr>
              <w:spacing w:after="60"/>
              <w:jc w:val="right"/>
            </w:pPr>
            <w:r>
              <w:t>16 905 Ft</w:t>
            </w:r>
          </w:p>
        </w:tc>
      </w:tr>
      <w:tr>
        <w:tc>
          <w:tcPr>
            <w:tcW w:type="dxa" w:w="7488"/>
          </w:tcPr>
          <w:p>
            <w:pPr>
              <w:spacing w:after="60"/>
            </w:pPr>
            <w:r>
              <w:t>Babapopsikrém, neogranormon</w:t>
            </w:r>
          </w:p>
        </w:tc>
        <w:tc>
          <w:tcPr>
            <w:tcW w:type="dxa" w:w="2160"/>
          </w:tcPr>
          <w:p>
            <w:pPr>
              <w:spacing w:after="60"/>
              <w:jc w:val="right"/>
            </w:pPr>
            <w:r>
              <w:t>15 379 Ft</w:t>
            </w:r>
          </w:p>
        </w:tc>
      </w:tr>
      <w:tr>
        <w:tc>
          <w:tcPr>
            <w:tcW w:type="dxa" w:w="7488"/>
          </w:tcPr>
          <w:p>
            <w:pPr>
              <w:spacing w:after="60"/>
            </w:pPr>
            <w:r>
              <w:t>Babaruha, hálózsák</w:t>
            </w:r>
          </w:p>
        </w:tc>
        <w:tc>
          <w:tcPr>
            <w:tcW w:type="dxa" w:w="2160"/>
          </w:tcPr>
          <w:p>
            <w:pPr>
              <w:spacing w:after="60"/>
              <w:jc w:val="right"/>
            </w:pPr>
            <w:r>
              <w:t>13 793 Ft</w:t>
            </w:r>
          </w:p>
        </w:tc>
      </w:tr>
      <w:tr>
        <w:tc>
          <w:tcPr>
            <w:tcW w:type="dxa" w:w="7488"/>
          </w:tcPr>
          <w:p>
            <w:pPr>
              <w:spacing w:after="60"/>
            </w:pPr>
            <w:r>
              <w:t>Babafotózás</w:t>
            </w:r>
          </w:p>
        </w:tc>
        <w:tc>
          <w:tcPr>
            <w:tcW w:type="dxa" w:w="2160"/>
          </w:tcPr>
          <w:p>
            <w:pPr>
              <w:spacing w:after="60"/>
              <w:jc w:val="right"/>
            </w:pPr>
            <w:r>
              <w:t>13 000 Ft</w:t>
            </w:r>
          </w:p>
        </w:tc>
      </w:tr>
      <w:tr>
        <w:tc>
          <w:tcPr>
            <w:tcW w:type="dxa" w:w="7488"/>
          </w:tcPr>
          <w:p>
            <w:pPr>
              <w:spacing w:after="60"/>
            </w:pPr>
            <w:r>
              <w:t>Babakocsi (csak alj, használt)</w:t>
            </w:r>
          </w:p>
        </w:tc>
        <w:tc>
          <w:tcPr>
            <w:tcW w:type="dxa" w:w="2160"/>
          </w:tcPr>
          <w:p>
            <w:pPr>
              <w:spacing w:after="60"/>
              <w:jc w:val="right"/>
            </w:pPr>
            <w:r>
              <w:t>9 500 Ft</w:t>
            </w:r>
          </w:p>
        </w:tc>
      </w:tr>
      <w:tr>
        <w:tc>
          <w:tcPr>
            <w:tcW w:type="dxa" w:w="7488"/>
          </w:tcPr>
          <w:p>
            <w:pPr>
              <w:spacing w:after="60"/>
            </w:pPr>
            <w:r>
              <w:t>Babaruha mosószer</w:t>
            </w:r>
          </w:p>
        </w:tc>
        <w:tc>
          <w:tcPr>
            <w:tcW w:type="dxa" w:w="2160"/>
          </w:tcPr>
          <w:p>
            <w:pPr>
              <w:spacing w:after="60"/>
              <w:jc w:val="right"/>
            </w:pPr>
            <w:r>
              <w:t>6 500 Ft</w:t>
            </w:r>
          </w:p>
        </w:tc>
      </w:tr>
      <w:tr>
        <w:tc>
          <w:tcPr>
            <w:tcW w:type="dxa" w:w="7488"/>
          </w:tcPr>
          <w:p>
            <w:pPr>
              <w:spacing w:after="60"/>
            </w:pPr>
            <w:r>
              <w:t>Matracvédő, gumis lepedő</w:t>
            </w:r>
          </w:p>
        </w:tc>
        <w:tc>
          <w:tcPr>
            <w:tcW w:type="dxa" w:w="2160"/>
          </w:tcPr>
          <w:p>
            <w:pPr>
              <w:spacing w:after="60"/>
              <w:jc w:val="right"/>
            </w:pPr>
            <w:r>
              <w:t>6 000 Ft</w:t>
            </w:r>
          </w:p>
        </w:tc>
      </w:tr>
      <w:tr>
        <w:tc>
          <w:tcPr>
            <w:tcW w:type="dxa" w:w="7488"/>
          </w:tcPr>
          <w:p>
            <w:pPr>
              <w:spacing w:after="60"/>
            </w:pPr>
            <w:r>
              <w:t>Avent cumi 2 db</w:t>
            </w:r>
          </w:p>
        </w:tc>
        <w:tc>
          <w:tcPr>
            <w:tcW w:type="dxa" w:w="2160"/>
          </w:tcPr>
          <w:p>
            <w:pPr>
              <w:spacing w:after="60"/>
              <w:jc w:val="right"/>
            </w:pPr>
            <w:r>
              <w:t>5 990 Ft</w:t>
            </w:r>
          </w:p>
        </w:tc>
      </w:tr>
      <w:tr>
        <w:tc>
          <w:tcPr>
            <w:tcW w:type="dxa" w:w="7488"/>
          </w:tcPr>
          <w:p>
            <w:pPr>
              <w:spacing w:after="60"/>
            </w:pPr>
            <w:r>
              <w:t>Babakád</w:t>
            </w:r>
          </w:p>
        </w:tc>
        <w:tc>
          <w:tcPr>
            <w:tcW w:type="dxa" w:w="2160"/>
          </w:tcPr>
          <w:p>
            <w:pPr>
              <w:spacing w:after="60"/>
              <w:jc w:val="right"/>
            </w:pPr>
            <w:r>
              <w:t>5 650 Ft</w:t>
            </w:r>
          </w:p>
        </w:tc>
      </w:tr>
      <w:tr>
        <w:tc>
          <w:tcPr>
            <w:tcW w:type="dxa" w:w="7488"/>
          </w:tcPr>
          <w:p>
            <w:pPr>
              <w:spacing w:after="60"/>
            </w:pPr>
            <w:r>
              <w:t>Baba naptej</w:t>
            </w:r>
          </w:p>
        </w:tc>
        <w:tc>
          <w:tcPr>
            <w:tcW w:type="dxa" w:w="2160"/>
          </w:tcPr>
          <w:p>
            <w:pPr>
              <w:spacing w:after="60"/>
              <w:jc w:val="right"/>
            </w:pPr>
            <w:r>
              <w:t>4 018 Ft</w:t>
            </w:r>
          </w:p>
        </w:tc>
      </w:tr>
      <w:tr>
        <w:tc>
          <w:tcPr>
            <w:tcW w:type="dxa" w:w="7488"/>
          </w:tcPr>
          <w:p>
            <w:pPr>
              <w:spacing w:after="60"/>
            </w:pPr>
            <w:r>
              <w:t>Octenisept fertőtlenítő köldökcsonkhoz</w:t>
            </w:r>
          </w:p>
        </w:tc>
        <w:tc>
          <w:tcPr>
            <w:tcW w:type="dxa" w:w="2160"/>
          </w:tcPr>
          <w:p>
            <w:pPr>
              <w:spacing w:after="60"/>
              <w:jc w:val="right"/>
            </w:pPr>
            <w:r>
              <w:t>2 422 Ft</w:t>
            </w:r>
          </w:p>
        </w:tc>
      </w:tr>
      <w:tr>
        <w:tc>
          <w:tcPr>
            <w:tcW w:type="dxa" w:w="7488"/>
          </w:tcPr>
          <w:p>
            <w:pPr>
              <w:spacing w:after="60"/>
            </w:pPr>
            <w:r>
              <w:t>Mosható pelekázóalátét</w:t>
            </w:r>
          </w:p>
        </w:tc>
        <w:tc>
          <w:tcPr>
            <w:tcW w:type="dxa" w:w="2160"/>
          </w:tcPr>
          <w:p>
            <w:pPr>
              <w:spacing w:after="60"/>
              <w:jc w:val="right"/>
            </w:pPr>
            <w:r>
              <w:t>2 000 Ft</w:t>
            </w:r>
          </w:p>
        </w:tc>
      </w:tr>
      <w:tr>
        <w:tc>
          <w:tcPr>
            <w:tcW w:type="dxa" w:w="7488"/>
          </w:tcPr>
          <w:p>
            <w:pPr>
              <w:spacing w:after="60"/>
            </w:pPr>
            <w:r>
              <w:t>Esővédő a babakocsira</w:t>
            </w:r>
          </w:p>
        </w:tc>
        <w:tc>
          <w:tcPr>
            <w:tcW w:type="dxa" w:w="2160"/>
          </w:tcPr>
          <w:p>
            <w:pPr>
              <w:spacing w:after="60"/>
              <w:jc w:val="right"/>
            </w:pPr>
            <w:r>
              <w:t>1 865 Ft</w:t>
            </w:r>
          </w:p>
        </w:tc>
      </w:tr>
      <w:tr>
        <w:tc>
          <w:tcPr>
            <w:tcW w:type="dxa" w:w="7488"/>
          </w:tcPr>
          <w:p>
            <w:pPr>
              <w:spacing w:after="60"/>
            </w:pPr>
            <w:r>
              <w:t>Cumi (2 db)</w:t>
            </w:r>
          </w:p>
        </w:tc>
        <w:tc>
          <w:tcPr>
            <w:tcW w:type="dxa" w:w="2160"/>
          </w:tcPr>
          <w:p>
            <w:pPr>
              <w:spacing w:after="60"/>
              <w:jc w:val="right"/>
            </w:pPr>
            <w:r>
              <w:t>1 200 Ft</w:t>
            </w:r>
          </w:p>
        </w:tc>
      </w:tr>
    </w:tbl>
    <w:p/>
    <w:p>
      <w:pPr>
        <w:keepNext/>
      </w:pPr>
      <w:r>
        <w:rPr>
          <w:b/>
        </w:rPr>
        <w:t>Babafelszerelés összesen: 419.694 Ft</w:t>
      </w:r>
    </w:p>
    <w:p>
      <w:r>
        <w:t>Baba eddig összesen: 1.458.898 Ft, ami gyakorlatilag 2018.09.01. óta merült fel.</w:t>
      </w:r>
    </w:p>
    <w:p>
      <w:r>
        <w:t>A tételekkel nyilván lehet vitatkozni, pl. hogy a babafotózás lehúzás stb.. Nem sztenderdet szeretnék felállítani, hanem leírtam, mi mire költöttünk. Van amiről már tudom, hogy felesleges volt, de akkor még nem tudtam. Így is azt gondolom, hogy sok mindennel nem lehetett minket csőbe húzni.</w:t>
      </w:r>
    </w:p>
    <w:p>
      <w:r>
        <w:t>Továbbá tudni kell, hogy az alábbiakat mind kaptuk kölcsön/ajándékba, ezért nem kellett vennünk: autós hordozó, mózeskosár a babakocsihoz, orrszívó-porszívó, rugalmas és karikás hordozó kendő, légzésfigyelő, adamo hinta, pelenkázólap + alátét, kismatrac, babamérleg, elektromos mellszívó, 15 db textilpelenka, bébiőr, pólya, svéd itatópohár, szoptatós párna, babatakarók különböző vastagságban, rengeteg ruha, pelenkázó táska, rácsos kiságy.</w:t>
      </w:r>
    </w:p>
    <w:p>
      <w:r>
        <w:t>Nem listáztam le a különböző női higiéniai termékeket, amik a szülés és a szoptatás során szükségesek. Továbbá nem listáztam egy-két apróbb tételt, amit nem külön fizettünk, pl. terhességi teszt, 1-2 zacskó eldobható törlőkendő stb.</w:t>
      </w:r>
    </w:p>
    <w:p>
      <w:r>
        <w:t>Igen, mosható pelenkára+törőkendőre váltottunk, egyrészt a hulladékcsökkentés miatt, másrészt már most látszik, hogy kb. 6 hónapos korára meg fog térülni a befektetés. Ráadásul a mosipelusok még a testvér(ek)nek is jók lesznek.</w:t>
      </w:r>
    </w:p>
    <w:p>
      <w:r>
        <w:t>Egyéni mérlegelés kérdése, hogy ki-mire költ (többet). Az én terhességem nem volt problémamentes, ezért a dokis rész ideális esetben lehet kevesebb.</w:t>
      </w:r>
    </w:p>
    <w:p>
      <w:pPr>
        <w:pStyle w:val="Heading2"/>
      </w:pPr>
      <w:r>
        <w:t>Miért nem elég csak a pénzt nézni</w:t>
      </w:r>
    </w:p>
    <w:p>
      <w:r>
        <w:t>A saját családi döntésekről és a társadalmi születésszámról nem ugyanazt lehet elmondani. A korábbi személyes tapasztalatok mellé érdemes odatenni egy későbbi elemzést is: a családalapítás elmaradását nem magyarázza meg önmagában sem a pénzhiány, sem a kényelemszeretet.</w:t>
      </w:r>
    </w:p>
    <w:p>
      <w:r>
        <w:t>A Financial Times-ban jelent meg egy érdekes írás arról, hogy milyen változások vannak a gyerektelenség hátterében világszerte.</w:t>
      </w:r>
    </w:p>
    <w:p>
      <w:r>
        <w:t>A fejlett világban már közel ötven éve megfigyelhető a gyerekszületések számának csökkenése, azonban az elmúlt 15 évben már a fejlődő világban is hatalmasat zuhant a gyerekvállalási kedv, amit nehéz megmagyarázni olyan indokokkal, amik néhány évtizede még megállták a helyüket.</w:t>
      </w:r>
    </w:p>
    <w:p>
      <w:r>
        <w:t>A világ 195 országának több mint kétharmadában az egy nőre jutó átlagos gyermekszám a 2,1-es „reprodukciós ráta” alá esett, amely bevándorlás nélkül stabilan tartaná egy ország népességét. 66 országban az átlag ma már közelebb van az egyhez, mint a kettőhöz, sőt egyes országokban az egy nőre jutó leggyakoribb gyermekszám a nulla.</w:t>
      </w:r>
    </w:p>
    <w:p>
      <w:r>
        <w:t>A csökkenés üteme és mértéke egyaránt felülmúlja a várakozásokat. Mindössze öt évvel ezelőtt az ENSZ azt jósolta, hogy 2023-ban 350 000 gyerek születik Dél-Koreában. Ez 50 százalékos optimizmus volt: a valós szám 230 000 lett. Vagyis még öt év távlatában is sokkal durvább lett a visszaesés mértéke, mint azt előre jelezték a modellek.</w:t>
      </w:r>
    </w:p>
    <w:p>
      <w:r>
        <w:t>A népességi adatoktól kezdve a Google-keresésekig azt mutatják, hogy bár számos tényező járul hozzá a születés számának csökkenéséhez, a legutóbbi visszaesési hullám a technológia használatához kapcsolódik.</w:t>
      </w:r>
    </w:p>
    <w:p>
      <w:r>
        <w:t>Ráadásul a születésszám zuhanása egyre több, eddig stabilan növekvő fejlődő országot is durván érint, ami sokakat meglepett.</w:t>
      </w:r>
    </w:p>
    <w:p>
      <w:r>
        <w:t>2023-ban Mexikóban először esett a születési ráta az Egyesült Államoké alá – ahogy azt később Brazília, Tunézia, Irán és Srí Lanka esetében is tette.</w:t>
      </w:r>
    </w:p>
    <w:p>
      <w:r>
        <w:t>A születési ráták gyakran az emberek vágyai ellenére zuhantak be. A legtöbb fiatal férfi és nő még mindig arról számol be, hogy átlagosan két gyermeket szeretne – még Dél-Koreában is, ahol a legtöbb nőnek ma már egy sincs.</w:t>
      </w:r>
    </w:p>
    <w:p>
      <w:r>
        <w:t>Ehelyett „termékenységi szakadék” tátong a célok és a meg is született gyerekek száma között.</w:t>
      </w:r>
    </w:p>
    <w:p>
      <w:r>
        <w:t>Az előző évtizedekben a világ termékenységi rátája azért csökkent, mert a pároknak kevesebb gyermekük született. Most a fő ok az, hogy kevesebb a pár.</w:t>
      </w:r>
    </w:p>
    <w:p>
      <w:r>
        <w:t>Ha az Egyesült Államokban a házasságkötések és az együttélések aránya az elmúlt évtizedben állandó maradt volna, az ország teljes termékenységi rátája ma magasabb lenne, mint 10 évvel ezelőtt.</w:t>
      </w:r>
    </w:p>
    <w:p>
      <w:r>
        <w:t>Az elmúlt 15 évben azonban meredeken csökkent azoknak a nőknek az aránya, akiknek egyáltalán van gyermekük.</w:t>
      </w:r>
    </w:p>
    <w:p>
      <w:r>
        <w:t>Az ehhez a trendhez gyakran kapcsolódó sztereotípiák szerint az ok, hogy a karriert vagy az anyagi jólétet helyezik a gyermekvállalás elé.</w:t>
      </w:r>
    </w:p>
    <w:p>
      <w:r>
        <w:t>De számos országban a születések és a párkapcsolatok számának csökkenése sokkal meredekebb a legalacsonyabb iskolai végzettséggel és legalacsonyabb jövedelemmel rendelkezők körében, azaz nem a középosztály kényelemszeretete a fő ok.. Az egyetemi végzettségűek aránya, akik párkapcsolatban élnek és gyermeket vállalnak, stabil, sőt egyes esetekben még emelkedett is. Vagyis a magasabban iskolázott párok nem vállalnak kevesebb gyereket, mint néhány évtizede. A gond az, hogy kevesebb pár van, mint néhány évtizede.</w:t>
      </w:r>
    </w:p>
    <w:p>
      <w:r>
        <w:t>A gazdag országok állami szerepvállalása sem állította meg a tendenciát. Az 1980-as évek óta a fejlett országok reálértéken megháromszorozták az egy főre jutó családi pótlékot, a támogatott gyermekgondozást és a szülői szabadságot, miközben az apák által végzett gyermekgondozás aránya folyamatosan emelkedik. A születési arány ennek ellenére csökkent – minden szüléskorban való nőre vetítve 1,85-ről 1,53-ra.</w:t>
      </w:r>
    </w:p>
    <w:p>
      <w:r>
        <w:t>Számos gazdag országban, köztük az Egyesült Államokban és az Egyesült Királyságban, az elmúlt évtizedekben a családalapítás egyik fő akadálya a lakhatás volt.</w:t>
      </w:r>
    </w:p>
    <w:p>
      <w:r>
        <w:t>Az FT elemzése szerint az említett országokban az 1990-es évek óta bekövetkezett termékenységi rátacsökkenésnek akár a fele is magyarázható a lakásvásárlás csökkenésével és a szüleikkel élő fiatal felnőttek számának növekedésével, ilyen helyzetekben a hosszú távú lakhatás hiánya akadályozza más hosszú távú kötelezettségvállalásokat.</w:t>
      </w:r>
    </w:p>
    <w:p>
      <w:r>
        <w:t>De ez nem magyarázza meg a legutóbbi meredek visszaesést vagy annak globális mértékét. Az északi régióban például a termékenység a gazdasági stabilitás és a szülőkkel vagy lakótársakkal való lakás helyett egyedül élő fiatal felnőttek számának növekedése ellenére is csökkent. Még akkor is, ha a párok megengedhetik maguknak, hogy külön lakjanak. Számos országban az összeköltözők ma már nagyobb valószínűséggel válnak el, mint hogy gyermeket vállaljanak, ami a történelmi norma drasztikus megfordulása.</w:t>
      </w:r>
    </w:p>
    <w:p>
      <w:r>
        <w:t>Más gazdasági tényezők sem magyarázzák meg a születésszám ilyen mértékű csökkenését.</w:t>
      </w:r>
    </w:p>
    <w:p>
      <w:r>
        <w:t>A közelmúltbeli demográfiai csökkenés a 2007-es globális pénzügyi válság által súlyosan sújtott országokban, valamint az általa gyakorlatilag nem érintett országokban is megfigyelhető volt, mind a lassan növekvő Nyugat-Európában, mind a gyorsan növekvő Közel-Keleten és Délkelet-Ázsiában.</w:t>
      </w:r>
    </w:p>
    <w:p>
      <w:r>
        <w:t>Sokan a fiatal felnőttek gazdasági bizonytalanságot okolják. De míg a fiatalok keresete lassabban emelkedik, mint az előző évtizedekben, és relatív gazdasági helyzetük romlott, ezek fokozatos eltolódások, amelyek nem illeszkednek egy hirtelen visszaeséshez.</w:t>
      </w:r>
    </w:p>
    <w:p>
      <w:r>
        <w:t>Egy másik lehetséges tényező a fiatal férfiak és nők változó relatív helyzete. A lányok ma már sokkal nagyobb valószínűséggel járnak egyetemre, mint a fiúk, és az alacsonyabb iskolai végzettségű fiatal férfiakat ma már gyakran jobban keresik, mint női társaikat, ami megváltoztatja a letelepedés kritériumait. De ezek is többnyire lassú változások, amelyek a világ egyes részeire sokkal inkább vonatkoznak, mint másokra.</w:t>
      </w:r>
    </w:p>
    <w:p>
      <w:r>
        <w:t>Mivel a jelenség nem megmagyarázható pusztán gazdasági adatokkal, egy új okra kezdenek rámutatni – a digitális eszközökre és platformokra, amelyek világszerte túlméretezett szerepet játszanak a fiatalok életében. Nathan Hudson és Hernan Moscoso-Boedo publikáltak egy tanulmányt, amelyben a születési arányokat vizsgálták az Egyesült Államokban és az Egyesült Királyságban a 4G mobilhálózatok kiépítésével összefüggésben.</w:t>
      </w:r>
    </w:p>
    <w:p>
      <w:r>
        <w:t>A születések száma azokon a területeken csökkent először és leggyorsabban, amelyek legkorábban kaptak nagysebességű mobilinternetet. A szerzők azzal érvelnek, hogy az okostelefonok átalakították a fiatalok egymással töltött idejét, jelentősen csökkentve a személyes szocializálódást és ez vezetett a gyerekvállalási kedv összeomlásához.</w:t>
      </w:r>
    </w:p>
    <w:p>
      <w:r>
        <w:t>Az FT kutatása szerint ugyanez a tendencia más országokat is érintett.</w:t>
      </w:r>
    </w:p>
    <w:p>
      <w:r>
        <w:t>Például az Egyesült Államokban, Nagy-Britanniában és Ausztráliában a tizenévesek és fiatal felnőttek szülési aránya nagyjából stagnált a 2000-es évek elején, de 2007-től jelentősen csökkenni kezdett.</w:t>
      </w:r>
    </w:p>
    <w:p>
      <w:r>
        <w:t>Ugyanez a csökkenés Franciaországban és Lengyelországban 2009 körül, Mexikóban, Marokkóban és Indonéziában pedig 2012 körül kezdődött. Ami Ghánában, Nigériában és Szenegálban a termékenység folyamatos csökkenését jelentette, az 2013 és 2015 között meredek zuhanássá vált.</w:t>
      </w:r>
    </w:p>
    <w:p>
      <w:r>
        <w:t>Mindezek a fordulópontok egybeestek az okostelefonok tömeges elterjedésével a helyi piacokon – a Google mobilalkalmazás-keresései alapján mérve.</w:t>
      </w:r>
    </w:p>
    <w:p>
      <w:r>
        <w:t>Az amerikai, brit és ausztrál születési arány viszonylag stabil volt a 2000-es évek elején, de 2007 körül jelentős csökkenésnek indult.</w:t>
      </w:r>
    </w:p>
    <w:p>
      <w:r>
        <w:t>Ugyanez a visszaesés Mexikóban és Indonéziában is 2012 körül kezdődött.</w:t>
      </w:r>
    </w:p>
    <w:p>
      <w:r>
        <w:t>Iránban, Egyiptomban és Szenegálban a csökkenés 2015 körül következett be.</w:t>
      </w:r>
    </w:p>
    <w:p>
      <w:r>
        <w:t>Ezek egymástól eltérő eseményeknek tűnnek, de ha összevetjük őket az okostelefonok térnyerésével az egyes országokban és ha figyelembe vesszük, hogy mi történt a születési arányokkal a telefonok megjelenése előtt, akkor egységes trendet látunk. Országról országra zuhant a születési arány az okostelefonok megjelenése után, függetlenül attól, hogy mi volt az előző trend. Minél fiatalabb volt a korcsoport, annál hangsúlyosabb volt a visszaesés – az okostelefon-használati minták tükörképe.</w:t>
      </w:r>
    </w:p>
    <w:p>
      <w:r>
        <w:t>Melissa Kearney, a Notre Dame Egyetem közgazdaságtan professzora szerint „egészen valószínű, hogy a modern digitális médiakörnyezet mélyreható hatást gyakorolt a társadalomra, ami a romantikus párkapcsolatok hanyatlásához vezetett”.</w:t>
      </w:r>
    </w:p>
    <w:p>
      <w:r>
        <w:t>Hudson és Moscoso-Boedo tézisét, miszerint a kulcsfontosságú tényező a személyes találkozásokkal töltött kevesebb idő, több tucat országból származó bizonyítékok is alátámasztják. Dél-Koreában a fiatal felnőttek személyes találkozásai 20 év alatt a felére csökkentek.</w:t>
      </w:r>
    </w:p>
    <w:p>
      <w:r>
        <w:t>„Ahhoz, hogy megtaláld azt a személyt, akivel házasságra készülsz, sok embert kell átszűrnöd magadban” – mondja Lyman Stone demográfus. „Ha sokkal kevesebbet jársz társaságba, sokkal tovább tart megtalálni a megfelelő embert, ha egyáltalán megtalálod. Ha sok időt töltesz a kortársaiddal a való világban, akkor a [potenciális partnerrel szembeni] elvárásaid a való világból származnak. Ha az idődet Instagramon töltöd, akkor az elvárásaid abból a mesterséges közegből jönnek majd. ”</w:t>
      </w:r>
    </w:p>
    <w:p>
      <w:r>
        <w:t>A párok körében a szexuális diszfunkció magasabb azoknál a fiatal felnőtteknél, akik a legtöbb közösségi médiát használják, jegyzi meg Anna Rotkirch finn demográfus. Azt állítja, hogy a közösségi média – és az ezeken a platformokon megjelenő értékek és életmódok – által elfoglalt idő megnehezítette a fiatal felnőttek számára az elkötelezett kapcsolatok kialakítását.</w:t>
      </w:r>
    </w:p>
    <w:p>
      <w:r>
        <w:t>A Stanford Egyetem munkatársa, Alice Evans hozzáteszi, hogy minél hagyományosabb egy kultúra a nemi szerepek tekintetében, annál nagyobb hatással vannak az okostelefonok a születési arányokra.</w:t>
      </w:r>
    </w:p>
    <w:p>
      <w:r>
        <w:t>Az adatok ezt alátámasztják: a Közel-Keleten és Latin-Amerikában az elmúlt évtized legnagyobb születési aránycsökkenése figyelhető meg, és egy friss tanulmány szerint a közösségi média használata összefüggésben áll az alacsonyabb termékenységi rátával a szubszaharai Afrikában. Dél-Ázsiában, ahol a nők internet-hozzáférése gyakran korlátozottabb, kevesebb ember marad egyedülálló.</w:t>
      </w:r>
    </w:p>
    <w:p>
      <w:r>
        <w:t>Az FT kutatása azt is kimutatta, hogy a fiatal férfiak és nők között kialakuló ideológiai szakadék az okostelefon-korszak jelensége, amely a főiskolai végzettséggel nem rendelkezők körében koncentrálódik. a párkapcsolatok, valamint a születések száma is jelentősen csökkent.</w:t>
      </w:r>
    </w:p>
    <w:p>
      <w:r>
        <w:t>Az egyik lehetőség az, hogy a közösségi média felerősíti és megszilárdítja az emberek reakcióit olyan trendekre, mint a lakhatási nehézségek vagy a férfiak és nők változó gazdasági helyzete, évtizedekig tartó folyamatokat hirtelen hullámoknak érzékeltetve, felerősítve a gazdasági aggodalmakat, és tartós bizonytalanság- és aggodalomérzetet keltve, amely megelőző intézkedésként működhet.</w:t>
      </w:r>
    </w:p>
    <w:p>
      <w:r>
        <w:t>Valójában, az új médiatechnológiák párkapcsolatokra és termékenységre gyakorolt hatásáról szóló elméletek nem újak és nem csak az okostelefonok korszakára korlátozódnak.</w:t>
      </w:r>
    </w:p>
    <w:p>
      <w:r>
        <w:t>2001-ben Robert Hornik és Emile McAnany kutatók felfedezték, hogy erősebb összefüggés van a csökkenő születési arány és a televízió-tulajdonlás között, mint a jövedelem vagy az iskolázottság között.</w:t>
      </w:r>
    </w:p>
    <w:p>
      <w:r>
        <w:t>Egy évtizeddel később Eliana La Ferrara és mások tanulmánya kimutatta, hogy a kis családokat ábrázoló tévés szappanoperák nézése miatt a nők kevesebb gyermeket vállalnak, 2018-ban pedig Adrienne Lucas és Nicholas Wilson azt találták, hogy a televízió birtoklása miatt a párok kevesebb szexuális életet élnek. Tekintve, hogy az okostelefon-használat intenzívebb és még magányosabb elfoglaltság, mint a tévénézés, a hatások sokkal nagyobbak lehetnek.</w:t>
      </w:r>
    </w:p>
    <w:p>
      <w:r>
        <w:t>Ezért is hatástalanok a kormányzati intézkedések szerte a világon. Hiába emelik a többszörösére a családtámogatásokat, ha nincsenek párok, amelyek igénybe tudnák venni azt. A megoldás a technológia szabályozása és még inkább az emberek edukációja lenne, hogy felismerjék az emberek a veszélyt, amit az jelent, hogy a való világ helyett a képernyők előtt töltik szinte minden idejüket.</w:t>
      </w:r>
    </w:p>
    <w:p>
      <w:pPr>
        <w:pStyle w:val="Heading1"/>
      </w:pPr>
      <w:r>
        <w:t>A gyerekek pénzügyi nevelése</w:t>
      </w:r>
    </w:p>
    <w:p>
      <w:pPr>
        <w:pStyle w:val="Heading2"/>
      </w:pPr>
      <w:r>
        <w:t>A szülő feladatát az iskola sem veszi át</w:t>
      </w:r>
    </w:p>
    <w:p>
      <w:r>
        <w:t>Régi visszatérő kérdés, hogy miért nincs pénzügyi oktatás a magyar iskolákban. Sokak úgy látják, hogy minden pénzügyi probléma gyökere a hiányos pénzügyi oktatásban keresendő.</w:t>
      </w:r>
    </w:p>
    <w:p>
      <w:r>
        <w:t>A kérdés jogos, mert szinte mindenki úgy gondolja és úgy érzi, hogy az iskola mindenre felkészít, kivéve az életet. A magyar oktatás a sok felesleges lexikai magoltatással sokkal inkább a XIX. század követelményeinek felel meg, mintsem a XXI. század kihívásainak.</w:t>
      </w:r>
    </w:p>
    <w:p>
      <w:r>
        <w:t>(A 20 és 30 év közötti fiatalok az érettségi anyagának a 9%-ára emlékeznek és a tudásuk általában nem több, mint úgynevezett keresztrejtvény-tudás: tudja, hogy van olyan, hogy kovalens kötés, de fogalma sincs, hogy mi is az tulajdonképpen és mire jó. Mindezt néhány évvel az érettségi után. Ennyit ér a lexikai anyag magoltatása és a misztifikált és felmagasztalt, de valójában nem sok valódi értéket takaró "általános műveltség".)</w:t>
      </w:r>
    </w:p>
    <w:p>
      <w:r>
        <w:t>Ha rajtam múlna, az iskolai tananyag legalább felét kikukáznám és tanítanék helyette a valódi életben is használható dolgokat. Ilyen a nyelv, a számítástechnika, a logikai és következtető készség (ami nem soha nem használt matematikai egyenletek biflázásából ered), a jog és pénzügyi ismeretek, projektben gondolkodás és sok minden más. Még a "hogyan cseréljünk tonert a fénymásolóban"-nak is több értelme van, mint történelmi évszámok biflázásának. (Ami nem azt jelenti, hogy nem kell földrajz vagy történelem, de semmi értelme olyan felesleges adatokat magoltatni, amit a gyerek egy másodperc alatt megkeres a kezében lévő telefonon.)</w:t>
      </w:r>
    </w:p>
    <w:p>
      <w:r>
        <w:t>(Persze az átalakítás nem lenne egyszerű, mert mit csinálnánk azzal a 110 ezer tanár 20-30-40%-ával, aki így feleslegessé válna? Mit csinálna egy elbocsátott 55 éves technika, fizika vagy földrajzszakos tanár, aki egész életében csak tanított? Kevés kormány merné felvállalni ezt a konfliktust.)</w:t>
      </w:r>
    </w:p>
    <w:p>
      <w:r>
        <w:t>Azonban attól tartok, hogy sokan túl sokat várnak az iskolai pénzügyi oktatástól. Nem vitatva azt, hogy égető szükség van rá (sőt, már vannak rá állami törekvések is), azért túl nagy csodát nem szabad várni tőle.</w:t>
      </w:r>
    </w:p>
    <w:p>
      <w:r>
        <w:t>Ennek egyik oka a már fenn említett statisztika: az emberek pár évvel az érettségi után is már csak az anyag 9%-ára emlékeznek és még ez a tudás is kimerül abban, hogy tanultam valaha valami hasonlót.</w:t>
      </w:r>
    </w:p>
    <w:p>
      <w:r>
        <w:t>Ne legyen illúzióink, nem lenne ez másként a pénzügyi tudással sem.</w:t>
      </w:r>
    </w:p>
    <w:p>
      <w:r>
        <w:t>A másik dolog, hogy a középiskolában megszerzett tudás már régen nem elég egy egész életre. Gondoljunk bele abba, hogy ha valaki 20-25 éve érettségizett, mire lenne használható az akkori pénzügyi tudása? Még ha naprakészen oktatták volna is, akkoriban volt OTP, helyi takarékszövetkezet és a bankbetét és itt a vége. De még az ezredfordulón sem volt devizahitel, strukturált pénzügyi eszközök, de még a befektetési alapok és unit linked biztosítások és hitelkártyák is vagy nem is léteztek, vagy teljesen marginális termékek voltak. Sőt, bankkártya is csak a kilencvenes évek vége óta létezik, de még évekkel később sem volt gyakori. Tehát egy most 30-35 éves sem tanult volna semmit a mai pénzügyi termékek 60-70%-áról.</w:t>
      </w:r>
    </w:p>
    <w:p>
      <w:r>
        <w:t>Ezért egy pénzügyi termékekről szóló oktatás által megszerzett tudás akkor is elévülne 5-10 év alatt, ha nem felejtenék el előbb a volt diákok az anyagot.</w:t>
      </w:r>
    </w:p>
    <w:p>
      <w:r>
        <w:t>Az Egyesült Államokban már a kilencvenes évektől van pénzügyi oktatás és 2003 óta ennek külön állami szervezete (FLEC) is van. Ennek ellenére már a középiskolában is a végzősök 34%-a használ hitelkártyát és ettől nem függetlenül a 24 éven alattiak 12%-a már a bevételük több mint 40%-át fordítják adósságtörlesztésre. De utalhatnék a rekord magas diákhitel-állományra és sok minden másra is.</w:t>
      </w:r>
    </w:p>
    <w:p>
      <w:r>
        <w:t>A felmérések szerint a diákok pénzügyi tudása a rengeteg erőfeszítés ellenére is alig nőtt, csak két százalékponttal érnek el jobb eredményeket a pénzügyi tudás felmérésére készült teszteken, mint 15 évvel ezelőtt. Az okok között szokták felsorolni a motiválatlanságot, a gyakorlatiasság hiányát (nem gyakorlatot csak elméletet tanulnak a diákok) és még sok hasonló dolgot.</w:t>
      </w:r>
    </w:p>
    <w:p>
      <w:r>
        <w:t>A felmérések máshol is ilyen eredményeket mutatnak, ahol már 15-20 éve van pénzügyi oktatás az iskolákban. Ausztrália, Japán, Dél-Korea mind-mind hasonló gondokkal küszködnek.</w:t>
      </w:r>
    </w:p>
    <w:p>
      <w:r>
        <w:t>Ebből is látszik, hogy az oktatás nem megoldás mindenre.</w:t>
      </w:r>
    </w:p>
    <w:p>
      <w:r>
        <w:t>Ha nem pénzügyi termékeket oktatnánk, hanem gyakorlatias pénzügyi látásmódot (például ne élj a lehetőségeid felett, ne adósodj el és a többi), az nem évülne el menthetetlenül 5-10 év alatt.</w:t>
      </w:r>
    </w:p>
    <w:p>
      <w:r>
        <w:t>Ez is nagyon jó lenne, csak amíg az egész nyugati világ a fogyasztásra és a fogyasztás élvezetére (hedonizmusra) épül, addig nagyon kétséges, hogy milyen hosszútávú eredménye lenne egy ilyen középiskolai pénzügyi képzésnek.</w:t>
      </w:r>
    </w:p>
    <w:p>
      <w:r>
        <w:t>Tőkeerős multicégek dollármilliárdokat költenek arra évente, hogy minél több terméküket a fogyasztókra sózzák, lehetőleg minél drágábban. Ehhez az összes létező csatornát igénybe veszik és a legújabb tudományos kutatásokat is felhasználják, hogy minél több embert (erőn felüli) fogyasztásra ösztönözzenek.</w:t>
      </w:r>
    </w:p>
    <w:p>
      <w:r>
        <w:t>Pénzt nem sajnálva mobiltelefonokat, műszaki cikkeket, méregdrága krémeket, ruhákat, illatszereket, valamint személyi kölcsönöket, hitelkártyákat, lakáshiteleket hirdetnek a nap 24 órájában a legmodernebb marketing eszközökkel.</w:t>
      </w:r>
    </w:p>
    <w:p>
      <w:r>
        <w:t>Ha ez kevés lenne, a tévésorozatok hősei is jómódban élnek és kívánatos jólét veszi körül őket. Gyakran direkt, máskor indirekt módon hirdetik, hogy bőségben élni alap, ami mindenkinek kijár.</w:t>
      </w:r>
    </w:p>
    <w:p>
      <w:r>
        <w:t>(Mikor tudna egy szakácsnő és egy kávéházi pincérnő fenntartani egy háromszobás new-yorki bérlakást, mint a Jóbarátokban vagy egy cipőárus, esetleg egy elvált zsaru egyedül fenntartani egy házat? De ezek még az ártatlan példák, az átlagos filmbéli szereplők olyan életkörülmények között élnek, amit bár természetesnek mutatnak, de valójában a legtöbb embernek soha nem elérhető.)</w:t>
      </w:r>
    </w:p>
    <w:p>
      <w:r>
        <w:t>Amikor az embereket az összes médián keresztül filmek és reklámok százain keresztül ilyen hatások érik minden nap, naivitás azt hinni, hogy ez ellen egy életre szóló védőoltást jelentene egy középiskolai pénzügyi oktatás keretein belül átadható tudás.</w:t>
      </w:r>
    </w:p>
    <w:p>
      <w:r>
        <w:t>Ezzel továbbra sem azt akarom mondani, hogy ne lenne égető szükség jó pénzügyi oktatásra az iskolákban, csak nem hiszek benne, hogy mindez mindent megoldana.</w:t>
      </w:r>
    </w:p>
    <w:p>
      <w:r>
        <w:t>A jelenlegi semminél biztos többet érne, de csodát nem szabad várni tőle, ezt a külföldi példák is igazolják.</w:t>
      </w:r>
    </w:p>
    <w:p>
      <w:r>
        <w:t>Egyébként is szerintem nem mindent az iskolának kell megtanítania. Vannak olyan dolgok, ami tudást bizony a szülőknek kellene átadni és a pénzügy is ilyen dolog.</w:t>
      </w:r>
    </w:p>
    <w:p>
      <w:r>
        <w:t>Ennek átadása pedig nem akkora kihívás, mint sokan gondolják. A Biblia bemutatja, hogyan kell ezt csinálni: "És gyakoroljad ezekben a te fiaidat, és szólj ezekről, mikor a te házadban ülsz, vagy mikor úton jársz, és mikor lefekszel, és mikor felkelsz." Ennyi a titok. Beszélj mindig a pénzügyi dolgokról (is) a gyerekeiddel, akár otthon, akár útközben, akár a rezsi befizetésekor, akár az áruházban nyílik rá lehetőséged. A következőkben ennek a gyakorlati oldalát nézzük meg.</w:t>
      </w:r>
    </w:p>
    <w:p>
      <w:r>
        <w:t>A pénzügyi oktatásról alkotott véleményem mellett a fejlődést is érdemes észrevenni. Az új tananyagokról szóló későbbi tapasztalatom már kedvezőbb volt.</w:t>
      </w:r>
    </w:p>
    <w:p>
      <w:r>
        <w:t>Régi visszatérő (és jogos) kérdés, miért nem tanítanak a gyerekeknek értelmes, a való életben is használható dolgokat az iskolákban a legtöbbször teljesen felesleges lexikai tudás helyett, amit ma már a telefonján is bármikor elér, ha akar.</w:t>
      </w:r>
    </w:p>
    <w:p>
      <w:r>
        <w:t>Ide tartozik a pénzügy is, mert ez az a dolog, ami biztos mindenkit elkísér egész életében és befolyásolja az élete minőségét is, hogyan tud bánni a pénzzel.</w:t>
      </w:r>
    </w:p>
    <w:p>
      <w:r>
        <w:t>A pénzügyi oktatás lehetőségei közben bővültek. A Pénzügyi Iránytűs tankönyv mellé új is megjelent, így már az általános iskola végén és a középiskolában is lehet pénzügyi oktatást tartani. Sőt, az ötödik-hatodik osztályos matematika is kiegészült némi pénzügyi ismeretekkel.</w:t>
      </w:r>
    </w:p>
    <w:p>
      <w:r>
        <w:t>Amikor az első tankkönyv megjelent, nekem nem tetszett, mert túl száraz és tankönyvízű volt.</w:t>
      </w:r>
    </w:p>
    <w:p>
      <w:r>
        <w:t>Most azonban belenéztem az új tankönyvekbe és egészen jók. Az általános iskolai tankkönyvben például hitelt vesz fel a család, aztán az anya elveszíti a munkáját, utána az apa eltöri a lábát és azt kell megoldani, mit lehet ilyenkor tenni. (Hitelfutamidő-hosszabbítás, stb.)</w:t>
      </w:r>
    </w:p>
    <w:p>
      <w:r>
        <w:t>A középiskolai tankkönyvben is vannak kifejezetten jól sikerült fejezetek.</w:t>
      </w:r>
    </w:p>
    <w:p>
      <w:r>
        <w:t>A tankönyvek megjelenésekor mobilos alkalmazást is ígértek melléjük, ahol játékon keresztül kell megoldani a feladatokat.</w:t>
      </w:r>
    </w:p>
    <w:p>
      <w:r>
        <w:t>Úgyhogy valami elkezdődött és ennek örülünk. A jó oktatási anyagokat érdemes a szülőnek is megismernie.</w:t>
      </w:r>
    </w:p>
    <w:p>
      <w:pPr>
        <w:pStyle w:val="Heading2"/>
      </w:pPr>
      <w:r>
        <w:t>Mit tanulnak a gyerekek a családtól</w:t>
      </w:r>
    </w:p>
    <w:p>
      <w:r>
        <w:t>Egy 2014-ben bemutatott ausztrál felmérés azt mutatja, hogy a több zsebpénz önmagában nem jelent jobb pénzügyi nevelést.</w:t>
      </w:r>
    </w:p>
    <w:p>
      <w:r>
        <w:t>A fiatal korban megtanult viselkedési minták egész életükben elkísérnek minket és alapjaiban határozzák meg a későbbi döntéseinket.</w:t>
      </w:r>
    </w:p>
    <w:p>
      <w:r>
        <w:t>Találtam egy megdöbbentő ausztrál felmérést, ahol 4.000, hat és tizenhárom év közötti gyereket kérdeztek meg arról, hogy mennyi zsebpénzt kapnak, miért (csak úgy, házi munkáért, iskolai költőpénznek, stb.) és mit kezdenek ezzel a pénzzel.</w:t>
      </w:r>
    </w:p>
    <w:p>
      <w:r>
        <w:t>A gyerekek családi háttere anyagi szempontból is az egész társadalmat lefedte, volt közöttük szegény éppúgy, mint kifejezetten gazdag családból származó.</w:t>
      </w:r>
    </w:p>
    <w:p>
      <w:r>
        <w:t>Az első kérdés az volt, hogy mennyi zsebpénzt kapnak. Az átlag heti 11.27 dollár volt, a hatévesek átlaga 5 dollár,a 13 éveseké heti 20 dollár.</w:t>
      </w:r>
    </w:p>
    <w:p>
      <w:r>
        <w:t>Az első meglepő adat az volt, hogy minél szegényebb családból származott valaki, annál több zsebpénzt kapott. Az évi 50 ezer dollárnál kisebb bevételű családoknál az átlag heti 14.81 dollár volt, ez egészen a 200 ezres éves családi bevételig folyamatosan csökkent 8.32 dollárra, a 200 ezres határ felett is csak heti 10.05 dollár az átlag. Vagyis minél jobb módú a család, annál kevesebb zsebpénzt kap a gyerek.</w:t>
      </w:r>
    </w:p>
    <w:p>
      <w:r>
        <w:t>Átlagosan a gyerekek 46%-a vesz játékot is a pénzéből, 40% tesz belőle bankba is, 30%-a költi részben édességre és 28%-a spórol valami speciális célra, mint kerékpár és hasonló dolgok.</w:t>
      </w:r>
    </w:p>
    <w:p>
      <w:r>
        <w:t>Azonban amíg a legszegényebbek egynegyede gyűjt csak valamilyen speciális célra és bankba is csak minden harmadik tesz pénzt, a legjobban kereső családokban minden harmadik gyerek gyűjt speciális célra és fele tesz félre a bankba pénzt. A közepesnél jobb módú családoknál sem sokkal rosszabb a helyzet.</w:t>
      </w:r>
    </w:p>
    <w:p>
      <w:r>
        <w:t>A legszegényebbek közel egyharmada mondta, hogy egyáltalán nem tesz félre a zsebpénzéből, a jómódúak és gazdagok csak mintegy egytizede mondta ugyanezt.</w:t>
      </w:r>
    </w:p>
    <w:p>
      <w:r>
        <w:t>Most gyorsan ravágod, hogy persze, azért kapnak kevesebb pénzt a gazdagabb gyerekek és költenek kevesebbet, mert ők amúgy is mindent megkapnak, tehát nincs szükségük se zsebpénzre, se arra, hogy azt elköltsék.</w:t>
      </w:r>
    </w:p>
    <w:p>
      <w:r>
        <w:t>Nos, ez sem így van. A szegény és alsó-középosztálybeli gyerekek 22-24%-a mondta azt, hogy minden játékot megkap, amit csak szeretne, míg a jómódú családoknál ez az arány csak 14-16%.</w:t>
      </w:r>
    </w:p>
    <w:p>
      <w:r>
        <w:t>Arra a kérdésre, hogy ha felnő, gazdag vagy inkább boldog szeretne-e lenni, a szegényebb gyerekek 19%-a választotta a gazdagságot, a jómódúak mindössze 12-15%-a gondolta ugyanígy.</w:t>
      </w:r>
    </w:p>
    <w:p>
      <w:r>
        <w:t>Ez a felmérés számomra egyértelműen azt mutatja, hogy az anyagilag sikeres családok egyik titka a pénzzel való jó bánásmód, amit át is adnak a gyerekeiknek, megtanítva őket a megtakarítás szükségességére és a helyes pénzkezelésre, illetve ennek a másik oldala, hogy az anyagilag sikertelenebb családok gyerekei már eleve rossz pénzügyi mintákat látnak otthon, ami miatt nagy valószínűséggel felnőttként is rossz pénzügyi döntéseket fognak hozni.</w:t>
      </w:r>
    </w:p>
    <w:p>
      <w:r>
        <w:t>Ha szeretnéd, hogy a gyereked sikeres legyen pénzügyileg, már most kezdd el a tanítást, hogy megértse a pénz és a munka értékét, illetve a megtakarítás szükségességét. A következő gyakorlati példák segíthetnek ebben.</w:t>
      </w:r>
    </w:p>
    <w:p>
      <w:pPr>
        <w:pStyle w:val="Heading2"/>
      </w:pPr>
      <w:r>
        <w:t>A pénz a munkából jön</w:t>
      </w:r>
    </w:p>
    <w:p>
      <w:r>
        <w:t>Nagyon fontos, hogy a gyerekeinket megtanítsuk a pénz használatára, ha már ez nekünk kimaradt.</w:t>
      </w:r>
    </w:p>
    <w:p>
      <w:r>
        <w:t>Ez néha kicsit fárasztó de szükséges dolog.</w:t>
      </w:r>
    </w:p>
    <w:p>
      <w:r>
        <w:t>Mi az, amire meg kell(ene) tanítani a gyermekeinket?</w:t>
      </w:r>
    </w:p>
    <w:p>
      <w:r>
        <w:t>- A pénz eredete, a munka értéke</w:t>
      </w:r>
    </w:p>
    <w:p>
      <w:r>
        <w:t>- Megtakarítás és a pénz befektetése</w:t>
      </w:r>
    </w:p>
    <w:p>
      <w:r>
        <w:t>- A pénz okos elköltése és a pénz értéke</w:t>
      </w:r>
    </w:p>
    <w:p>
      <w:r>
        <w:t>- Adakozás. Na, erre a legtöbb felnőttet is meg kellene tanítani.</w:t>
      </w:r>
    </w:p>
    <w:p>
      <w:r>
        <w:t>Ha már tud számolni a gyermek, számoljunk együtt pénzt. Játszunk a pénzzel, például rakja sorba őket, vagy satírozza át papírra grafitceruzával, stb. Ilyenkor kitérhetünk például olyan dolgokra is, hogy az ötvenforintos bár nagyobb, mint a százforintos, de csak fele annyi árut adnak érte. Ha már nagyobb, megkérhetjük, hogy fizessen mondjuk 300 forintot a nála lévő érmék segítségével.</w:t>
      </w:r>
    </w:p>
    <w:p>
      <w:r>
        <w:t>Tanítsd meg korán, hogy mindenért fizetni kell, a nyalókért a boltban éppúgy, mint a kábeltévéért otthon. Amikor megjön a számlalevél, mutasd meg neki, hogy ezt most be kell fizetnetek.</w:t>
      </w:r>
    </w:p>
    <w:p>
      <w:r>
        <w:t>Egy alaplecke. hogy mi a különbség a szükség és a vágy között, sok mindent szeretnénk, de nincs mindenre szükségünk.</w:t>
      </w:r>
    </w:p>
    <w:p>
      <w:r>
        <w:t>Fontos, hogy már korán megértse, hogy a pénz a munkából jön és limitáltan áll csak rendelkezésre, nem a fán terem és nem is a bankautomata adja ki korlátlanul. Remek alkalom egy pénzfelvételkor, hogy elmagyarázd, hogy most ennyivel kevesebb pénz maradt a számlán, ezt kell majd beosztani hónap végéig. (A gyereket összezavarod, ha azt mondod, nincs pénzem megvenni a játékot, amit kér, majd húsz perccel később pénzt veszel fel az automatából. Tehát hazudtál neki, mert van pénzed.)</w:t>
      </w:r>
    </w:p>
    <w:p>
      <w:r>
        <w:t>Ha mentek bevásárolni, mondd meg a gyereknek, hogy ennyi pénz van a bevásárlásra és ezekre van szükség. Kérd meg, hogy segítsen beosztani, hogy jusson mindenre. Ha betesz valamit a kosárba, mondjuk meg, hogy ez ennyibe kerül, már csak 4550 forintunk maradt. Ez egy remek játék, hogy megértse az árakat, hogy mi a különbség az összegek között, hogy egy labda kevesebb pénzbe kerül, mint egy videójáték, de nem marad pénzünk tejfölre, ha bármelyiket megvesszük.</w:t>
      </w:r>
    </w:p>
    <w:p>
      <w:r>
        <w:t>Szintén jó a bevásárlás arra is, hogy felhívjuk a figyelmét, hogy most akciós egy áru, érdemesebb most bevásárolni belőle, mert spórolunk 20%-ot, vagy hogy összehasonlítsuk az árcéduláról, hogy a nagyobb kiszerelés olcsóbb-e. (Persze, magyarázzuk el az akciók lényegét is neki, ne vegyünk valamit, amire semmi szükségünk, csak azért, mert olcsóbb.)</w:t>
      </w:r>
    </w:p>
    <w:p>
      <w:r>
        <w:t>Ha készpénzzel fizetsz, engedd, hogy ő fizessen és vegye el a visszajárót, amit számoljatok meg közösen.</w:t>
      </w:r>
    </w:p>
    <w:p>
      <w:r>
        <w:t>A listakészítés arra is jó, hogy megmutassuk, hogy a vásárlások legalább 20-30%-a impulzív, nem tervezett vásárlás. Így vesszük általában a szükségtelen, hizlaló és drága dolgokat. Amikor hazamegyünk, nézzük át együtt a gyerekkel, hogy sikerült-e tartani magunkat a listához. Ha nem, nézzük meg, miket vettünk pluszban és vajon kellettek-e ezek. Ha sikerült a feladat, dicsérjük meg magunkat.</w:t>
      </w:r>
    </w:p>
    <w:p>
      <w:r>
        <w:t>Adj neki zsebpénzt, de ne úgy, mint a legtöbb szülő, aki csak annyit ér el a zsebpénzzel, hogy a gyerek az egészet édességre költi, így lesz egy lyukas fogú, csokoládéfüggő és kövér gyereke. Először is vedd arra rá, hogy félretegyen az összegből. Az így félretett pénzre adj kamatot, de ne évi 6%-ot, amit a gyerek nem érez, hanem havi akár 10-20%-ot, hogy megértse, hogy ha ma nem költi el a pénzét, akkor több lesz neki később. Esetleg lehet célja is a gyűjtésnek, egy bicikli, vagy bármi. Akár hetente megnézhetitek, mennyi kell még a biciklihez.</w:t>
      </w:r>
    </w:p>
    <w:p>
      <w:r>
        <w:t>A maradék zsebpénzt keményen osztasd be vele. Először engedd, hogy elköltse akár egy nap alatt, de utána ne kapjon semmit egy hétig, akármiért is sír. Mondd, hogy vegye meg legközelebb a saját pénzéből. Tipp: eleve olyan címletekben add a zsebpénzt, hogy el tudja tenni azt a részt, amit szeretnél.</w:t>
      </w:r>
    </w:p>
    <w:p>
      <w:r>
        <w:t>Tanítsd meg a felelősségre. Ha elhagyja a pénzét, ne pótold neki.</w:t>
      </w:r>
    </w:p>
    <w:p>
      <w:r>
        <w:t>Vegyél neki egy pénztárcát, amiben büszkén hordhatja a pénzét, ettől nagynak és erősnek fogja magát érezni.</w:t>
      </w:r>
    </w:p>
    <w:p>
      <w:r>
        <w:t>Vond be az anyagi döntésekbe. Vitassátok meg együtt, hogy kell-e szárítógépes mosógép, vagy nagyképernyős tévé, mert akkor erre és erre nem marad pénz, például nem tudtok elmenni a Balatonra. Esetleg milyen ágyat vegyetek neki, melyik miért jó választás, melyik éri meg az árát. Tanítsd meg azt is, hogy nézzen szét több boltban a komolyabb döntések előtt. Ez a "választás döntés alapján" leckéje.</w:t>
      </w:r>
    </w:p>
    <w:p>
      <w:r>
        <w:t>Tanítsd meg adakozni. Ha például van egy rossz hír, amit már fel tud dolgozni (éhező emberek, földrengés, árvíz), kérdezd meg, hogy szerinted segítsetek-e ezeknek az embereknek, küldjetek-e pénzt nekik a megtakarításából. Segélyszervezetek mindig tartanak gyűjtéseket, beszéld rá, hogy adja oda a régi játékait a rászoruló gyerekeknek.</w:t>
      </w:r>
    </w:p>
    <w:p>
      <w:r>
        <w:t>Ha van rá lehetőség, engedjük a gyereket pénzt keresni. Például kérjük meg a szomszédot, hogy hívja át szőlőt szedni, vagy autót mosni és fizessen neki a munkájáért. Így megérti a munka és a pénz összefüggését.</w:t>
      </w:r>
    </w:p>
    <w:p>
      <w:r>
        <w:t>Sajnos nálunk nem divat a "garázs-vásár", ahol a gyerek eladhatja a már nem használt dolgait, pedig ez is egy remek lehetőség lenne.</w:t>
      </w:r>
    </w:p>
    <w:p>
      <w:r>
        <w:t>Ha talál egy pénzérmét és felveszi, dicsérd meg érte és ne fújolj, hogy biztos összepisilte már egy kutya. (Persze arra tanítsd meg, hogy ne vegyen fel dolgokat a földről, én most konkrétan a pénz megbecsüléséről mondtam ezt.)</w:t>
      </w:r>
    </w:p>
    <w:p>
      <w:pPr>
        <w:pStyle w:val="Heading2"/>
      </w:pPr>
      <w:r>
        <w:t>Munka megtakarítás és adakozás</w:t>
      </w:r>
    </w:p>
    <w:p>
      <w:r>
        <w:t>A közös vásárlás és a pénzzel való játék után jöhet az első saját kereset. Fontos, hogy a gyerek ne csak a pénz elköltését tanulja meg, hanem a megszerzését és a többféle cél közötti felosztását is.</w:t>
      </w:r>
    </w:p>
    <w:p>
      <w:r>
        <w:t>Mikor kell elkezdeni ezt az oktatást? Meg fogsz lepődni, de a gyerek 3-3 és fél éves korában.</w:t>
      </w:r>
    </w:p>
    <w:p>
      <w:r>
        <w:t>Miért ilyen korán? Ennek több oka is van:</w:t>
      </w:r>
    </w:p>
    <w:p>
      <w:r>
        <w:t>- Mert ilyenkor még hallgat rád és te vagy a bölcsesség forrása a számára. Próbáltál már egy tinédzsernek a legegyszerűbb dolgot is elmagyarázni? Na ugye.</w:t>
      </w:r>
    </w:p>
    <w:p>
      <w:r>
        <w:t>- Minél fiatalabb, annál kevésbé fertőzte meg a kultúra, befolyásolja a sok TV reklám és a többi fiatal hibás véleménye.</w:t>
      </w:r>
    </w:p>
    <w:p>
      <w:r>
        <w:t>- Ebben a korban rakod le az alapigazságokat az életében a jóról, a gonoszról, a becsületről, bűnről. Ezek a legmélyebb fundamentumok egy ember gondolkodásában.</w:t>
      </w:r>
    </w:p>
    <w:p>
      <w:r>
        <w:t>Ha a gyerek már túl van az érmékkel való játékon, akkor tanítsd meg arra, hogyan lehet pénzhez jutni: munkával.</w:t>
      </w:r>
    </w:p>
    <w:p>
      <w:r>
        <w:t>Találj ki olyan házimunkákat, amit már el tud végezni. Nem biztos, hogy a kétszáz éves porcelánkészlet mosogatásával kell kezdeni, de például az evőeszközöket már el tudja pakolni. (Figyelj arra, hogy minden gyerek fejlettsége más és más egy adott korban.)</w:t>
      </w:r>
    </w:p>
    <w:p>
      <w:r>
        <w:t>Ne bízd rá az egész fürdőszoba kitakarítását, de a kagylót már ki tudja törölni. (Persze, hogy utána neked is újra kell majd csinálni, ha még túl fiatal a gyerek, de most nem erről van szó.)</w:t>
      </w:r>
    </w:p>
    <w:p>
      <w:r>
        <w:t>Ezekért a házimunkákért találjatok ki fizetést, amit megkap, ha a munkát rendesen elvégezte. Minden munkának az ára a nehézségével legyen összhangban. Figyelj arra is, hogy például 50 forint rengeteg pénz egy négyévesnek, egy nyolcévesnek már kevésbé.</w:t>
      </w:r>
    </w:p>
    <w:p>
      <w:r>
        <w:t>A feladatok nehézsége az életkorral együtt változzon, ne legyen túl könnyen elvégezhető a munka, ne a semmiért fizess.</w:t>
      </w:r>
    </w:p>
    <w:p>
      <w:r>
        <w:t>Nagyon-nagyon fontos! Legyen a házimunkának egy olyan része, amit azért kell megcsinálnia, mert tagja a családnak és neki is ki kell vennie a részét a közös tennivalókból. Fizetős munka csak azután lehet, ha már az "ingyenmunkát" elvégezte.</w:t>
      </w:r>
    </w:p>
    <w:p>
      <w:r>
        <w:t>Például levinni a szemetet a kötelessége, az edények elpakolása a szárítóról már pénzszerzési lehetőség.</w:t>
      </w:r>
    </w:p>
    <w:p>
      <w:r>
        <w:t>Csináljatok egy listát közösen és árazzátok be az egyes munkákat. Ezt a listát tedd olyan helyre, ahol a gyerek mindig látja. Bár még olvasni nem tud, de a szeme előtt van mindig a lehetőség.</w:t>
      </w:r>
    </w:p>
    <w:p>
      <w:r>
        <w:t>Szerezz be egy hatalmas bödönt és töltsd tele apróval, amiből ki tudod fizetni a gyerekedet azonnal, ha elvégzett egy munkát. Így a munka és annak a haszna összefonódik a számára. (Nehezen tudná értelmezni a hónap végén történő egyösszegű fizetést.) Később, öt éves kor felett már rászokhattok a heti fizetésre.</w:t>
      </w:r>
    </w:p>
    <w:p>
      <w:r>
        <w:t>Fontos, hogy ne kritizáld állandóan a gyerek munkájának a minőségét, mert csak azt éred el, hogy nem akar majd semmit csinálni. Ha egy négyéves mosogat, biztos, hogy neked újra kell csinálnod. De nem erről szól a dolog. (Lehetőleg ne előtte csináld újra a mosogatást.)</w:t>
      </w:r>
    </w:p>
    <w:p>
      <w:r>
        <w:t>A fentieket folyamatosan végezve a gyereket a pénzszerzés módjára tanítod meg, illetve, hogy a saját maga által megszerzett pénzből akarjon megélni. Ezen túl, mellékesen, a munkára és a házimunka elsajátítására is neveled őket.</w:t>
      </w:r>
    </w:p>
    <w:p>
      <w:r>
        <w:t>Mivel a gyereked már keres pénzt, ne vegyél meg neki semmit, amit kér, hiszen pont ez a lényege az egésznek.</w:t>
      </w:r>
    </w:p>
    <w:p>
      <w:r>
        <w:t>(Előfordulhat, hogy a gyerek nem akar pénzt keresni (vagy házimunkát csinálni), ilyenkor fogjátok vissza a számára való játék és édességvásárlást és mondjátok meg neki, hogyan juthat hozzá ezentúl a vágyott javakhoz.)</w:t>
      </w:r>
    </w:p>
    <w:p>
      <w:r>
        <w:t>Csináljatok három borítékot, vagy malacperselyt: elkölteni való pénz (ebből vehet édességet, vagy mehet moziba később), megtakarításra való pénz (itt gyűjtheti a Star Wars figurára a pénzt, vagy a Nike sportcipőre később) és adakozásra szánt pénz. (Fizess olyan címletekben, hogy ne okozzon gondot a többfelé való eltevés.)</w:t>
      </w:r>
    </w:p>
    <w:p>
      <w:r>
        <w:t>A magyar emberek életéből teljesen kimaradt az adakozás, ha valamilyen célra kérni mer valaki, vagy adni kellene, már mindjárt gyanúsnak tartjuk a dolgot. Ha mégis adunk, úgy gondoljuk, hogy az egy szem ezresünkkel megváltottuk a világot, miközben havonta 20-30 ezret költünk ostobaságokra. Hogy ez valaha megváltozzon, tanítsuk meg a gyerekünket az adakozásra. A gyereknek az adakozást is ugyanúgy gyakorolnia kell, mint a megtakarítást és a költést.</w:t>
      </w:r>
    </w:p>
    <w:p>
      <w:r>
        <w:t>Tűzzetek ki célokat, hogy mire gyűjt a gyerek. Fontos, hogy ő mondja meg, mi legyen az és ne kritizáld a döntését. Ha egy ócska, agyonreklámozott műanyag játékra gyűjt, ne tegyél rá megjegyzéseket. Inkább most vegyen ócska túlárazott játékokat és tanulja meg a leckét, mint 20 évesen vegyen túlárazott autókat hitelből, milliókért.</w:t>
      </w:r>
    </w:p>
    <w:p>
      <w:r>
        <w:t>Nagy célokat tűzzetek ki, ne olyat, amit két hét után elér. Mondjuk egy playstation-re már kell pár hónapot gyűjteni, ahogy majd az autóra és a lakásra is felnőtt korában.</w:t>
      </w:r>
    </w:p>
    <w:p>
      <w:r>
        <w:t>Ha kap pénzt mondjuk a nagyszülőktől azt is osszátok három (nem feltétlen egyenlő) részre és abból is menjen megtakarításra és adakozásra is.</w:t>
      </w:r>
    </w:p>
    <w:p>
      <w:pPr>
        <w:pStyle w:val="Heading2"/>
      </w:pPr>
      <w:r>
        <w:t>Ahogy nő a gyerek nő a felelőssége</w:t>
      </w:r>
    </w:p>
    <w:p>
      <w:r>
        <w:t>Az alapok ugyanazok maradnak, de egy négyévesnek, egy kisiskolásnak és egy tinédzsernek másként kell beszélni róluk. A kereteket és a döntési szabadságot az életkorral együtt kell változtatni.</w:t>
      </w:r>
    </w:p>
    <w:p>
      <w:r>
        <w:t>Már a négyéves gyerekeknek is érdemes megtanítani, hogy a dolgok pénzbe kerülnek és a pénzt meg kell keresni. Mondd el, hogy te is azért dolgozol, hogy legyen pénzetek és írd le, mivel is foglalkozol. Már ebben a korban elmagyarázhatod, mi a különbség aközött, amire szüksége van és aközött, amire vágyik. Szintén érdemes kitérni arra, hogy vannak dolgok, amire várnia kell, mire megszerzi. Például a Sesame Streetben is van erre alkalmas történet; én angolul találkoztam vele. Az ilyen meséket nézve remek alkalom beszélgetni a látottakról.</w:t>
      </w:r>
    </w:p>
    <w:p>
      <w:r>
        <w:t>Amire vigyázz: soha ne mondd azt a gyereknek, hogy mi ezt nem engedhetjük meg magunknak, vagy erre nincs pénzünk. Fontos, hogy a gyerek anyagilag is biztonságban érezze magát és ne azt értse meg, hogy nektek nélkülözni kell a pénz hiánya miatt. Mondd inkább azt, hogy nem akarunk erre pénzt kiadni, vagy nem erre fogjuk elkölteni a pénzünket. Nagyobb gyerek már megértheti, hogy van olyan, amire nem telik, de egy 4-5 évest ne terhelj ezzel.</w:t>
      </w:r>
    </w:p>
    <w:p>
      <w:r>
        <w:t>Nagyobbacska (6-9 éves) gyerekeknek beszélj a reklámokról, hogyan akarnak befolyásolni, hogy olyan dolgot vegyél, amire nincs szükséged. Van, aki megtanítja a gyereknek, hogy némítsa le a tévét, ha éppen reklám megy benne.</w:t>
      </w:r>
    </w:p>
    <w:p>
      <w:r>
        <w:t>A megtakarításait az ekkora gyerek már osztályozhatja az elköltöm-félreteszem-befektetem-eladakozom felosztás mellett, ami megtanítja, hogy mi mindenre és miért érdemes félretenni pénzt. Ehhez jó egy több rekeszes persely. Egy jó felosztás a 40% költés, 40% rövid célú gyűjtés, 10% hosszú távú gyűjtés és 10% adakozás.</w:t>
      </w:r>
    </w:p>
    <w:p>
      <w:r>
        <w:t>(Azt természetesen mondani sem kell, hogy a gyerek pénze tabu, olyan nincs, hogy megszorulsz és elveszed a gyerek pénzét. Ha ennyire képes vagy megszorulni, akkor biztos, hogy még neked is sokat kell tanulnod a pénz kezeléséről.)</w:t>
      </w:r>
    </w:p>
    <w:p>
      <w:r>
        <w:t>Ebben a korban már bejön a döntés szükségessége, hogy mielőtt elköltöd a pénzed, nézz körül, hasonlítsd össze az árakat és a termékeket, mert ha egyszer elköltötted, örökre elvesztetted a pénzed.</w:t>
      </w:r>
    </w:p>
    <w:p>
      <w:r>
        <w:t>Az ilyen idős gyereknek már megmutathatod, mire költ havonta a család. Van aki ezt olyan plasztikusan csinálta, hogy az egész fizetését felvette egydollárosokban, hazavitte, kiborította a konyhaasztalra és megmutatta a gyerekeinek, mire mennyit fognak költeni. Kiszámolta a rezsit, csinált belőle egy kupacot, a tankolásra szánt pénzből lett egy másik kupac, az ebédpénzből, a havi lakásbiztosításból, a bevásárlásra szánt pénzből, a tizedből és az összes többi tételből lett egy-egy kupac. Így a gyerekei vizuálisan látták, mi mindenre és mennyit költenek egy hónapban. Ezzel az ötlettel sikerült felkeltenie a gyerekek figyelmét és megértetni velük, hogyan osztják be a pénzt hónapról hónapra.</w:t>
      </w:r>
    </w:p>
    <w:p>
      <w:r>
        <w:t>A kora tinédzser korban már érdemes rávenni, hogy minden megkeresett pénzének a tizedét tegye félre. Még 18 éves kora előtt tanítsd meg neki az eladósodás veszélyeit, külön felhívva a figyelmét a hitelkártyára és az olyan dolgokra, hogy attól, hogy jogosítványa lett még nem kell autót is vennie, főleg nem hitelből.</w:t>
      </w:r>
    </w:p>
    <w:p>
      <w:r>
        <w:t>A költés az egyik leggyakoribb pénzügyi kérdés a gyerekek és a szülők között. A gyerekek egyre többet kérnek. Ezért vigyázz, amikor megveszed neki mindig a csokit és a kisebb dolgokat a boltban. Nemsokára sokkal drágább dolgokat fog kérni és az lesz neki természetes, hogy mindig mindent megveszel neki első kérésre.</w:t>
      </w:r>
    </w:p>
    <w:p>
      <w:r>
        <w:t>A legjobb, ha inkább zsebpénzt adsz a gyerekeknek és egyértelművé teszed, hogy abból kell megvenniük az áhított dolgokat. (A kisebbeknek heti zsebpénzt adj, a nagyobbaknak kéthetente, a tinédzsereknek havonta egyszer. Jó kiindulási alap, hogy annyiszor 200-500 Ft-ot adsz egy hétre, ahány éves a gyerek. Hat éves kor alatt zsebpénz helyett adhatsz kuponokat is, amit aztán beválthat tévézésre, fagyizásra, akármire.)</w:t>
      </w:r>
    </w:p>
    <w:p>
      <w:r>
        <w:t>Légy határozott és következetes. Tedd egyértelművé, hogy a zsebpénzen túl mit fizetsz és mit nem. Így nem lesz kérdés, hogy mi az, amit felesleges kérniük, amit maguknak kell kigazdálkodniuk a zsebpénzükből. Ha már elég zsebpénzt kapnak, vegyenek abból feltöltőkártyát, vagy akár telefont vagy a vágyott sportcipőt is.</w:t>
      </w:r>
    </w:p>
    <w:p>
      <w:r>
        <w:t>Soha ne adj kölcsönt a gyerekeidnek. Tanulják meg, hogy mi a következménye, ha elverik a zsebpénzüket és értsék meg, hogy vannak olyan dolgok, amire gyűjteniük kell, nem érik el azonnal, ahogy megkívánták.</w:t>
      </w:r>
    </w:p>
    <w:p>
      <w:r>
        <w:t>Ha pénzt kap a gyerek, bátorítsd, hogy ne költse el azonnal, hanem gondolja végig, hol is lenne a legjobb helyen a pénze.</w:t>
      </w:r>
    </w:p>
    <w:p>
      <w:r>
        <w:t>Tanítsd a gyereket felelősségre is. Ha mondjuk az utcán hagyta a biciklijét lezáratlanul és ellopták, ne vegyél neki másikat. Gyűjtse össze a saját pénzéből az új bicikli árát, a legközelebbire biztos jobban fog vigyázni. (Azonban ha lezárta a biciklit és úgy lopták el, akkor egy bűncselekmény áldozata. Ekkor megvigasztalod és veszel neki másikat. )</w:t>
      </w:r>
    </w:p>
    <w:p>
      <w:r>
        <w:t>Soha ne vidd magaddal a gyereket a szórakozásból való bevásárlásaidra (shoppingolás), ne tanulja el, hogy a vásárlás időtöltés is lehet. (Mit mondjak, te se menj ilyen túrákra, csak értelmetlen költekezés lesz a vége.)</w:t>
      </w:r>
    </w:p>
    <w:p>
      <w:r>
        <w:t>Ha tudod, a nagyobb gyereket vidd magaddal a bankba is és mondd el, hogy mit csináltok és miért. Külön jó pont, ha vele együtt fizetsz be a megtakarítási számládra és közben elmondod, hogy mennyit teszel ide és miért.</w:t>
      </w:r>
    </w:p>
    <w:p>
      <w:r>
        <w:t>Szakértők javasolják, hogy a tíz év alatti gyerekek jelenlétében készpénzzel fizess, ne a mágikus kártyával, amiről soha nem fogy ki a pénz. A készpénz fogyását és átadását megértik, a kártya csak összekeveri őket. Az az a valami, amiből mindig lehet vásárolni. Ebben a korban a kártya még túl absztrakt nekik, nem értik a működését.</w:t>
      </w:r>
    </w:p>
    <w:p>
      <w:r>
        <w:t>Rendszeresen beszélj a gyerekeknek a pénzről és az anyagi kérdésekről, így természetes legyen a számukra, hogy a pénz és a pénzügy az élet szerves része, amivel mindig törődni és amiről beszélni kell.</w:t>
      </w:r>
    </w:p>
    <w:p>
      <w:r>
        <w:t>Soha ne becsüld le a pénz fontosságát a gyerek előtt, csak hogy ne kelljen valami kérdésére válaszolni, Inkább neveld bele, hogy a sikeres élet egyik igen meghatározó eleme a pénz és az ahhoz való hozzáállás.</w:t>
      </w:r>
    </w:p>
    <w:p>
      <w:r>
        <w:t>A gyereked gyakorta fog találkozni azzal, hogy más gyereke iphone-nal járkál és márkás cuccokban jár. Ilyenkor nagyon fontos, hogy elmagyarázd neki, hogy te miért nem veszed meg ezeket a túlárazott, balekoknak gyártott dolgokat és vegye észre, hogy egy ember értékét nem az általa birtokolt kütyük és egyéb vackok határozzák meg.</w:t>
      </w:r>
    </w:p>
    <w:p>
      <w:r>
        <w:t>Még egyszer, nagyon fontos: nehogy azt mondd, hogy ti azért nem vesztek meg ilyen dolgokat, mert nektek nincs rá pénzetek, mert akkor azt fogja megérteni, hogy ezek a státusz szimbólumok tényleg a gazdagságot és a jólétet fejezik ki, miközben ez egyáltalán nem igaz. Így fog élni, hogy ő is majd a 250 ezres telefonok és a 15 milliós autók bűvöletében látja a sikeresség kifejeződését.</w:t>
      </w:r>
    </w:p>
    <w:p>
      <w:r>
        <w:t>A másik rossz, amit csinálhatsz, hogy a kisebb ellenállás elvén te is megveszed neki ezeket a vackokat, hogy ne lógjon ki a többi konzumidióta pénzügyileg tudatlan, a reklámozott termékek bűvöletében élő kortársa közül. Így sikeresen arra neveled, hogy mindig a kívánságai és a társadalom torz értékítélete alapján élje az egész életét. Na, ne csodálkozz, ha már 30 évesen is ki se fog látszani a sok hitelből.</w:t>
      </w:r>
    </w:p>
    <w:p>
      <w:pPr>
        <w:pStyle w:val="Heading2"/>
      </w:pPr>
      <w:r>
        <w:t>Játékpénzzel is lehet tanulni</w:t>
      </w:r>
    </w:p>
    <w:p>
      <w:r>
        <w:t>Gergő hívta fel a figyelmem egy csomag játékpénzre, amit a Pepcóban talált.</w:t>
      </w:r>
    </w:p>
    <w:p>
      <w:r>
        <w:t>Mivel nincs messze tőlünk az egyik üzletük, vettem is egy csomaggal.</w:t>
      </w:r>
    </w:p>
    <w:p>
      <w:r>
        <w:t>Címletenként 20 darab van egy csomagban, remek a boltos játékhoz használni. Végre "igazi" pénzzel lehet fizetni, el is lehet magyarázni, melyik a kisebb címlet, melyik a nagyobb, egy ötezres egyenlő két kétezressel és egy ezressel, ötszázasért nem lehet megvenni a cipőt, mert az ahhoz kevés, stb.</w:t>
      </w:r>
    </w:p>
    <w:p>
      <w:r>
        <w:t>Az akkori ára 590 forint volt, a pénzek csak az egyik oldalukon nyomottak, de a gyerekeknek tökéletesen elég.</w:t>
      </w:r>
    </w:p>
    <w:p>
      <w:r>
        <w:t>Ha neked is van olyan korú gyerekeid, akik még játszanak boltosat, hasznos lehet nekik, hogy megismerjék a címleteket, a vásárlási értéküket és a váltási arányokat. Az enyémeknek nagyon tetszik az új pénz.</w:t>
      </w:r>
    </w:p>
    <w:p>
      <w:r>
        <w:t>Tipp: oda ne add nekik egyszerre az összeset (120 db), mert hamarosan az egész gyerekszoba játékpénzben fog fürödni.</w:t>
      </w:r>
    </w:p>
    <w:p>
      <w:pPr>
        <w:pStyle w:val="Heading2"/>
      </w:pPr>
      <w:r>
        <w:t>Egy saját pénzrendszer otthon</w:t>
      </w:r>
    </w:p>
    <w:p>
      <w:r>
        <w:t>A szülő talán legfontosabb feladata, hogy a gyermekeit elégséges bölcsességgel indítsa útnak az életben. Ez igaz az élet minden területére a sikeres párkapcsolattól a pénzügyekig.</w:t>
      </w:r>
    </w:p>
    <w:p>
      <w:r>
        <w:t>Sajnos rengeteg családban a felnőtteknek sincs semmi fogalmuk, mitől is működne jól egy kapcsolat vagy hogyan kellene okosan beosztani a pénzt.</w:t>
      </w:r>
    </w:p>
    <w:p>
      <w:r>
        <w:t>Hogy a te gyerekednél ez már ne így legyen, érdemes a gyerekeid pénzügyi tudatosságát már a legkisebb korban fejleszteni.</w:t>
      </w:r>
    </w:p>
    <w:p>
      <w:r>
        <w:t>Erre alkalmas egy játék, amivel az óvódás, kisiskolás gyerekeidnek átadhatod a pénzügyi tudatosság alapjait, a beosztás-tervezés-megtakarítás szükségességét és előnyeit.</w:t>
      </w:r>
    </w:p>
    <w:p>
      <w:r>
        <w:t>Első lépésként hozzatok létre egy saját pénzegységet. Erre a legjobb valami játékzseton vagy műanyag játékpénz.</w:t>
      </w:r>
    </w:p>
    <w:p>
      <w:r>
        <w:t>Egy hétre járjon mondjuk húsz vagy harminc játékpénz, amit egy átlátszó üvegben tartsatok jól látható helyen. Írjatok mellé egy árlistát a gyerek(ek) kedvenceivel. Egy túró rudi két zseton, plusz egy mese a kedvenc rajzfilm-sorozatából egy zseton és így tovább. Fontos, hogy az árak tükrözzék, melyik előny mekkora értéket képvisel a gyerek szemében.</w:t>
      </w:r>
    </w:p>
    <w:p>
      <w:r>
        <w:t>El kell magyarázni a gyereknek, hogy bármit kérhet a listáról, nem fogod megtagadni, csak mert túl sok édességet evett aznap vagy már elég tévét nézett mára. Azonban ha elfogyott a zseton, arra a hétre már semmit nem kérhet. Akkor se, ha a húga az orra előtt eszi a saját csokoládéját.</w:t>
      </w:r>
    </w:p>
    <w:p>
      <w:r>
        <w:t>Engedni kell, hogy elverje az összes pénzét egy nap alatt, bár érdemes felhívni a figyelmét, hogy a pénzt egy hétre kapta. Nem baj, ha hibázik, sőt az a jó, abból fog tanulni.</w:t>
      </w:r>
    </w:p>
    <w:p>
      <w:r>
        <w:t>A rendszert tovább lehet fejleszteni, csak a fantáziád szab neki határt.</w:t>
      </w:r>
    </w:p>
    <w:p>
      <w:r>
        <w:t>Például a hét végén megmaradt zsetonokat megduplázod és félrerakod. Ezzel a kamatot tanítod meg neki és azt, miért érdemes megtakarítani, ahelyett, hogy minden pénzét elköltené. Egy új kerékpár vagy akármilyen játék, esetleg egy mozi amire vágyik a gyerek mondjuk száz vagy kétszáz zseton, amit csak a hét végén megmaradt pénzből lehet megszerezni.</w:t>
      </w:r>
    </w:p>
    <w:p>
      <w:r>
        <w:t>Adhatsz lehetőséget a gyerekeknek, hogy valami munkával (fűnyírás, mosogatás, stb.) további zsetonokat szerezzenek, de csak akkor, ha egyébként is van még zsetonjuk a tartóüvegben.</w:t>
      </w:r>
    </w:p>
    <w:p>
      <w:r>
        <w:t>Közben természetesen érdemes beszélgetni a gyerekekkel a témáról. Hogyan érhetné el gyorsabban a vágyott ajándékot, anya és apa vajon szintén beosztja-e a pénzt és ha igen, miért. Miért teszünk félre a későbbi időre pénzt és az hogyan duplázódik meg előbb-utóbb, ha befektetjük.</w:t>
      </w:r>
    </w:p>
    <w:p>
      <w:pPr>
        <w:pStyle w:val="Heading2"/>
      </w:pPr>
      <w:r>
        <w:t>Egy család gyakorlata</w:t>
      </w:r>
    </w:p>
    <w:p>
      <w:r>
        <w:t>A módszerek a gyakorlatban nem mindig indulnak zökkenőmentesen. Gergő levele éppen azért hasznos, mert a nehézségeket is elmondja. Az alábbi tapasztalatok az ő családjából származnak, nem az enyémből.</w:t>
      </w:r>
    </w:p>
    <w:p>
      <w:r>
        <w:t>Mielőtt lányaimmal bevezettük a malacperselyt, előtte már használtunk egy jutalmazási rendszert. A lényege az volt, hogyha valami olyasmit csinált meg amit előtte még sosem, vagy ügyes volt, esetleg még tanult is valamit, tehát bármi olyan ami kihívást jelentett neki, akkor kapott érte egy mágneskaticát a hűtőre (mindenkinek volt a hűtőn egy avatarja). Ha összegyűjtött 5 db katicát, akkor kapott helyette egy szívecskét és az 5 szívecske összegyűjtése után pedig kérhetett valami ajándékot. Pl. barbibabát. Fontos, hogy ezeket sosem veszíthették el, még ha rosszak is voltak. Egy szívecske 1000 Ft-nak felelt meg.</w:t>
      </w:r>
    </w:p>
    <w:p>
      <w:r>
        <w:t>Nagyon motiváltak lettek egy idő után, pl. az egyik gyerek minden nap felmosott magától. Fontos volt a következetesség, hogyha egyszer jutalmaztuk valamiért, akkor legközelebb is kellett. Ezzel a játékkal megtanulták, hogy a játékok amit kaptak nem ingyen van (persze ezt sokszor el kellett mondani), tetszett nekik, hogyha ügyesek, akkor kapnak végül majd ajándékot.</w:t>
      </w:r>
    </w:p>
    <w:p>
      <w:r>
        <w:t>Egy idő után nem mindig az 5000 Ft-os játékot választották, volt hogy a 3000 Ft-os tetszett, volt hogy a 9000 Ft-os. Ezért már nem az volt a lényeg, hogy 5 szívecskét gyűjtsön össze, hanem, hogy 3 esetleg 9 szívecskét, attól függően melyik játék tetszett meg neki. Így tanulták meg egymáshoz hasonlítani az árakat szívecske árfolyamon.</w:t>
      </w:r>
    </w:p>
    <w:p>
      <w:r>
        <w:t>A lányaimmal körülbelül egy éve kezdtük el gyűjteni a pénzt perselybe ekkor öt és fél évesek múltak. Több rekeszes malacperselyt rendeltem nekik. Nagyon örültek, hogy kapnak egy perselyt és kapnak majd zsebpénzt is. Persze mikor megkapták, akkor az első kérdésük az volt, hogy sellő formájú nem volt? Hát, legalább a színt eltaláltam (lila és rózsaszín).</w:t>
      </w:r>
    </w:p>
    <w:p>
      <w:r>
        <w:t>Amikor megkapták azzal kezdtük, hogy célokat találtunk ki. Persze el kellett nekik magyarázni, hogy miért is van ennyi rekesz a perselyben, de hamar ráállt az agyuk. Azt beszéltem meg velük, hogy hetente kapnak majd zsebpénzt, fejenként 400-400 Ft-ot. Utólag azt gondolom, hogy nagyon sokat kapnak, de most már beleültem ebbe a csónakba.</w:t>
      </w:r>
    </w:p>
    <w:p>
      <w:r>
        <w:t>Az első nehézség akkor jelentkezett, mikor az első zsebpénzt kapták. Kiosztottam nekik az aprókat és egyből mondta az egyik, hogy ő kevesebbet kapott mint a másik. Kérdem, miért gondolja, hogy kevesebbet kapott? Kiderült, hogy ő darabszámra nézte, hogy ki mennyit kap, nem pedig a pénz értéke szerint. Ugyan tudta, hogy van különbség az érmék között, de nem tudta, mekkora (pl. hogy a 100Ft-os kétszerannyi, mint az 50 Ft-os). Ebből tanultam, így elmentem a postára és váltottam egy tonna 50 Ft-ost. Otthon megbeszéltem velük, hogy minden héten 8-8 db 50-est kapnak. 5,5 évesen még nem tudták összeadni a különböző érméket, egyszerűbb volt darabszámra menni.</w:t>
      </w:r>
    </w:p>
    <w:p>
      <w:r>
        <w:t>További nehézség volt, hogy nem tudják hány 50-esből jön ki egy-egy ajándék. Mennyi egy fagyi ára 50-esben kifejezve? Mennyibe kerül egy Barbie baba? Erre rajzoltam nekik egy pénzmércét. Ugyanúgy működött, mint egy fali centi amit az ember a falra ragaszt és havonta megméri a gyerekével, hogy hány centit nőtt az elmúlt időszakban. Itt a pénzt mértük meg. Egy hosszú vonalat beskáláztam 0-5000-ig és ezen a skálán bejelöltem az 1000Ft-os sávokat plusz az egyes ajándékokat is berajzoltam rá. Pl. 200 Ft-nál egy egygombócos fagyit, míg a 600Ft-nál a három gombócos fagyit. Ugyanígy a mozijegyet (kb. 1250.-) és a tetején a Barbie-t (kb. 5000.-). Persze ha volt olyan célja amit konkrétan megnevezett mondjuk egy mesekönyv, akkor megnéztük mennyibe kerül és berajzoltuk a pénzmércére is. Ezek után minden héten mikor berakta a zsebpénzét, akkor egy csíkot húztunk addig amennyi pénz volt. Így látta, hogy mennyit növekedett a pénze. Ezzel érzékelte, hogy milyen "messze" van még az céljaitól. Minden kategóriának (megtakarítás, "költős" pénz és adomány) külön színe volt a pénzmércén, így külön-külön nyomon lehetett követni, hogy melyik hol tart.</w:t>
      </w:r>
    </w:p>
    <w:p>
      <w:r>
        <w:t>Fontos, mikor zsebpénzt kaptak, akkor három felé kellett szétosztaniuk a pénzt. Mindegy milyen arányban osztották szét, a lényeg, hogy legalább egy érme kerüljön egy kategóriába.</w:t>
      </w:r>
    </w:p>
    <w:p>
      <w:r>
        <w:t>Kamatot is kaptak a pénzük után. Amit befektetésbe tettek, az után heti 20% kamatot kaptak. Mivel még nem tudtak kamatot számolni, ezért mindig katonás sorrendbe állítottuk az érméket. Minden sorba 5 db érmét kellett tenni és ha ezzel megvoltak, akkor minden ötödik érme után kaptak egy hatodikat. Most már úgy érzem, hogy kamatot is sokat adok, de legalább rájöttek, hogyha nem költik el, akkor egyre gyorsabban gyűlik a pénzük és annál hamarabb lesz meg amit szeretnének. Lehet, hogy azért egy kamat plafont bevezetünk, hogy ne kelljen 5000 Ft után is heti 20% kamatot fizetni.</w:t>
      </w:r>
    </w:p>
    <w:p>
      <w:r>
        <w:t>Egy idő után annyi 50-est gyűjtöttek be, hogy elfogyott amit beváltottam, így elkezdtem bevezetni az 1000 Ft-ost és a 2000 Ft-ost. Most már tudják, hogy az 1000 forintos 20 db 50-es és a 2000 Ft-os kétszer annyi mint az 1000 Ft-os. Sőt azt is tudják, hogy 1000 Ft után 4 db 50-est kapnak kamatnak, 2000 Ft-os után pedig nyolcat. Lassan előbb megtanulnak számolni, minthogy az iskola megtanítaná őket.</w:t>
      </w:r>
    </w:p>
    <w:p>
      <w:r>
        <w:t>Még egy problémával szembesültünk. Szinte sosem hozták magukkal a zsebpénzt és mindig akkor akartak költeni belőle. Eleinte próbáltuk magunkkal hozni a zsebpénzüket, de egyrészt elkezdtek elfogyni az 50-esek, másrészt nem igazán működött. Mindig valahogy otthon maradt. Mostanában azt csináljuk, hogy elektronikusan is lekövetem mennyi van az egyes keretből és ha költeni akarnak, akkor odaadom nekik a készpénzt, ők megveszik a boltban és otthon pedig visszaadják a perselyből. Ez most működik.</w:t>
      </w:r>
    </w:p>
    <w:p>
      <w:r>
        <w:t>Most itt tartunk, ha megtanulnak számolni, akkor elhagyjuk az 50-eseket, majd később lehet elektronikusan is követhetik majd.</w:t>
      </w:r>
    </w:p>
    <w:p>
      <w:pPr>
        <w:pStyle w:val="Heading2"/>
      </w:pPr>
      <w:r>
        <w:t>A perselytől a bankkártyáig</w:t>
      </w:r>
    </w:p>
    <w:p>
      <w:r>
        <w:t>A készpénzes gyakorlat után a digitális pénz kezelését is meg kell tanulni. Az alábbi külföldi példa azt mutatja meg, milyen funkciókkal lehet egy bankkártyát a pénzügyi nevelés eszközévé tenni.</w:t>
      </w:r>
    </w:p>
    <w:p>
      <w:r>
        <w:t>A pénzügyi nevelés egy digitális példájával is találkoztam: a Greenlight bankkártyával.</w:t>
      </w:r>
    </w:p>
    <w:p>
      <w:r>
        <w:t>Minden tudatos szülő szeretné, ha a gyereke még gyerekkorában elsajátítaná a pénzügyek alapjait, ebben segít a Greenlight, amihez a bankkártyákon túl tartozik egy szülői és egy gyerek telefonos app is.</w:t>
      </w:r>
    </w:p>
    <w:p>
      <w:r>
        <w:t>Ez egy olyan bankkártya, amit teljes mértékben a szülők felügyelnek. Meghatározhatják, hogy melyik boltokban vagy internetes áruházakban vásárolhat vele a gyerek, természetesen azt is, hogy mennyiért. Hol vehet fel pénzt és mennyit. Minden költést azonnal látnak és pénzt is tölthetnek fel, ha a gyereknek elfogyott a pénze a nyári táborban.</w:t>
      </w:r>
    </w:p>
    <w:p>
      <w:r>
        <w:t>Beállíthatják, hogy milyen feladat elvégzéséért jár pénz és a heti ütemezést is megadhatják. A feladatok teljesítése esetén a megállapított összeggel nő a gyerek egyenlege. Ugyanígy beállítható a heti zsebpénz összege is. (Valószínűleg egy előre feltöltött összegből szabadítja fel a kártya az összegeket.)</w:t>
      </w:r>
    </w:p>
    <w:p>
      <w:r>
        <w:t>Az el nem költött pénzre automatikusan kap kamatot a gyerek, a szülők által beállított mértékben. A különböző célokra külön-külön is gyűjthet a gyerek.</w:t>
      </w:r>
    </w:p>
    <w:p>
      <w:r>
        <w:t>A nevelésből az adakozás sem marad ki, az is megadható, hogy a gyerek mire és mennyit adakozik.</w:t>
      </w:r>
    </w:p>
    <w:p>
      <w:r>
        <w:t>Nem csak a szülő, de a gyerek is látja, hogy mire mennyit költött, hová ment el a pénze vagy éppen mennyivel nőtt a megtakarítása a kamatok miatt. Ez remek alkalmat ad a szülőnek, hogy együtt átbeszéljék, mi történt a pénzzel és hogyan lehetett volna okosabban beosztani azt.</w:t>
      </w:r>
    </w:p>
    <w:p>
      <w:r>
        <w:t>A bemutatásakor további oktatási funkciókat is ígértek az alkalmazásba, sőt a gyerek a megtakarításait, legyenek azok akármekkorák, élesben is befektetheti akár a tőzsdére is. (Ez nyilván a nagyobbaknak lesz érdekes.)</w:t>
      </w:r>
    </w:p>
    <w:p>
      <w:r>
        <w:t>Szerintem szuper az ötlet, és az akkori havi 5 dolláros díj sem tűnt soknak, főleg annak fényében, hogy akár öt kártya is kérhető ennyiért és egyéb költsége nincs. A kártyára rá lehet rakatni a gyerek vagy a kedvenc kutyájának a képét is.</w:t>
      </w:r>
    </w:p>
    <w:p>
      <w:r>
        <w:t>Bár nem próbáltam, de ha jól sejtem magyar lakcímmel nem lehet igényelni a kártyát, ami nagy kár. Reméljük valamelyik magyar banknak megtetszik az ötlet és mi sem maradunk sokáig ilyen kártya nélkül.</w:t>
      </w:r>
    </w:p>
    <w:p>
      <w:pPr>
        <w:pStyle w:val="Heading2"/>
      </w:pPr>
      <w:r>
        <w:t>Ha a család mindent megengedhetne magának</w:t>
      </w:r>
    </w:p>
    <w:p>
      <w:r>
        <w:t>Többször előfordult már, hogy az átlagnál jóval gazdagabb emberek kértek tanácsot, és újra meg újra ugyanaz a kérdés kerül elő.</w:t>
      </w:r>
    </w:p>
    <w:p>
      <w:r>
        <w:t>Ilyenkor gyakori kérdés, hogy a gyereket vagy gyerekeket hogyan neveljék. Elmondják, hogy mennyi pénze van a családnak? Megkapjon mindent a gyerek, amit megengedhetnek maguknak? Ne kapjon semmit? Mit mondjunk arra, ha ő is 300 ezer forintos telefont akar, mert az osztálytársainak is az van (igaz, általában 24 havi részletre)?</w:t>
      </w:r>
    </w:p>
    <w:p>
      <w:r>
        <w:t>Egyáltalán nem is olyan egyszerű a kérdés, mint amilyennek előre tűnik.</w:t>
      </w:r>
    </w:p>
    <w:p>
      <w:r>
        <w:t>Én személy szerint nagyon nem irigylem azokat, akik ilyen vagyon mellett nőnek fel. Sokkal nehezebb nekik, mint azt sokan gondolják.</w:t>
      </w:r>
    </w:p>
    <w:p>
      <w:r>
        <w:t>Beszéltem egyszer egy milliárdos gyerekével, aki egyetemre járt. Már az nagyon becsülendő, hogy egyáltalán tanult, de emellett még tele volt tervekkel és célokkal is, ami egyáltalán nem jellemző a hasonló helyzetben lévő kortársaira.</w:t>
      </w:r>
    </w:p>
    <w:p>
      <w:r>
        <w:t>Mesélte, hogy több osztálytársa (egy drága fizetős iskolába járt) úgy kezdi a reggelt, hogy felszív egy csík kokaint. Csak úgy, bemelegítésként a nap elejére. Mindezt húsz évesen. Mert az életében semmi cél nincs.</w:t>
      </w:r>
    </w:p>
    <w:p>
      <w:r>
        <w:t>Ha valaki tudja, hogy a szülei milliárdosok és józan számítások szerint neki soha nem lesz semmi gondja a pénzre, nagyon nehéz őt bármivel motiválni, hogy egy egészséges életpályát fusson be.</w:t>
      </w:r>
    </w:p>
    <w:p>
      <w:r>
        <w:t>Ilyenkor minek tanulni, dolgozni, tervezni, küzdeni bármiért? A fentebb említett srác éppen kezdte a karrierjét, kétszázezer nettóért talált munkát. Azért, hogy tanuljon, tapasztaljon és előrejusson. Miközben a szüleinek milliárdjai voltak és már több lakást vettek neki.</w:t>
      </w:r>
    </w:p>
    <w:p>
      <w:r>
        <w:t>Nagyon becsültem érte, én az ő helyében biztos hogy nem tettem volna ezt az akkori eszemmel, 20-22 évesen. Dolgozzak havi 200 ezerért egy hónapban, amikor a haverjaim ennél többet elvernek egy hétvégi buliban és én is megtehetném?</w:t>
      </w:r>
    </w:p>
    <w:p>
      <w:r>
        <w:t>Amikor jártam a Bankárképzőbe, volt mellette egy drága magániskola. Jöttek a 18-20 éves gyerekek a kabriókkal és 25 milliós terepjárókkal az iskolába. Annyi kiégett, életunt, kiábrándult fejet sehol nem láttam, mint abban a parkolóban, pedig fiatal emberekről beszélünk.</w:t>
      </w:r>
    </w:p>
    <w:p>
      <w:r>
        <w:t>A vagyon még felnőtt embereket is képes agyonnyomni és lelkileg eltorzítani, nemhogy 10-15-20 éves gyerekeket és fiatalokat.</w:t>
      </w:r>
    </w:p>
    <w:p>
      <w:r>
        <w:t>Már többször tanácsoltam az ilyen gazdag szülőknek, hogy ne mondják meg a gyerekeiknek, hogy mennyi pénzük van, főleg, hogy egy fiatal fel sem tudja fogni annak a pénznek a nagyságát.</w:t>
      </w:r>
    </w:p>
    <w:p>
      <w:r>
        <w:t>Az is fontos, hogy ne kapjon meg a gyerek mindent, amit csak az osztálytársainál meglát, mert ehhez fog hozzászokni és majd felnőttként is mindent megvesz majd, olyat is, amit nem engedhet meg magának. Nem lesz képes nemet mondani valamire, ha arra nevelték, hogy mindent megkap, ami csak másnak van, vagy amit megkíván.</w:t>
      </w:r>
    </w:p>
    <w:p>
      <w:r>
        <w:t>Ha bírni fogja a családi büdzsé az esztelen költekezést, akkor csak egy motiválatlan, hedonista ember lesz, rosszabb esetben az anyagi élete is romokban fog heverni.</w:t>
      </w:r>
    </w:p>
    <w:p>
      <w:r>
        <w:t>Bármilyen nehéznek tűnik, ebben a korban (gyerek és tinédzserkorban) kell megtanítani a gyereket, hogy azért nem veszünk Nike Air cipőt 55 ezer forintért, mert egyrészt nem ér annyit másrészt nem szórjuk ki az ablakon a pénzünk mindenféle kacatra. Igen, van pénzünk, de azért van, mert mi nem szórjuk el a pénzt ilyenekre.</w:t>
      </w:r>
    </w:p>
    <w:p>
      <w:r>
        <w:t>De mi legyen mondjuk a 300 ezer forintos telefonnal? Soha ne legyen neki olyan? De, lehet, sőt lehet neki 55 ezer forintos cipője is, csak dolgozzon meg érte.</w:t>
      </w:r>
    </w:p>
    <w:p>
      <w:r>
        <w:t>Legyenek feladatok, amiket muszáj otthon megcsinálnia (takarítás, mosogatás, stb.), de legyenek olyanok is, amiért plusz pénzt kaphat. Mondjuk ha lemossa az autót, kap érte egy ezrest, ahogy a fűnyírásért is.</w:t>
      </w:r>
    </w:p>
    <w:p>
      <w:r>
        <w:t>Gyűjtse össze a pénzt az ilyen dolgokra, teljesen másként fog hozzáállni, ha munka és a saját izzadtsága van mögötte, mintha ezt is csak úgy megvették nekik anyuék.</w:t>
      </w:r>
    </w:p>
    <w:p>
      <w:r>
        <w:t>Ha a saját pénzéből vesz 35 ezer forintos fejhallgatót, ne kritizáljuk a döntését. Épp az a lényege az egésznek, hogy kapcsoljon munkát a megvásárolt értékhez és így rájön, hogy nem ér meg az a fejhallgató 30 ezer forinttal többet, ha ennek az ára 30 autómosás volt.</w:t>
      </w:r>
    </w:p>
    <w:p>
      <w:r>
        <w:t>Én még lakást sem vennék a gyereknek azonnal, hadd küzdjön egy kicsit valamiért az életben. S pont azért tenném, mert szeretem és szeretném, hogy valamit elérjen az életben és akarjon is valamit elérni. Ha valaki mindent készen kap és semmiért nem kell küzdenie, ha nincsenek akadályok az életében, akkor nehéz elvárni, hogy egészséges jelleme legyen. Ahogy a mondás tartja, a nyomás alatt lesz a szénből gyémánt.</w:t>
      </w:r>
    </w:p>
    <w:p>
      <w:r>
        <w:t>Warren Buffett mondta, hogy annyi pénzt fog a gyerekeire hagyni, hogy bármit megtehessenek, egy dolgot kivéve: hogy ne kelljen semmit tenniük. Nagyon okos gondolat és tényleg ez a legtöbb, amit a gyerekeiért tehet.</w:t>
      </w:r>
    </w:p>
    <w:p>
      <w:r>
        <w:t>Egy másik gazdag ember, Jack Petchey azt mondta, hogy az ő gyerekei és unokái tudják, hogy nála 50%-os szabály van. Ha valamelyikük nagyon akar valamit, akkor tegye le a szükséges pénz felét önerőből, ő csak azt hajlandó kiegészíteni 100%-ra. De aki nem képes letenni az első 50%-ot, annak nem ad semmit.</w:t>
      </w:r>
    </w:p>
    <w:p>
      <w:r>
        <w:t>Volt olyan gazdag ügyfelem is, aki direkt nem íratta be olyan iskolába a gyerekeit, ahová a hozzá hasonló anyagi szinten lévő szülők járatják a gyerekeiket, mert nem akarta, hogy a gyerekek azt az életfelfogást tanulják meg, ami ott uralkodik. Hogy ki volt a nyáron Mauritiuson, kin milyen drága ruha van és kiért milyen autóval jönnek a szüleik. Azt mondta, hogy ő nem akarja, hogy a gyerekeinek ilyen torz értékítélete legyen.</w:t>
      </w:r>
    </w:p>
    <w:p>
      <w:r>
        <w:t>Az egyik gazdag szülők gyerekét megkérdezte a nagyi, mit szeretne csinálni, ha majd felnő. A tinédzser a legtermészetesebb hangon kijelentette, hogy örökölni szeretne. Ez volt az életcélja.</w:t>
      </w:r>
    </w:p>
    <w:p>
      <w:r>
        <w:t>Ha te nem szeretnéd, hogy a te gyereked is ide jusson, vigyázz, hogy ne rontsa meg a pénz fiatalkorában. A nevelését se bízd mindenféle drága magániskolákra, mert könnyen nem azt fogja ott megtanulni, amit reméltél. A gyerek pénzügyi nevelése (is) a te feladatod és minél több pénzed van, annál nagyobb a felelősséged ezen a téren.</w:t>
      </w:r>
    </w:p>
    <w:p>
      <w:pPr>
        <w:pStyle w:val="Heading2"/>
      </w:pPr>
      <w:r>
        <w:t>Hol legyen a határ egy tinédzsernél</w:t>
      </w:r>
    </w:p>
    <w:p>
      <w:r>
        <w:t>Viktor levele jól mutatja, hogyan nőnek együtt a gyerekkel a pénzügyi kérdések:</w:t>
      </w:r>
    </w:p>
    <w:p>
      <w:r>
        <w:t>Egy téma javaslatom lenne, de talán helyesebb lenne ezt kérésnek nevezni.</w:t>
      </w:r>
    </w:p>
    <w:p>
      <w:r>
        <w:t>Két hét múlva lesz 18 éves a lányom. Szeretnénk teljesen átvariálni a jelenlegi finanszírozását, ami most heti zsebpénz formájában ölt testet.</w:t>
      </w:r>
    </w:p>
    <w:p>
      <w:r>
        <w:t>Cél, hogy elkezdjen gazdálkodni, az álmait a lehetőségeihez, vagy a saját teljesítményéhez szabni. Hogy neki jusson eszébe a havi utazási bérlet, a mobilszámla kifizetése, hogy megtanuljon előre gondolkodva spórolni a jövőbeni költségekre.</w:t>
      </w:r>
    </w:p>
    <w:p>
      <w:r>
        <w:t>A kérdés, hogy ki mennyit és milyen formában ad egy ekkora gyereknek. És mi tartozik bele? A ruházkodás? Nyilván, de van-e és hol a határ? Nyári üdülés a haverokkal? Buli, nyár, Fanta? A net? a mobil?, a laptop?, de aztán a legnagyobb, legújabb, legmárkásabb ám? Évente persze...</w:t>
      </w:r>
    </w:p>
    <w:p>
      <w:r>
        <w:t>Mert ugye mindig van olyan barát akire hivatkozni lehet, hogy neki van ergó neki is jár. És mi van ha ezek ütköznek a család fizetőképességével, vagy ad abszurdum a fizető készségével? Ha ütközik a gyerek rövidtávú vágya a hosszútávú nevelési elvekkel? Hogy lehet így felelősen gazdálkodni, ha állandó érzelmi/anyagi nyomás alá van helyezve ad hoc beeső tételekkel a családi büdzsé? Pláne, ha azok esetenként még jogosnak is tűnnek. Pl. nyelvtanár, de óránként hatezerért?? Külföldi tanulás de évi több millióért? Mikor vagyok jó szülő, ha szó nélkül fizetek mint a katonatiszt, vagy ha felvállalom a konfliktust és a napi konfrontációt a magasztosabb pénzügyi nevelés céljaiért? Én ez utóbbiba már kezdek belefáradni, de nagyon...</w:t>
      </w:r>
    </w:p>
    <w:p>
      <w:r>
        <w:t>Kis gyerek kis gond, nagy gyerek nagy gond jeligére előre is köszönöm a segítséged!</w:t>
      </w:r>
    </w:p>
    <w:p>
      <w:pPr>
        <w:keepNext/>
      </w:pPr>
      <w:r>
        <w:rPr>
          <w:b/>
        </w:rPr>
        <w:t>Üdvözlettel: egy tücsköt nevelő hangya</w:t>
      </w:r>
    </w:p>
    <w:p>
      <w:r>
        <w:t>Eddig a levél. A kérdés nem könnyű, ahogy a gyereknevelés önmagában nem az. Ezzel szerintem minden szülő szembesül, mit adjon meg a gyereknek és mit nem.</w:t>
      </w:r>
    </w:p>
    <w:p>
      <w:r>
        <w:t>Én is sokat gondolkodok rajta, mi lesz, ha a gyerekek alapnak veszik mindazt, amit kapnak, pusztán azért, mert telik rá és ezt látják, ezért ebből indulnak ki, mint az élettől elvárható minimum. Ha azonban ő kezdi az életet, mindez nem lesz számára alap, az első néhány évben legalábbis biztos nem: lakhatás egy jó környéken, autó, külföldi nyaralás és többi.</w:t>
      </w:r>
    </w:p>
    <w:p>
      <w:r>
        <w:t>Éppen ezért gondolom azt, hogy szándékosan nem adok meg a gyerekeknek mindent, hogy lássák, nem jár minden alapból és van olyan, hogy nincs valami. Most nem volt sétáló Tacsi kutya karácsonyra, de ha nagyobbak lesznek, akkor sem fognak megkapni bármit, amit csak szeretnének. Hetvenezres fejhallgató? Persze, miért is ne. Ott a Meki, szeretettel várnak nyári munkára, majd abból megveszed magadnak. Mindjárt más értéke lesz a fejhallgatónak, ha az ára három hét kemény munka volt az olajbűzben a konyhán.</w:t>
      </w:r>
    </w:p>
    <w:p>
      <w:r>
        <w:t>(Én 13 éves korom óta dolgoztam nyáron és a hétvégéken is gyakran, hajnal négykor keltem és mentem dolgozni fóliába, majd 16 éves korom óta vállalkoztam. Nem azért, mert muszáj lett volna, hanem mert jól esett dolgozni és az a pénz is jól esett, amit ezzel kerestem.</w:t>
      </w:r>
    </w:p>
    <w:p>
      <w:r>
        <w:t>Persze ma már akkor se engedd a gyereknek, hogy dolgozzon 13 évesen, ha nagyon akar, mert csúnyán megbüntetnek gyerekmunkáért, de akkor még nem nagyon vették ezeket komolyan. De úgy gondolom, hogy sokkal életrevalóbb lettem attól, hogy nem 24 évesen csodálkoztam rá arra, mi is az a munka és hogy munkából lehet pénzt keresni, amiből megvehetem azt, amit szeretnék.)</w:t>
      </w:r>
    </w:p>
    <w:p>
      <w:pPr>
        <w:pStyle w:val="Heading2"/>
      </w:pPr>
      <w:r>
        <w:t>Félretenni a gyereknek és felkészíteni a pénzre</w:t>
      </w:r>
    </w:p>
    <w:p>
      <w:r>
        <w:t>A megtakarítás és a pénzügyi nevelés két külön feladat. Attól, hogy a gyereknek lesz pénze, még nem biztos, hogy tudni is fog bánni vele. A babakötvényről szóló tapasztalat jól megmutatja ezt a különbséget.</w:t>
      </w:r>
    </w:p>
    <w:p>
      <w:r>
        <w:t>Tanácsadásokon szinte mindig felmerül a babakötvény kérdése. A gondos szülők szeretnének a gyerekeknek félretenni pénzt és ez tűnik a legjobb megoldásnak.</w:t>
      </w:r>
    </w:p>
    <w:p>
      <w:r>
        <w:t>A 2023-ban bemutatott feltételek szerint a termék lényege a következő: az így befizetett pénz a gyereké lesz 18 éves korában, a pénz egy speciális állampapírba kerül, a kamata előző évi infláció plusz 3%, jár rá még maximum évi 12 ezer forint támogatás is pluszban.</w:t>
      </w:r>
    </w:p>
    <w:p>
      <w:r>
        <w:t>A gyerek 18 éves koráig lehet nyitni, de minimum három év múlva lehet kivenni a pénzt, ha már a gyerek betöltötte a 18. életévét.</w:t>
      </w:r>
    </w:p>
    <w:p>
      <w:r>
        <w:t>Ha a gyerek elérte a 18 éves kort, de még nem járt le a vásárolt értékpapír (a leghamarabbi lejáratú 2032-ben fog lejárni), dönthet úgy, hogy tovább ott tartja a pénzt. Azonban már nem tehet hozzá és visszaváltani csak egy összegben lehetséges, részkivételre nincs lehetőség.</w:t>
      </w:r>
    </w:p>
    <w:p>
      <w:r>
        <w:t>Én személy szerint két dolog miatt nem szoktam ajánlani a babakötvényt. Az egyik, hogy a gyerek 18 éves koráig semmilyen módon nem lehet kivenni belőle a pénzt, hiába költöztök mondjuk külföldre vagy féltek egy esetleges államcsődtől. (Az akkori helyzetben nem kellett ettől tartani, de 18 év nagyon hosszú idő.)</w:t>
      </w:r>
    </w:p>
    <w:p>
      <w:r>
        <w:t>De ez a kisebbik baj.</w:t>
      </w:r>
    </w:p>
    <w:p>
      <w:r>
        <w:t>A nagyobbik, hogy az itt összegyűjtött pénzt a gyerek kezébe nyomják 18 éves korában, amikor a legtöbb gyerek még éretlen, de ahhoz már túl nagy, hogy ezt a pénzt gond nélkül elverhesse.</w:t>
      </w:r>
    </w:p>
    <w:p>
      <w:r>
        <w:t>Így abból a pénzből, amit te egyetemre vagy lakásvásárlás beugrójára szántál, könnyen lesz egy három hónapig tartó fesztiválszezon vagy egy öreg luxusautó és külföldi dolce vita. S neked semmilyen eszköz nem lesz a kezedben, hogy ezt megakadályozd, ha a rábeszélés nem jár sikerrel.</w:t>
      </w:r>
    </w:p>
    <w:p>
      <w:r>
        <w:t>18-19 éves koromban rengeteg pénzt kerestem, nyugodtan vehettem volna belőle lakást. Helyette Volvot vettem és külföldön éltem és az összes pénz elment hasonló ostoba dolgokra. Nem biztos, hogy a gyerekemnek ennél több esze lesz 18 évesen, neveléstől függetlenül. Pont ez az a korszak, amikor a gyerek már csak azért sem hallgat a szüleire és a saját feje után akar menni.</w:t>
      </w:r>
    </w:p>
    <w:p>
      <w:r>
        <w:t>S sajnos fogalmad sincs, milyen tinédzser lesz a most még tündi-bündi egyéves gyereked.</w:t>
      </w:r>
    </w:p>
    <w:p>
      <w:r>
        <w:t>Akkor tartanám jónak a terméket, ha a szülő eldönthetné, mikor kapja meg a gyerek a pénzt vagy mire költhesse. (21 éves korban már sokkal érettebben tudná egy fiatal eldönteni, mire költse ezt a pénzt.)</w:t>
      </w:r>
    </w:p>
    <w:p>
      <w:r>
        <w:t>De sajnos erről szó nincs, a Kincstár csak a gyereknek fizeti ki a pénzt, de neki minden kérdezés nélkül kiutalja a pénzt. Ami szerintem nem egy nagy ötlet egy 18 éves gyerek esetén. (Persze, lehet, hogy érett és felelősen gondolkodó gyereked lesz 18 évesen, aki már 10 évesen tudta, hogy orvos lesz és Hollandiában akar tanulni, de azért nagyobb az esélye, hogy úgy fog gondolkodni, mint egy átlagos 18 éves.)</w:t>
      </w:r>
    </w:p>
    <w:p>
      <w:r>
        <w:t>Ez persze nem akkora tragédia, ha havi párezer forinttal összegyűlt egy-másfél millió forint, de ennél lényegesen komolyabb összegnél azért már nagy érvágás, ha a gyerek hülyeségre költi el. Ahhoz azért túl drága tanulópénz lenne.</w:t>
      </w:r>
    </w:p>
    <w:p>
      <w:r>
        <w:t>(További kockázat még a feltételek állami megváltoztatása. Nemrég még csak a gyerek életkezdésére lehetett ezt a pénzt felhasználni, aztán ezt a kitételt szó nélkül eltörölték néhány éve. Mi lesz, ha visszahozzák és kötött lesz, mire lehet felhasználni a pénzt? Ami persze jó lenne, hogy a gyerek ne költhesse másra, de mi van akkor, ha ő például külföldön akar továbbtanulni vagy ingatlant venni?)</w:t>
      </w:r>
    </w:p>
    <w:p>
      <w:r>
        <w:t>De mire jó vagy kinek jó akkor ez a termék?</w:t>
      </w:r>
    </w:p>
    <w:p>
      <w:r>
        <w:t>A nagymama nyugodt szívvel fizessen be minden unokájának havi 5-5 ezer forintot, biztos lehet benne, hogy ez majd az ő pénzük lesz.</w:t>
      </w:r>
    </w:p>
    <w:p>
      <w:r>
        <w:t>Volt olyan ügyfél, aki szeretett volna segíteni egy rokon gyereken, de úgy, hogy az alkoholista, link szülei ne férhessenek hozzá a pénzhez, amíg a gyerek kiskorú. Erre a legjobb választás a babakötvény.</w:t>
      </w:r>
    </w:p>
    <w:p>
      <w:r>
        <w:t>Ha a gyerek már elég idős, hogy láthatod, jó eséllyel nem fog megbolondulni a következő egy-két-három évben, akkor is jó választás lehet a babakötvény. A példa kedvéért a gyerekem 17 éves, amit szánok neki pénzt az életkezdéshez, betesszük babakötvénybe. 2032-ig infláció felett kamatozik, bármikor költség nélkül visszaválthatja, amikor valóban szüksége van rá. (S húszéves koráig semmilyen módon nem is fér hozzá a minimum három év szabály miatt.)</w:t>
      </w:r>
    </w:p>
    <w:p>
      <w:r>
        <w:t>Összefoglalva, érdemes meggondolnod, hogy mennyi pénzt teszel a babakötvénybe a most egy-két éves gyereked számára.</w:t>
      </w:r>
    </w:p>
    <w:p>
      <w:pPr>
        <w:pStyle w:val="Heading1"/>
      </w:pPr>
      <w:r>
        <w:t>Amikor a gyerek már felnőtt</w:t>
      </w:r>
    </w:p>
    <w:p>
      <w:pPr>
        <w:pStyle w:val="Heading2"/>
      </w:pPr>
      <w:r>
        <w:t>Ki fizesse a továbbtanulást</w:t>
      </w:r>
    </w:p>
    <w:p>
      <w:r>
        <w:t>A felsőoktatás több területe ingyenes lehet, de a felkapott szakok komoly pénzbe is kerülhetnek.</w:t>
      </w:r>
    </w:p>
    <w:p>
      <w:r>
        <w:t>Ha pedig a gyerek most ötéves, érdemes úgy gondolkodni, hogy ő már fizetős felsőoktatásban fog részesülni.</w:t>
      </w:r>
    </w:p>
    <w:p>
      <w:r>
        <w:t>A kérdés az, ki fizesse ennek a költségét.</w:t>
      </w:r>
    </w:p>
    <w:p>
      <w:r>
        <w:t>A társadalom közel egybehangzó véleménye szerint ez a szülők kötelessége.</w:t>
      </w:r>
    </w:p>
    <w:p>
      <w:r>
        <w:t>Amikor az Akadémiákon megkérdezem a hallgatóságot, hogy ha választaniuk kell, hogy a nyugdíjra, vagy a gyerek egyetemére tesznek félre, akkor a hallgatók 80%-a a gyerek oktatását választja.</w:t>
      </w:r>
    </w:p>
    <w:p>
      <w:r>
        <w:t>Véleményem szerint ez nem helyes megközelítés. Néhány indok, miért nem feltétlen a szülőnek kellene fizetnie a gyereke felsőoktatását.</w:t>
      </w:r>
    </w:p>
    <w:p>
      <w:r>
        <w:t>- Az egy hibás közvélekedés, hogy a szülőnek még az egyetemet is kellene fizetnie. Szerintem ha te becsülettel felneveltél egy-két-három -négy gyereket, 18 éven keresztül etetted és ruháztad őket, megtettél mindent, ami egy szülőtől elvárható. Ha nem tudod vagy nem akarod fizetni még az egyetemét is, akkor ennek a felelőssége ezzel átszáll a fiatal vállaira. Egy 18-19 éves már nem gyerek, nyugodtan elvárható tőle, hogy ilyen idősen már felelősen döntsön, áldozatokat hozzon és saját maga is hozzájáruljon a karriere építéséhez.</w:t>
      </w:r>
    </w:p>
    <w:p>
      <w:r>
        <w:t>Személy szerint én nagyon hibásnak tartom, hogy a mai társadalomban a huszonéves felnőtteket legtöbbször még gyerekként kezelik, 22-23 évesen sokuknak még az a legnagyobb gondjuk az életben, hogy hová menjenek bulizni és hogy ki lájkolta őket a facebook-on.</w:t>
      </w:r>
    </w:p>
    <w:p>
      <w:r>
        <w:t>Az ilyen fiatal még akár 30 évesen is otthon lakik a mamahotelben és elvárja, hogy anyu főzzön-mosson rájuk és 35 éves koráig eszébe sem jut, hogy esetleg már lassan neki is saját családot kellene alapítania.</w:t>
      </w:r>
    </w:p>
    <w:p>
      <w:r>
        <w:t>Már 18-20 évesen is sokkal felnőttebbnek kellene kezelni őket és el kellene várni, hogy ők is így álljanak az élethez. Akkor teszed a legjobbat a gyerekeddel, ha felkészíted őt az életre és nem akkor, ha még huszonévesen is meg akarod óvni őt az élet kihívásaitól.</w:t>
      </w:r>
    </w:p>
    <w:p>
      <w:r>
        <w:t>- Ha a szülő adja a pénzt az egyetemre, a gyerek gyakran olyan szakot választ, aminek nagy a presztízse, de csak olyan értelemben, mint egy Iphone-nak vagy Ralph Loren ingnek. Menő és drága.</w:t>
      </w:r>
    </w:p>
    <w:p>
      <w:r>
        <w:t>Az unokaöcsém fejébe vette, hogy ő bizony külföldön fog tanulni, kerül, amibe kerül. Ezt úgy értette, hogy majd a rokonság összedobja neki a pénzt, járt házról-házra, hogy valaki fizesse ki a több milliós költséget.</w:t>
      </w:r>
    </w:p>
    <w:p>
      <w:r>
        <w:t>Érdemes egy fiatalnak már 18-20 évesen azzal szembesülni, mit jelent a lehetőségeken belül választani. Nagyon jó lecke az életről, ha a gyereknek a lehetőségeit is figyelembe kell vennie, vagy meg kell teremtenie a lehetőséget a saját maga számára.</w:t>
      </w:r>
    </w:p>
    <w:p>
      <w:r>
        <w:t>Mindjárt más lesz a büfé-ruhatáros szakok vonzereje a gyerek számára, ha neki kell diákhitelt felvennie, vagy elmennie dolgozni, hogy elvégezzen egy-egy ilyen iskolát.</w:t>
      </w:r>
    </w:p>
    <w:p>
      <w:r>
        <w:t>- A gyerek oktatására költött pénzt a szülők gyakran más helyről veszik el és ez legtöbbször a saját nyugdíj-megtakarításuk. Ami azért nagyon rossz döntés, mert míg a gyereked a tanulmányait gond nélkül tudja finanszírozni akár diákhitelből is (lesz negyven éve, hogy visszafizesse a munkabéréből), addig ha te nem jössz ki a nyugdíjadból, akkor bizony az éhezés vár rád.</w:t>
      </w:r>
    </w:p>
    <w:p>
      <w:r>
        <w:t>Ennek az lesz a következménye, hogy hetven évesen majd beköltözöl a gyerekedhez a kisszobába, mert nem tudod eltartani magad. Szerinted minek örülne jobban a gyereked? Ha ő fizeti az egyetemet, vagy ha a szülei, de akkor 15 évig gondoskodhat róluk, ha nem tettek félre eleget a nyugdíjra? Mivel én szeretem a gyerekeimet és nem akarok a nyakukon élni, ezért először a nyugdíjra költök és csak akkor fogom fizetni az egyetemüket, ha időarányosan jól fogok állni a nyugdíj-megtakarításommal.</w:t>
      </w:r>
    </w:p>
    <w:p>
      <w:r>
        <w:t>(Természetesen ideális esetben van elég pénzed, hogy minden pénzügyi célra eleget tegyél félre, így a gyerekeid oktatására is. Ekkor ez a kérdés nem fog felmerülni.)</w:t>
      </w:r>
    </w:p>
    <w:p>
      <w:r>
        <w:t>Hogyan érdemes segíteni a fiatalokat a tanulmányai finanszírozásában?</w:t>
      </w:r>
    </w:p>
    <w:p>
      <w:r>
        <w:t>Már fiatalon tanítsd meg neki, hogy az egyetem pénzbe fog kerülni és segíts neki gyűjteni. Már tizenegy-két évesen nyugodtan kérhet születésnapjára pénzt a mindenféle értelmetlen ajándék helyett, amit közösen eltehettek egy megtakarítási számlára.</w:t>
      </w:r>
    </w:p>
    <w:p>
      <w:r>
        <w:t>Segíts neki nyári munkát találni. Sokat segít egy fiatalnak, ha már 17-18 évesen dolgozik nyáron egy gyorsétteremben vagy valami könnyű fizikai munkát végez. Teljesen más lesz az élethez és a pénzhez való viszonya, mint az, akit még 25-26 évesen is a szülei tartanak el.</w:t>
      </w:r>
    </w:p>
    <w:p>
      <w:r>
        <w:t>Sőt, akár hiszed, akár nem, egy tanulmány szerint azok, akik dolgoznak részidőben egyetem mellett, azok jobban teljesítenek az iskolában is. Ennek oka, hogy sokkal motiváltabbak és munkát is könnyebben találnak az iskola után, mint azok, akiknek az első munkahelyük lesz 23-24 évesen és akkor szembesülnek azzal, mit is jelent pénzért dolgozni és saját keresetből megélni.</w:t>
      </w:r>
    </w:p>
    <w:p>
      <w:r>
        <w:t>Egy szó, mint száz, nyugodtan helyezz ennyi súlyt a közel húsz éves gyereked vállára, az egyetem nem a gyerekkor meghosszabbítása még öt évig, hanem az már a felnőtt kor első állomása. Engedd, hogy ezt a gyereked is megértse és megtanulja azt a maga bőrén, amit ennyi idősen már tudnia kell.</w:t>
      </w:r>
    </w:p>
    <w:p>
      <w:pPr>
        <w:pStyle w:val="Heading2"/>
      </w:pPr>
      <w:r>
        <w:t>A gyerek támogatása és a saját nyugdíjad</w:t>
      </w:r>
    </w:p>
    <w:p>
      <w:r>
        <w:t>Szülőnek lenni szép, jó és költséges dolog. Abban nagyjából mindenki egyetért, hogy a szülő dolga, hogy középiskola végéig felnevelje a gyerekeit és józan keretek között, az anyagi lehetőségeihez mérten megadjon mindent a gyerekeknek ami által azok el tudnak indulni az életben.</w:t>
      </w:r>
    </w:p>
    <w:p>
      <w:r>
        <w:t>Itt is van persze rossz példa, akik erejükön felül öltöztetik, kényeztetik és taníttatják a gyerekeiket, de nem erről beszélek. (A feleségem el szokta adni a gyerekek kinőtt ruháit. Még ő is csak a fejét csóválja, amikor anyukák lefoglalják a márkás és viszonylag drága ruhákat, de megkérik, hogy hadd fizessék a két-három ezer forintot két hét múlva, mert akkor jön meg a családi pótlék. Szó szerint máról holnapra élnek, egy háromezer forintos kiadáshoz már be kell várni a családi pótlékot, de az ő kis hercege vagy hercegnője csak márkás ruhában mehet az óvodába, még ha használtan kénytelen is megvenni.)</w:t>
      </w:r>
    </w:p>
    <w:p>
      <w:r>
        <w:t>A kérdés az, meddig terjed a szülő felelőssége a gyerek anyagi és egyéb boldogulásával kapcsolatban. Azt látni, hogy rengeteg szülő még a felnőtt gyerekeit is támogatja anyagilag, azon az áron is, hogy az ő életszínvonala csökken vagy akár a nyugdíjmegtakarításait áldozza fel azért, hogy a gyereke kényelmes életet élhessen.</w:t>
      </w:r>
    </w:p>
    <w:p>
      <w:r>
        <w:t>Ezzel sikerül kinevelni egy infantilizált, elkényeztetett fiatalságot, akik még 25-30 évesen sem akarnak dolgozni, ha nem muszáj, a családalapításról már nem is beszélve. Amikor a 28 éves kisgyerek még hazahordja a szennyest és hazajár enni, miközben az anyjának és az apjának 28 éves korában már két-három gyereke volt és a saját lábukon álltak 20-21 évesen. Ma rácsodálkoznak arra, aki 30 éves kora előtt szül. Hiszen az még gyerek.</w:t>
      </w:r>
    </w:p>
    <w:p>
      <w:r>
        <w:t>Egy felmérés jelent meg a Meryll Lynch jóvoltából arról, mennyit költenek a szülők a nagykorú (18-34 éves) gyerekeikre az Egyesült Államokban.</w:t>
      </w:r>
    </w:p>
    <w:p>
      <w:r>
        <w:t>Bár szülőnek lenni nagy kihívás minden tekintetben, így anyagi értelemben is, a gyereket nevelők 93%-a szerint a gyerek a legértékesebb része az életüknek és 92% mondta azt, hogy az életük legszebb emlékei a gyerekekkel kapcsolatosak.</w:t>
      </w:r>
    </w:p>
    <w:p>
      <w:r>
        <w:t>79%-uk még a felnőtt gyerekeiket is támogatják, évente 500 milliárd dollárt költenek erre. Összehasonlításul, ez a duplája annak, amit nyugdíjas éveikre tesznek el. A felnőtt gyerek élelmezésére évi 54 milliárd dollár megy el, a szülők 23%-a teljesen, további 37%-a részben fizeti a felnőtt gyereke élelmezését, de még a telefonszámlát is a szülők állják évi 18 milliárd dollár értékben. Az autófenntartás teljes költségét a szülők 17%-a fizeti, részben további 30% száll be. A lakásbérlést vagy lakáshitelt a szülők 36%-a támogatja.</w:t>
      </w:r>
    </w:p>
    <w:p>
      <w:r>
        <w:t>72%-uk állítja, hogy számára fontosabb a gyereke anyagi boldogulása, mint a saját nyugdíjas megélhetése, 63%-uk egyenesen a saját anyagi biztonságát is feláldozza a gyerekei érdekében. 82%-uk még nagy anyagi áldozatra is kész a felnőtt gyerekéért, a fele odaadná a megtakarításait, 43%-uk kész a saját életszínvonalát csökkenteni a felnőtt gyereke érdekében, 26%-uk kész eladósodni is a gyereke érdekében.</w:t>
      </w:r>
    </w:p>
    <w:p>
      <w:r>
        <w:t>A szülők 11%-a gondolja úgy, hogy a gyerek az iskolás kor eléréséig kerül a legtöbbe, 44%-uk szerint az iskolás évek alatt, 45% szerint viszont a gimnázium elvégzése és a felnőtt korban kerül legtöbbe a gyerek.</w:t>
      </w:r>
    </w:p>
    <w:p>
      <w:r>
        <w:t>A 18-34 éves felnőttek 31%-a él a szüleivel, ez másfélszerese az 1960-as adatnak, sőt, többen laknak a szüleikkel, mint a házastársukkal ebben a korban. Egy brit adat szerint Angliában a 20-34 éves férfi utódok 32%-a, míg a nők csak 20%-a él együtt a szüleivel.</w:t>
      </w:r>
    </w:p>
    <w:p>
      <w:r>
        <w:t>Megjelent a "bumeráng-gyerekek" kifejezés, annyi gyerek költözik vissza a szüleihez néhány év különélés után.</w:t>
      </w:r>
    </w:p>
    <w:p>
      <w:r>
        <w:t>Nagyon sok szülő túlgondozza a gyerekét. Ez azt jelenti, hogy olyan dolgokat tesz meg helyette, amit a gyerek korában már elvárható, hogy megtegye magának. Hétévesen még elviszem az iskolába, de 13 évesen már elég nagy ahhoz, hogy ne kelljen mindenhová nekem fuvarozni. Főzök rá és kimosom a ruháit, amikor nyolc éves, de 25 évesen már elvárom tőle, hogy a saját pénzéből egyen és mossa ki a saját ruháit.</w:t>
      </w:r>
    </w:p>
    <w:p>
      <w:r>
        <w:t>Nagyon sok szülő azért csinálja ezt, mert nem akar szembenézni a ténnyel, hogy a gyerekei menthetetlenül felnőttek, többé már nincs szükségük rá. Azonban elfogadják az anyagi támogatást, az ingyen lakást, az ingyen ételt, hiszen ez sokkal kényelmesebb nekik, mintha mindenért nekik kellene megdolgozniuk.</w:t>
      </w:r>
    </w:p>
    <w:p>
      <w:r>
        <w:t>Ezzel azonban menthetetlenül infantilizáljuk őket, úgy bánunk a huszon- és harmincéves felnőttekkel, mintha gyerekek volnának és ők is így viselkednek. 25 éves korukban a legfontosabb kérdés az életükben, hogy milyen buli lesz a hétvégén és hányan lájkolták a legutóbbi bejegyzésüket.</w:t>
      </w:r>
    </w:p>
    <w:p>
      <w:r>
        <w:t>Fontosnak tartom, hogy kezeljük felnőttként a felnőtt gyerekeinket és tegyünk rájuk elég terhet, hogy tudjon fejlődni a személyiségük. Már egy 17-18 éves fiatal is meg tudja keresni a zsebpénzét vagy a nyaralásra szánt pénzét a nyári szünet alatt, de egy egyetemistától már végleg elvárható ugyanez. A "hadd bulizzon egész nyáron, hiszen még gyerek" hozzáállással gyártjuk a semmire nem alkalmas, infantilis felnőtteket. Egy 20-22 éves felnőtt már nem gyerek. Semmi baj nincs azzal, ha nem veszünk meg neki bármit, sőt nem veszünk neki semmit, diákmunkát mindig talál, ha szeretne pénzt keresni. Elmehet akárhová nyaralni vagy kikapcsolódni, de előtte keresse meg rá a pénzt munkával. Ez segít neki, hogy kialakuljon az értékrendje. Mindjárt másként fog nézni egy ötezer forintos belépőre meg az ezer forintos sörre, ha kiszámolja, hány órát gürcölt mindezért a Mekiben két műszakban, az olajszagban.</w:t>
      </w:r>
    </w:p>
    <w:p>
      <w:r>
        <w:t>Ha otthon is él, különösen az iskolás évei után, tegyük számára világossá, hogy a lakhatás és az étel pénzbe kerül, amihez neki is hozzá kell járulnia. Fizessen valamennyit az ottlakásért, fizesse a rezsi ráeső részét és a saját élelmezését is. Minél hamarabb rájön, hogy véget ért a gyerekkor, annál jobban jár. Ha nincs pénze, minél előbb menjen el dolgozni.</w:t>
      </w:r>
    </w:p>
    <w:p>
      <w:r>
        <w:t>A gyerekedet nem akkor szereted, ha minden nap csokoládét veszel neki, hanem akkor, ha nem szoktatod rá a csokira, mert tudod, hogy nem tesz jót neki, hiába szereti az ízét. Ezért csak néha veszel neki, mert szereted és jót akarsz neki. A gyereknevelés is jobb, mint a gyerek felesleges kényeztetése.</w:t>
      </w:r>
    </w:p>
    <w:p>
      <w:r>
        <w:t>Ezért ha választanom kell a saját nyugdíjam és a felnőtt gyerek támogatása között: mivel én szeretem a gyerekeimet és nem szeretném, hogy nekik kelljen eltartaniuk öregkoromban és nem akarok beköltözni hozzájuk a kisszobába 72 éves koromtól halálomig, mert nem tettem félre eleget a nyugdíjas éveimre, ezért először a nyugdíjamra gyűjtök.</w:t>
      </w:r>
    </w:p>
    <w:p>
      <w:r>
        <w:t>Nem veszek lakást a gyereknek, nem fizetem a drága iskoláit akkor, ha nem vagyok biztos, hogy ezt nem a nyugdíjam terhére teszem-e. De ha még lenne is annyi pénzem, hogy lakást vegyek neki 20 évesen, akkor sem fogom megtenni. Először tegyen le valamit az asztalra, szedje össze a lakás árának egy részét és majd kipótolom neki a maradékot. Szerintem ezzel sokkal jobbat teszek vele, mintha mindent alátolnék anélkül, hogy neki erőfeszítéseket kellene tennie. Semmi baja nem lesz a gyereknek, ha már elmúlt 25 éves és még mindig nincs neki saját lakása. Viszont sokkal tudatosabb és életrevalóbb lesz, ha neki kell elérnie dolgokat az életben, nem mindent készen kap a feneke alá.</w:t>
      </w:r>
    </w:p>
    <w:p>
      <w:r>
        <w:t>Ez nem azt jelenti, hogy ne vegyél semmit a gyereknek, semmiképp ne fizesd az iskoláját vagy ne engedd, hogy otthon lakjon. A saját jövőd feláldozása és a segítség között kell különbséget tenni.</w:t>
      </w:r>
    </w:p>
    <w:p>
      <w:pPr>
        <w:pStyle w:val="Heading2"/>
      </w:pPr>
      <w:r>
        <w:t>Ha a felnőtt gyerek eladósodott</w:t>
      </w:r>
    </w:p>
    <w:p>
      <w:r>
        <w:t>Más a helyzet, ha a felnőtt gyerek már bajba került. Ilyenkor is azt kell végiggondolni, milyen segítségtől lesz önállóbb, és milyen segítségtől fogja újra elkövetni ugyanazt a hibát.</w:t>
      </w:r>
    </w:p>
    <w:p>
      <w:r>
        <w:t>Amit biztos ne tegyél, hogy atyai vagy anyai szeretetből kifizeted neki a tartozását csak úgy.</w:t>
      </w:r>
    </w:p>
    <w:p>
      <w:r>
        <w:t>Az első kérdés mindjárt az, hogy egyáltalán kérte-e a segítségedet. Ha nem, lehet, hogy jobb ha nem avatkozol bele, tanulja meg a saját kárán a leckét.</w:t>
      </w:r>
    </w:p>
    <w:p>
      <w:r>
        <w:t>A fiatalok gyakran kihasználják a szüleiket, természetesnek veszik, hogy a szülők majd úgyis kimentik őket a szorult anyagi helyzetükből.</w:t>
      </w:r>
    </w:p>
    <w:p>
      <w:r>
        <w:t>Fontos, hogy a te gyereked fejében ez meg se forduljon.</w:t>
      </w:r>
    </w:p>
    <w:p>
      <w:r>
        <w:t>Első lépésként tisztázd, hogy miért is keletkezett ez a "komoly hitelkártya-tartozás". Ostoba költekezés volt az oka, vagy mondjuk egy váratlan betegség vagy baleset.</w:t>
      </w:r>
    </w:p>
    <w:p>
      <w:r>
        <w:t>Aztán beszélgess el a gyerekeddel, hogyan akarja elkerülni, hogy az adósság újra és újra felüsse a fejét. Mit fog mostantól másként csinálni? Vezesd rá arra, hogy éljen a lehetőségein belül és emlékeztesd arra, hogy hathavi vésztartalékkal mindig kell rendelkeznie a váratlan kiadások miatt. Ha kell, segíts neki havi költési tervet írni, hogy mire mennyit költsön.</w:t>
      </w:r>
    </w:p>
    <w:p>
      <w:r>
        <w:t>S ezután se fizesd ki helyette a tartozást, mert annak nagyon rossz üzenete lenne!</w:t>
      </w:r>
    </w:p>
    <w:p>
      <w:r>
        <w:t>Ne érezze soha úgy a gyerek, hogy nyugodtan vághatja maga alatt a fát, majd úgyis jön anyuci vagy apuci és megmenti az utolsó pillanatban.</w:t>
      </w:r>
    </w:p>
    <w:p>
      <w:r>
        <w:t>Inkább adj neki kölcsön lényegesen kisebb kamatra, mint amennyit most a hitelkártyájára fizet. De kölcsön adj, meghatározott havi törlesztővel és kamatra, hogy érezze a súlyát az ostoba pénzügyi döntéseinek. (Igen, tudom, most sokan felháborodnak, hogy a saját gyerekedtől kamatot kérsz. De nem nyerészkedni akarsz rajta, hanem tanítani. Tanulja meg, mennyibe kerül eladósodni és milyen terhe van egy kamatfizetésnek. Nyugodtan hívd fel a figyelmét, mennyit fizet kamatra és világosítsd fel, hogy a hitelkártya társaságnak háromszor ennyit fizetne csak kamatra.)</w:t>
      </w:r>
    </w:p>
    <w:p>
      <w:r>
        <w:t>Ha már úgyis pénzügyekről beszéltek, vezesd rá arra is, hogy érdemesebb elfelejtenie a hitelkártyákat, áruhitelt és minden hasonló hitelt, mert úgy tűnik, nem való még neki ezeknek a használata.</w:t>
      </w:r>
    </w:p>
    <w:p>
      <w:pPr>
        <w:pStyle w:val="Heading1"/>
      </w:pPr>
      <w:r>
        <w:t>A családi költségvetés a hétköznapokban és az ünnepeken</w:t>
      </w:r>
    </w:p>
    <w:p>
      <w:pPr>
        <w:pStyle w:val="Heading2"/>
      </w:pPr>
      <w:r>
        <w:t>A bevásárlásnak is legyen kerete</w:t>
      </w:r>
    </w:p>
    <w:p>
      <w:r>
        <w:t>A közös elvek a mindennapi kiadásoknál válnak kézzelfoghatóvá. Imre egy négytagú család bevásárlásánál próbált ki egy szigorúbb keretet. A számok az ő kísérletéből valók, és a korlátokról is beszámol.</w:t>
      </w:r>
    </w:p>
    <w:p>
      <w:r>
        <w:t>Az alábbi írás Imrétől származik, az elszálló árak miatt akart spórolni a bevásárláson.</w:t>
      </w:r>
    </w:p>
    <w:p>
      <w:r>
        <w:t>Sokan extrém módon akarnak spórolni, ezért egészségtelenül étkeznek. Volt egy sztori, hőst csináltak a szereplőjéből, aki rengeteget spórolt az étkezésen, de úgy, hogy éveken át gyakorlatilag kizárólag zacskós tésztalevest evett. Ezt senkinek nem javaslom, az egészséged kárára soha ne akarj spórolni. (Nem, nem kell mindent a bioboltból aranyáron megvenni, de akárhogy is spórolsz, figyelj oda, hogy kiegyensúlyozottan és egészségesen étkezzél. Egyébként ha a spórolás miatt lemondasz az i-re végződő ételekről, mint csoki, süti, ropi, ücsi és társai, már rengeteget tettél az egészségedért.)</w:t>
      </w:r>
    </w:p>
    <w:p>
      <w:r>
        <w:t>Imre így írta le a kísérletét:</w:t>
      </w:r>
    </w:p>
    <w:p>
      <w:r>
        <w:t>Egy átlagos, négytagú család vagyunk. Két szülő és két kamasz gyermek. Én vagyok a fő bevásárló, ami azt jelenti, hogy gyakorlatilag mindent én veszek meg a boltban és én fizetem. Illetve hétközben én is főzök.</w:t>
      </w:r>
    </w:p>
    <w:p>
      <w:r>
        <w:t>Folyamatosan zavart, mennyire felmentek az árak. Aztán egy szép napon észrevettem, hogy a netbankban lehet csoportosítani a kiadásokat. Mivel mindig kártyával fizetek, ennek volt is értelme. Megnéztem a számokat: havonta olyan 230-250e között költök a boltokban. Ami eszméletlen sok.</w:t>
      </w:r>
    </w:p>
    <w:p>
      <w:r>
        <w:t>Azon gondolkodtam, hogy az élelmiszeren lehet spórolni, mert a többi költségünk nagyjából fix. De hogyan csináljam? (Szerkesztői megjegyzés: a fix költségeken is sokat lehet spórolni, átnézni a biztosításokat, előfizetéseket, de akár egy tetőtér szigetelés is gyorsan megtérülhet, az autóhasználat mellőzéséről már nem is beszélve.)</w:t>
      </w:r>
    </w:p>
    <w:p>
      <w:r>
        <w:t>Eszembe jutott a nagymamám, aki szó szerint milliókat spórolt meg a nyugdíjából: ő elég sokszor elmagyarázta nekem, hogy három dekádra osztja a hónapot, a pénzeket egy-egy borítékba teszi és csak annyit költ.</w:t>
      </w:r>
    </w:p>
    <w:p>
      <w:r>
        <w:t>Na, ez lett ennek a módszernek az alapja, csak modernebben.</w:t>
      </w:r>
    </w:p>
    <w:p>
      <w:r>
        <w:t>Először letöltöttem egy kiadásíró appot. Aztán rájöttem, hogy teljesen felesleges írnom a kiadásokat, mert az a lényeg, hogy az általam felállított korlátot ne lépjem át.</w:t>
      </w:r>
    </w:p>
    <w:p>
      <w:r>
        <w:t>Ezért elővettem a Wise kártyámat és kineveztem bevásárlókártyának. Ahhoz, hogy teljes legyen a kör, letöltöttem a Repont app-ot és ennek a számlaszámát állítottam be. Így a Mohu erre utalja az üvegbetétek árát és visszaforog a kosztpénzbe.</w:t>
      </w:r>
    </w:p>
    <w:p>
      <w:r>
        <w:t>Végiggondoltam az igényeket és elvárásaimat.</w:t>
      </w:r>
    </w:p>
    <w:p>
      <w:r>
        <w:t>Az a szemlélet, hogy a hét közbeni ebéd inkább üzemeltetés kategória. Tehát legyen változatos, olyan, amit megesznek a gyerekek, de naranccsal töltött kacsát nem ekkor kell csinálni.</w:t>
      </w:r>
    </w:p>
    <w:p>
      <w:pPr>
        <w:keepNext/>
      </w:pPr>
      <w:r>
        <w:t>Ezért</w:t>
      </w:r>
    </w:p>
    <w:p>
      <w:r>
        <w:t>- minden nap főzünk. Hiszen a menza nem fér bele a keretbe (42e/hó és az csak az ebéd), illetve ki tudja, hogy megeszik-e? Illetve elég lesz-e?</w:t>
      </w:r>
    </w:p>
    <w:p>
      <w:r>
        <w:t>- a főzés ne tartson 45 percnél tovább, mert nem akarom az életem a konyhában tölteni. (HO-ban dolgozom, tehát tudok közben főzni.)</w:t>
      </w:r>
    </w:p>
    <w:p>
      <w:r>
        <w:t>- legyenek olyan receptek, amelyeket két napra főzök, mert akkor másnap nem kell.</w:t>
      </w:r>
    </w:p>
    <w:p>
      <w:r>
        <w:t>- nem foglalkozom azzal, hogy mi és hol akciós. Mert nem az a cél, hogy végigjárjam a boltokat némi kedvezményért, hanem lehetőleg egy helyen be tudjak vásárolni, mert az sokkal egyszerűbb, kevesebb figyelem és energia kell hozzá. Persze, ha éppen akciós, amit amúgy is venni akarok, az nem baj.</w:t>
      </w:r>
    </w:p>
    <w:p>
      <w:r>
        <w:t>cél az, hogy az idők folyamán összegyűjtsek 40-50 olyan receptet, amely ízlik mindenkinek és belefér a 45 percbe, mert akkor csak válogatni kell a listából. Aki rendszeresen főz, tudja, hogy a másnapi ebéd kitalálása sokkal fárasztóbb, mint a főzés.</w:t>
      </w:r>
    </w:p>
    <w:p>
      <w:r>
        <w:t>A költségeket úgy határoztam meg, hogy napi 5.000.- Ft. De, hogy legyen mozgásterem, két napi 10.000.- Ft-tal számoltam. Ezt úgy finanszíroztam, hogy a Wise kártyára utaltam 10-20e Ft-okat a következő 2-4 napra.</w:t>
      </w:r>
    </w:p>
    <w:p>
      <w:r>
        <w:t>(Azért volt fontos, hogy két nap, mert akkor sűrűn vannak a mérési pontok és nagyobb kontroll van a kezemben. Ha mondjuk heti 35e lett volna a korlát, ugyanott vagyok, de sokkal nagyobb az esélye annak, hogy a hétvége előtt elfogy a pénz, mert elszállok a költségekkel. Ez egy bevált módszer, amikor 13 kg-ot fogytam, naponta mértem magam és a kalóriafelhasználásom, így gyorsan észrevettem, ha valami nem működött.)</w:t>
      </w:r>
    </w:p>
    <w:p>
      <w:r>
        <w:t>A 2-4 nap miatt át lehet lépni a napi határokat, ha szükséges, de mégis ott a korlát. Ha fegyelmezett vagyok, akkor ez elég jól megakadályozza, hogy elússzak a költségekkel.</w:t>
      </w:r>
    </w:p>
    <w:p>
      <w:r>
        <w:t>S ha minden jól megy, akkor havi 150e-ből kijön a boltba járás, ami komoly megtakarítás. Még ha kicsit túllépem, akkor is marad 50-60e Ft, amiért már érdemes működtetni ezt a rendszert.</w:t>
      </w:r>
    </w:p>
    <w:p>
      <w:r>
        <w:t>A kísérlet feltételei közé tartozott még, hogy azt a tartalékot, ami otthon van, nem fogom felhasználni. Pl. a lefagyasztott húst a mélyhűtőből. Mert akkor nem lesz érvényes az eredmény. Ezért mindent megvettem. (Persze a fűszereket meg ilyen apróságokat nem, de az nem nagy tétel.)</w:t>
      </w:r>
    </w:p>
    <w:p>
      <w:r>
        <w:t>Egyéb feltétel volt még az, hogy megemeltük a gyerekek zsebpénzét, értelmezhető összegre (ez heti 3.000.- Ft most) és megmondtuk, hogy ha valami üdítőt, chipset stb. akarnak, ezentúl alapból nem vesszük meg. Arra való a zsebpénz. Ami szabadon elkölthető. Mert eddig csak ad hoc jelleggel volt kontroll ebben a kérdésben és szerintem havi súlyos tízezrekbe került.</w:t>
      </w:r>
    </w:p>
    <w:p>
      <w:r>
        <w:t>Azt érdemes még tudni rólunk, hogy nem vagyunk nagyevő família, nem rotyog minden hétvégén a pörkölt és nem sül egy vájdling rántott hús. Nem iszunk alkoholt, nem dohányzunk (azt nem is értem, hogy aki mondjuk napi egy – két dobozzal szív, miből fizeti) és üdítőt is csak néha-néha veszünk. (Szerkesztői megjegyzés: de akkor milyen üvegeket kell visszaváltani a boltban? ) Süti viszont minden hétvégén van.</w:t>
      </w:r>
    </w:p>
    <w:p>
      <w:r>
        <w:t>Így vágtam neki.</w:t>
      </w:r>
    </w:p>
    <w:p>
      <w:r>
        <w:t>A család annyit tudott az egészről, hogy elkezdek új recepteket keresni, hogy változatosabban együnk. És ha valami nem tetszik, akkor az nem lesz többet. De lehet, hogy találunk olyat, amiért érdemes kísérletezni. Ez így is lett egyébként, a fiam több új ételről is kijelentette, hogy „ez lett az új kedvence” és csináljak még.</w:t>
      </w:r>
    </w:p>
    <w:p>
      <w:r>
        <w:t>De mi történt?</w:t>
      </w:r>
    </w:p>
    <w:p>
      <w:r>
        <w:t>A kísérlet működött, ezekkel a feltételekkel tényleg elég volt a két napi 10e. Ésszel kellett bevásárolni, de nem kellett lemondanom semmiről, ami szükséges. Nem az volt, hogy csak a Budget meg a Tesco Value termékeket vettem, hanem mindent, ami kellett a recepthez. Normális sajtokat, normális felvágottakat és szalámikat, húsokat, amennyi kellett, stb. Zöldségeket, gyümölcsöket is. Belefért egy kis édesség, egy kis jeges kávé, amit szerettünk volna.</w:t>
      </w:r>
    </w:p>
    <w:p>
      <w:r>
        <w:t>Nem fértek bele az impulzusvásárlások. Illetve néha játszani kellett a vásárlásokkal: ma már nem fér bele a nagy darab sajt, de holnap már indul a következő 10e, majd akkor megveszem. Mivel a friss pékáru miatt úgyis naponta járok boltba, ez extra energia nélkül működött.</w:t>
      </w:r>
    </w:p>
    <w:p>
      <w:r>
        <w:t>Mit lehet javítani rajta?</w:t>
      </w:r>
    </w:p>
    <w:p>
      <w:r>
        <w:t>Három probléma volt.</w:t>
      </w:r>
    </w:p>
    <w:p>
      <w:r>
        <w:t>Az egyik az, hogy mi van azokkal a termékekkel, amelyek több ezer forintba kerülnek, viszont sokáig tartanak? Ilyen a 48 zacskós macskaeledel, amely 4.800.- Ft. Vagy egy üveg olivaolaj. Vagy a mosogatógép-tabletta 5.000.-ért. Erre két megoldást találtam: az egyik az, hogy spórolok a keretből és amint összegyűlik annyi, megveszem abból a cuccot. Vagy pedig az ilyen vásárlásokra létrehozok egy extra, havi 20e Ft-os keretet és abból veszem meg. S akkor is még csak 170e-nél tartok havi költségben.</w:t>
      </w:r>
    </w:p>
    <w:p>
      <w:r>
        <w:t>Biztos, hogy ilyen összegből nem lehet tartalékolni. Tehát hiába akciós a csirkemell, nem tudok 3 kg-t venni és lefagyasztani, mert nem futja. Erre is az extra keret a megoldás. De annyival ritkán olcsóbbak a cuccok, hogy ezzel komoly pénzt lehetne megtakarítani. Csak kényelmesebb elővenni, ha éppen nincs idő boltba menni. Mivel tudom, mit akarok főzni, reggelre kiolvad.</w:t>
      </w:r>
    </w:p>
    <w:p>
      <w:r>
        <w:t>Nagyon törékeny a rendszer. Akkor működik jól, ha nincs semmi extra kiadás, hanem éljük a hétköznapokat. A második héten a feleségemnek és mindkét gyereknek torokgyulladása lett. Láz, fekvés, ilyenek. Ezért kellett venni több teát, háztartási kekszet, ivójoghurtot, meg az ilyenkor szokásos dolgokat. És az lett a vége, hogy csütörtökre és péntekre maradt 3.700.- Ft-om a tervezett 10.000.-ből.</w:t>
      </w:r>
    </w:p>
    <w:p>
      <w:r>
        <w:t>Úgy lehetne még továbbfejleszteni, ha minden héten elővenném a boltok akciós újságait és az akciós cuccok figyelembevételével dönteném el, hogy mikor mit főzök és mit veszek. De nekem ez nem prioritás.</w:t>
      </w:r>
    </w:p>
    <w:p>
      <w:r>
        <w:t>Így hát az az eredmény, hogy a fenti korlátokkal működik a rendszer, örülök a megtakarításnak, meg annak, hogy változatosabban eszünk, mint eddig és nem tart sokáig a főzés.</w:t>
      </w:r>
    </w:p>
    <w:p>
      <w:r>
        <w:t>Imre tapasztalatához egy kiegészítést tennék. Amivel nem értek egyet, az az akciók ignorálása. Akciókkal sokat lehet spórolni, s nem tart sokáig átpörgetni szombatonként az akciós újságokat online és felírni a bevásárlólistába azokat, amiket érdemes megvenni a jövő héten. A példa kedvéért nálunk rengeteg zabpehely fogy, szinte csak akciósan vesszük, elfér a garázsban néhány hétig akár 15 zacskóval is. De ugyanígy veszünk vécépapírt, mosogatószert, fogkrémet, fagyasztott húsokat és sok minden mást is. Nem megyek el a város másik végébe 15 deka sonkáért, csak mert ott éppen akciós, de azokat a dolgokat, amik sokáig elállnak és jelentős mennyiségben fogy, igyekszünk akciósan megvenni a szokásos bevásárlás során.</w:t>
      </w:r>
    </w:p>
    <w:p>
      <w:r>
        <w:t>S ahogy Imre is rájött, érdemes sok dolgot egyszerre megvenni, ezért átalakítani a költségvetést, havi nagybevásárlásra félretenni egy nagyobb összeget, hogy olcsón meg tudjam venni a mosószert, kutyaeledelt vagy bármi mást, amit sokkal olcsóbb nagy tételben venni. Szintén érdemes rugalmasan kezelni a napi limitet, mert lehet, hogy a nagydarab sajt holnap már nem akciós.</w:t>
      </w:r>
    </w:p>
    <w:p>
      <w:pPr>
        <w:pStyle w:val="Heading2"/>
      </w:pPr>
      <w:r>
        <w:t>Az ünnep ne vigye el a következő év pénzét</w:t>
      </w:r>
    </w:p>
    <w:p>
      <w:r>
        <w:t>Ahogy közeledik a karácsony, az emberek mérgezett egerek módjára vetik magukat az áruházak kínálatára. Vásárolnak mindent, majd jó lesz valakinek felkiáltással.</w:t>
      </w:r>
    </w:p>
    <w:p>
      <w:r>
        <w:t>Mielőtt te is megvennéd az asszonynak a hetedik nyakláncot, a férjednek a újabb nyakkendőt és bevásárolnál a teljesen fantáziátlan szóróajándékokból, mint üveg bor és drága édesség, érdemes lenne idén leülnöd és egy kicsit gondolkodni a pénzszórás helyett.</w:t>
      </w:r>
    </w:p>
    <w:p>
      <w:r>
        <w:t>Ajándékot adni és kapni is jó dolog, de érdemes egy kis körültekintéssel belevetni magad az év végi beszerzési forgatagba.</w:t>
      </w:r>
    </w:p>
    <w:p>
      <w:r>
        <w:t>Szűkítsd le a kört.</w:t>
      </w:r>
    </w:p>
    <w:p>
      <w:r>
        <w:t>Miért kellene neked ajándékot venned a kollégáidnak, a szintén bevétellel rendelkező rokonaidnak és egyáltalán boldog-boldogtalannak? Nem mondta még senki, hogy a karácsony nem erről szól? Hogy a karácsony a szeretet és nem a vásárlás ünnepe?</w:t>
      </w:r>
    </w:p>
    <w:p>
      <w:r>
        <w:t>Unod már a neked nem tetsző, de ettől még méregdrága parfümöket, a számodra rövidujjú pulóvereket, a fejfájást, hogy mit vegyél a 65 éves anyádnak, akinek már mindene megvan, nincs szüksége egy második mikróra, vagy egy újabb fazékkészletre? A tülekedést az áruházakban, a csalódást a fa alatt, amit az ajándékod okozott és amit te éreztél az ajándék miatt, amit kaptál?</w:t>
      </w:r>
    </w:p>
    <w:p>
      <w:r>
        <w:t>(Az ajándékozás általában egy zéró összegű játék, ahol ugyanannyit kapsz, mint amennyit adsz, csak éppen általában teljesen felesleges dolgokat. Ennek utoljára a törzsi közösségekben volt értelme, ahol a kölcsönös ajándékcserének komoly társadalmi üzenete volt a felek között. Most már inkább csak az értelmetlen pénzszórás szinonimája. Egy újabb aromalámpa, gyertyatartó és egyéb, soha semmire nem használt ajándékok tömkelege.)</w:t>
      </w:r>
    </w:p>
    <w:p>
      <w:r>
        <w:t>Akkor itt az idő, hogy leüljetek és megbeszéljétek, hogy elég volt a felesleges pénzszórásból, a szeretet ünnepe nem a konzumidiotizmus ünnepe. Mivel minden rokonod keres pénzt, ők is meg tudják venni maguknak a pár zoknit, a saját maguknak tetsző parfümöt, vagy a méretben jó pulóvert.</w:t>
      </w:r>
    </w:p>
    <w:p>
      <w:r>
        <w:t>Megbeszélheti a család, hogy csak azoknak vesz ajándékot, akiknek nincs saját bevételük, vagyis csak a gyerekeknek.</w:t>
      </w:r>
    </w:p>
    <w:p>
      <w:r>
        <w:t>Esetleg tarthattok sorsolást, ahol nem mindenki vesz mindenkinek mindent, hanem kisorsoljátok, hogy mindenki csak egy valakinek vesz ajándékot, de az legyen valami fantáziadús dolog.</w:t>
      </w:r>
    </w:p>
    <w:p>
      <w:r>
        <w:t>Húzzatok limitet, hogy mennyit lehet elkölteni egy ajándékra, attól maximum 15%-ban lehet eltérni. Így nem ér az a meglepetés, hogy te vették egy nyakkendőt, a másik meg egy házimozit és nem is kell túlköltekezned az ettől való félelmed miatt.</w:t>
      </w:r>
    </w:p>
    <w:p>
      <w:r>
        <w:t>A kollégákkal meg beszéld meg, hogy ugye ők is megvannak a szokásos édesség és alkohol nélkül, nem az újabb üveg alkohol a kamra polcán a megbecsülés és a szeretet biztos jele.</w:t>
      </w:r>
    </w:p>
    <w:p>
      <w:pPr>
        <w:keepNext/>
      </w:pPr>
      <w:r>
        <w:t>Tervezd meg</w:t>
      </w:r>
    </w:p>
    <w:p>
      <w:r>
        <w:t>Miután már tudod, hogy kinek kell ajándékot venned, tervezd meg, hogy kinek mennyiért fogsz vásárolni. Legyen egy lista a szeretteidről és egy másik azokról, akiknek minden erőfeszítésed ellenére mégis kell ajándékot venned a postástól a főnöködig.</w:t>
      </w:r>
    </w:p>
    <w:p>
      <w:r>
        <w:t>Nézz szembe a tényekkel, számold össze a pénzed és döntsd el, melyik csoportra mennyit tudsz költeni. Utána súlyozd a pénzt a csoportok egyes tagjai között.</w:t>
      </w:r>
    </w:p>
    <w:p>
      <w:r>
        <w:t>Ezután még otthon találd ki, hogy a meghatározott összegért kinek mit fogsz venni. Kerüld el az impulzív vásárlást. Ha nincs tipped, menj el a boltokba, de ne vigyél az első túrára pénzt magaddal.</w:t>
      </w:r>
    </w:p>
    <w:p>
      <w:r>
        <w:t>Most már csak egy dolgod van: minden csábítás ellenére ragaszkodj a költségvetésedhez. Ebben segít, ha nem bankkártyával (és végképp nem hitelkártyával) mész bevásárolni, hanem előre kiszámolt készpénzzel. Így biztos nem tudsz többet költeni a tervezettnél. (A zsebesekre azért ügyelj.)</w:t>
      </w:r>
    </w:p>
    <w:p>
      <w:pPr>
        <w:keepNext/>
      </w:pPr>
      <w:r>
        <w:rPr>
          <w:b/>
        </w:rPr>
        <w:t>Hitelből soha semmit</w:t>
      </w:r>
    </w:p>
    <w:p>
      <w:r>
        <w:t>"Black Friday, red January", tartja az amerikai szólás. A fekete péntek a karácsonyi vásárlási őrület nyitónapja, a red ebben az esetben a mínuszba ment hitelkártya-egyenleget jelenti, amit aztán általában egész évben görgetnek maguk előtt a könnyelmű vásárlók. (Az angolszász könyvelésben a negatív számokat írják/írták pirossal, innen a "vörösbe ment a számlám" kifejezés a tartozásra.) A legtöbben karácsonykor és nyaraláskor kerülnek bele a hitelkártya-csapdába, te kerüld el inkább ezt. (Egy ötszázezres hitelkártya-adósság a havi kamatokkal és büntetésekkel együtt 30 ezer forintos kiadást jelent pluszban. Ebben nincs benne a tartozás törlesztése, csak az egyéb költségek! Ér ennyit a karácsonyi vásárlási mánia?)</w:t>
      </w:r>
    </w:p>
    <w:p>
      <w:r>
        <w:t>Más pénzéből ne vegyél karácsonyi ajándékot, mert egész évben fogod nyögni a kamatokat. Inkább kezdj el már januártól spórolni a következő karácsonyra, minthogy a hitelek miatt fájjon a fejed egész évben.</w:t>
      </w:r>
    </w:p>
    <w:p>
      <w:r>
        <w:t>Amikor azt hallom, hogy valaki ötéves személyi kölcsönt vesz fel ajándékra, mindig megkérdezem, emlékszik-e még, mit kapott öt éve karácsonyra? Az ajándék már rég el lett felejtve, nem úgy a havi törlesztés miatta.</w:t>
      </w:r>
    </w:p>
    <w:p>
      <w:r>
        <w:t>Ha kevés a pénzed, nézz körül otthon és adj el felesleges dolgokat inkább, mintsem hitelt vegyél fel. Esetleg jelentkezz a hipermarketekbe kisegítő pénztárosnak, árufeltöltőnek, ilyenkor garantáltan felvesznek egy hónapra.</w:t>
      </w:r>
    </w:p>
    <w:p>
      <w:r>
        <w:t>Van még egy jó hírem: a (kisebb) gyerekek még nem sznobok. Azok néha jobban eljátszanak a csomagolással, mint az ajándékkal. Miattuk nem kell túlköltekezned.</w:t>
      </w:r>
    </w:p>
    <w:p>
      <w:pPr>
        <w:keepNext/>
      </w:pPr>
      <w:r>
        <w:t>Ingyen ajándékok</w:t>
      </w:r>
    </w:p>
    <w:p>
      <w:r>
        <w:t>Szerinted minek örülne jobban a feleséged? Egy fantáziátlan, de legalább drága vásárolt vacaknak, vagy egy 20 alkalmas, bármikor beváltható "Ma én takarítok" esetleg egy 20 alkalmas "Ma nem kapcsolom be otthon a számítógépet, hanem a gyerekeimmel játszom" kuponfüzetnek?</w:t>
      </w:r>
    </w:p>
    <w:p>
      <w:r>
        <w:t>Szerinted melyik ajándéknak van több köze a karácsony lényegéhez? És még csak adósságba sem vered magad az ajándékozás miatt.</w:t>
      </w:r>
    </w:p>
    <w:p>
      <w:r>
        <w:t>Kit vársz vacsorára?</w:t>
      </w:r>
    </w:p>
    <w:p>
      <w:r>
        <w:t>Amikor meglátom a karácsonyi asztalt, minden évben megkérdezem anyámat, hogy a Második Déli Hadtest is nálunk fog-e vacsorázni? Mert ha nem, miért kell fejenként két kiló húst, három kiló köretet és két tepsi édességet csinálni egyetlen étkezéshez?</w:t>
      </w:r>
    </w:p>
    <w:p>
      <w:r>
        <w:t>(Egy uniós felmérés szerint a karácsonyi ajándékokra költött pénz 57%-át költjük el a karácsonyi étkezésekre. Úgyhogy van tere a spórolásnak.)</w:t>
      </w:r>
    </w:p>
    <w:p>
      <w:r>
        <w:t>Tarts mértéket: attól, hogy karácsony van, még nem tudnak a vendégeid ötször annyit enni, mint más napokon. Ha mindenáron napokon át akarsz sütni-főzni, akkor sok kisebb adagot csinálj, mintsem feleslegesen sokat mindenből.</w:t>
      </w:r>
    </w:p>
    <w:p>
      <w:pPr>
        <w:keepNext/>
      </w:pPr>
      <w:r>
        <w:rPr>
          <w:b/>
        </w:rPr>
        <w:t>Akinek veszel ajándékot</w:t>
      </w:r>
    </w:p>
    <w:p>
      <w:r>
        <w:t>Ez már csak egy ötlet a végére: ha mégis veszel valakinek bármit karácsonyra, olyan ajándékot válassz, amit nem venne meg magának. Zoknit mindenki vesz, ahogy borotvahabot is (vagy arckrémet), ezért ezek nem igazi ajándékok.</w:t>
      </w:r>
    </w:p>
    <w:p>
      <w:r>
        <w:t>A nagyanyámnak például olyan tévécsomagot fizettem elő, aminek díját sajnálta volna magától, pedig szívesen nézte volna azokat az adókat. Más rokonaimnak is például olyan újság-előfizetést adtam, amiről tudtam, hogy érdekli őket, de nem szívesen adtak volna érte annyi pénzt. (Mindez még a teljes ajándék-stop előtt volt.) Nincs annyi pénzed, hogy ilyen ajándékot vegyél? Nos, akkor most kezdj el spórolni, hogy jövőre ne legyen anyagi oka a megfelelő ajándék kiválasztásának, ha ezt fontosnak tartjátok a családtagok között.</w:t>
      </w:r>
    </w:p>
    <w:p>
      <w:r>
        <w:t>Egy szó mint száz: kedveseim, a karácsony nem a vásárlásról szól, vedd észre így ennyi évtized után. Ha mégis örömödet leled az ajándékok vásárlásában és örömet is akarsz okozni, azzal semmi baj nincs, de ne felejtsd el: addig nyújtózkodj, amíg a takaród ér.</w:t>
      </w:r>
    </w:p>
    <w:p>
      <w:pPr>
        <w:pStyle w:val="Heading2"/>
      </w:pPr>
      <w:r>
        <w:t>Az ajándék csak egy része a karácsonyi költségnek</w:t>
      </w:r>
    </w:p>
    <w:p>
      <w:r>
        <w:t>A karácsony a szeretet ünnepe, de még inkább a pénzköltésé. Az elköltött pénznek csak egy része megy az ajándékokra, szintén komoly összeg a rokonokhoz való utazás, a karácsonyi dekoráció megvásárlása és üzemeltetése (karácsonyfa, dekorációk, áramszámla), az ünnepi étkezések finanszírozása, az ajándékok beszerzésére elhasznált benzin és parkolási költség és egyéb kiadások. (Postásnak adott összeg, munkahelyi ajándékozás és a többi hasonló dolgok.)</w:t>
      </w:r>
    </w:p>
    <w:p>
      <w:r>
        <w:t>(Olvastam egy amerikai felmérést, miszerint a karácsonyi ajándékot vásárlók 56%-a nem bírja ki és nézelődés közben magát is meglepi ezzel-azzal, elég komoly, 131 dolláros összértékben. Ezt is nyugodtan hozzá lehet adni a karácsonyi költségekhez.)</w:t>
      </w:r>
    </w:p>
    <w:p>
      <w:r>
        <w:t>A párok egyre többet költenek egymásra, az ismeretség első évében átlag csak 93 dollárt, öt év után már 200 dollárt, tíz év után már átlag 300 dollárt. Mondjuk ebben szerintem nem csak a szerelem egyre nagyobb lángja van benne, hanem ahogy múlnak az évek, általában az emberek jobban keresnek, több elkölteni való pénzük van.</w:t>
      </w:r>
    </w:p>
    <w:p>
      <w:r>
        <w:t>Egy másik, 6.000 anyát megkérdező felmérés szerint az anyák közel 20%-a rosszul érzi magát, mert úgy érzi, túl sok ajándékot ad és elkényezteti a gyerekeit, további 56% szerint is visszább kellene fogni a karácsonyi vásárlást a gyerekek részére. Közel 18%-uk pedig azért érzi igen rosszul magát, hogy nem képes megvenni a gyerekeinek, amikre azok vágynak, további 58%-uk kicsit érzi rosszul magát ugyanezért. (Érdekes a kontraszt: 76% szerint túl sok ajándékot vesznek, miközben szintén 76%-uk valamennyire rosszul érzi magát, mert nem képes megvenni azt, amire a gyerekeik vágynak.) A megkérdezettek 57%-a fenyegeti a gyerekeit azzal, hogy a Télapó figyeli, hogyan viselkedik.</w:t>
      </w:r>
    </w:p>
    <w:p>
      <w:r>
        <w:t>39%-uk úgy igyekszik spórolni, hogy költségvetést készít, 50%-uk igyekszik akciósan vásárolni, csak a gyerekeknek vesz ajándékot 29%-uk, sorsot húz, hogy ki kinek vesz ajándékot 7,7%-uk, esze ágában sincs spórolni 11%-nak.</w:t>
      </w:r>
    </w:p>
    <w:p>
      <w:r>
        <w:t>Egy saját karácsonyunk költségeit is érdemes végignézni. Dekoráció: műfenyő, díszek, fényfüzér már régen meg lett véve. Abban az évben csak pár apró vacak került a házhoz újonnan az Aliexpress-ről. Mondjuk a kültéri fényfüzér villanyszámlája lesz vagy 7-8 ezer forint.</w:t>
      </w:r>
    </w:p>
    <w:p>
      <w:r>
        <w:t>Utazás: anyáméknál gyűlik össze a család egyik fele, az durván 10 ezer forintos utazást jelent. Az anyósomnál jön össze a család másik fele, de ők a szomszédban laknak.</w:t>
      </w:r>
    </w:p>
    <w:p>
      <w:r>
        <w:t>Étel-ital: Miután amúgy is túl sokat is eszünk karácsonykor, mi magunk feleslegesen már nem sütünk-főzünk. Ha pukkadásig akarnánk enni magunkat, bőven van rá lehetőségünk rokonlátogatás közben. Alkoholt nem iszunk, a gyerekek még mindig a mikuláscsomagban kapott édességet eszik (nem ehetnek annyi csokit egy nap, hogy a fülükön folyjon ki), plusz lesz két csomag szaloncukor. Soha nem értettem, miért kell karácsonykor tíz emberre annyit főzni, mintha ötvenen lennének. Anyámat megkérdezem erről már úgy húsz éve minden évben, még nem tudott rá válaszolni.</w:t>
      </w:r>
    </w:p>
    <w:p>
      <w:r>
        <w:t>Ajándék: sok éves kemény munkával sikerült lenevelni a rokonságot a karácsonyi ajándékozási őrületről. Végre nem kell vennem a bátyámnak drága parfümöt, aminek az illata csak nekem tetszik, neki nem. Cserébe nem kapok szintén drága pulóvert, aminek rövid az ujja. A borzalmas ajándékcsomagok sem ömlenek a lakásba, nem kell elvinnem a rászorulóknak a hat borotvahabból, amit kapok, ötöt. Anyáméknak is megvan mindene így közel a hetvenhez. Sikerült rávenni őket, hogy szóljon arról a karácsony, hogy együtt vagyunk, ne pedig az értelmetlen ajándékokról, aminek nem is örül igazán senki, se az, akinek vennie kellett, se az, aki kapta.</w:t>
      </w:r>
    </w:p>
    <w:p>
      <w:r>
        <w:t>Ha magamnak kellene ajándékot venni, azt se tudnám megtenni. Egyszerűen nincs olyan, amire szükségem lenne, de nincs és örülnék neki. A feleségem is elmegy egy teletöltött bankkártyával a plázába, aztán maximum a gyerekeknek vesz egy-két ruhát. Így megbeszéltük, hogy feleslegesen nem szórjuk ki a pénzt az ablakon. A fene megette, ha ezen múlna a "szeretet" a házasságban, hogy milyen drága ékszert veszek a feleségemnek (aki mellesleg nem is hord ékszert), csak azért mert éppen karácsony van és muszáj. Persze, rámondhatnánk valamire, hogy ezt most karácsonyra kapta, de fel is nőhetünk és azt mondjuk, hogy a karácsony a gyerekek megajándékozásáról és a közös ünneplésről szól.</w:t>
      </w:r>
    </w:p>
    <w:p>
      <w:r>
        <w:t>(Van olyan anyagi helyzet, amikor valaki vágyik valamire, amire nem tud annyi pénzt költeni, ezért örül, ha megkapja ajándékba. Ilyenkor ez egyszerre szép és értékes ajándék. Ezért sok családban szól erről a karácsony és nincs is ezzel semmi baj. Szerencsére nálunk nincs ilyen, ezért írtam, hogy nálunk nincs sok értelme a kényszerajándékozásnak. Amire szükségünk van, megvesszük, amire pedig nincs, arra karácsonykor sincs szükség. Ettől máshol még örülhetnek egy-egy luxus dolognak a megajándékozottak.)</w:t>
      </w:r>
    </w:p>
    <w:p>
      <w:r>
        <w:t>Egyedül a gyerekek kapnak ajándékot, ők se sokat, mert kapnak még a nagymamáktól, déditől, nagynéniktől és a többi rokontól. Így is térdig járunk az ajándékokban, aminek 90%-ára rá sem néznek egy hét múlva, csak a helyet foglalja a szoba közepén, ha nagyobb annál, hogy elférjen a szekrényben. Abban az évben relatív drága dolgokat kaptak tőlünk, beszélő Barbie ló és beszélő robotkutya, Verdás lego féláron megvéve akcióban és ilyesmik. Összesen 25-30 ezer forint fejenként (máskor nincs ennyi), de úgyis eladjuk ezeket a játékokat is fél év múlva úgy 60%-os áron, amikor már rájuk sem néznek.</w:t>
      </w:r>
    </w:p>
    <w:p>
      <w:pPr>
        <w:pStyle w:val="Heading2"/>
      </w:pPr>
      <w:r>
        <w:t>A drága ajándék sem biztos hogy öröm</w:t>
      </w:r>
    </w:p>
    <w:p>
      <w:r>
        <w:t>Az ajándék árát könnyű megmondani. Azt már kevésbé, hogy a másik valóban örül-e neki. A következő történetekben a megszólalók a saját, rosszul sikerült ajándékaikról beszélnek.</w:t>
      </w:r>
    </w:p>
    <w:p>
      <w:r>
        <w:t>Nyakunkon a karácsony és ha még nem sikerült elintézned a rokonokkal, hogy nem vesztek semmit egymásnak, akkor bizony főhet a fejed, hogy kinek mit vegyél, ami nem drága, látványos és nem tűnik fel egyből, hogy igyekeztél minél hamarabb és minél olcsóbban letudni az egész karácsonyi őrületet.</w:t>
      </w:r>
    </w:p>
    <w:p>
      <w:r>
        <w:t>A szokásos zokni-nyakkendő-tusfürdő-új kenyérpirító-aromalámpa-vasaló-büdös parfüm körön kívül is vannak még rossz ajándékozási lehetőségek.</w:t>
      </w:r>
    </w:p>
    <w:p>
      <w:r>
        <w:t>Néhány példa arra, mit tartanak számon az emberek életük leghaszontalanabb karácsonyi ajándékaként: Leginkább azért, ha még nem késő, gondold végig, te veszel-e hasonlót valakinek.</w:t>
      </w:r>
    </w:p>
    <w:p>
      <w:r>
        <w:t>- Elektromos automata lábmelegítő papucs, amit a férjemtől kaptam. Azóta sem használtam, egyszer sem.</w:t>
      </w:r>
    </w:p>
    <w:p>
      <w:r>
        <w:t>- Egy olasz selyeming, amit apámtól kaptam. Amikor kibontottam, észrevettem, hogy az ő monogramja volt a zsebére hímezve. Valakitől kaphatta évekkel ezelőtt, aztán kibontatlanul nekem ajándékozta.</w:t>
      </w:r>
    </w:p>
    <w:p>
      <w:r>
        <w:t>- Elektromos konyhai szeletelőkés. Sok helyet foglal, mindig tölteni kell és borzasztó nehéz elmosni. Egy éles, hagyományos késnek sokkal jobban örültem volna.</w:t>
      </w:r>
    </w:p>
    <w:p>
      <w:r>
        <w:t>- Egy műanyag vörösfejű kanadai réce, fészekkel, tojásokkal, amit a kanadai unokatestvéremtől kaptam. Két év múlva jött látogatóba, még szerencse, hogy a feleségemnek eszébe jutott és lehoztuk a padlásról, ahová felvágtuk a többi kacat közé.</w:t>
      </w:r>
    </w:p>
    <w:p>
      <w:r>
        <w:t>- Egy méregdrága, hivalkodó gyémánt fülbevaló, amit a férjemtől kaptam. Semmi szükségem nem volt rá, utáltam, mert túl feltűnő volt, ráadásul pont akkor vettünk házat és született a gyerekünk, úsztunk a hitelekben, a legutolsó, amire szükségünk volt, az egy ilyen drága ékszer.</w:t>
      </w:r>
    </w:p>
    <w:p>
      <w:r>
        <w:t>- Egy takaró, amit a nagynénémtől kaptam. Vissza akartam vinni az áruházba, ott azt mondták, ezt a modellt már négy éve nem árulják.</w:t>
      </w:r>
    </w:p>
    <w:p>
      <w:r>
        <w:t>- Egy aranyhörcsög, amelyiket amikor ki akartam venni a ketrecből, beleharapott az ujjamba. Ijedtemben eldobtam, az leesett a földre és elszaladt a lakásban. Azóta sem láttam, sokat gondolkoztam, mi lehetett végül vele.</w:t>
      </w:r>
    </w:p>
    <w:p>
      <w:pPr>
        <w:pStyle w:val="Heading2"/>
      </w:pPr>
      <w:r>
        <w:t>Időt is lehet ajándékozni</w:t>
      </w:r>
    </w:p>
    <w:p>
      <w:r>
        <w:t>Az ember egyet-kettőt pislant és már újra karácsony van, a kényszeredett ajándékvásárlások időszaka.</w:t>
      </w:r>
    </w:p>
    <w:p>
      <w:r>
        <w:t>Te is úgy érzed, annyira hiányzott neked megint az ajándékok utáni rohangálás és az ezzel járó pénzköltés, mint törött szárnyú bagolynak az erdőtűz? Fogalmad nincs, mit vegyél anyádnak, akinek már mindene megvan így közel a hetvenhez, vagy a testvérednek, aki ráadásul másik országban is él és évente egyszer találkoztok? Megvigasztallak, nem egyedül vagy ezzel az érzéssel.</w:t>
      </w:r>
    </w:p>
    <w:p>
      <w:r>
        <w:t>Egy felmérés szerint az emberek közel fele úgy érzi, nyomás van rajta, hogy többet költsön ilyenkor, mint szeretne. Gyerekes szülőknél még rosszabb az arány, 54% érzi anyagi tehernek a karácsonyi ajándékvásárlást.</w:t>
      </w:r>
    </w:p>
    <w:p>
      <w:r>
        <w:t>A jövedelemviszonyokat is figyelembe véve, leginkább a felső-középosztály érzi úgy, hogy túl sokat kell költenie az ünnepek miatt.</w:t>
      </w:r>
    </w:p>
    <w:p>
      <w:r>
        <w:t>Az emberek 64%-a az ajándékok limitálásával spórolna karácsonykor, 57%-a kedvezményeket vadászna, 34% adna saját készítésű ajándékot, 22%-a továbbadná a kapott ajándékot, 16%-a venne használt dolgot és 13% száműzné az egész ajándékozást úgy, ahogy van.</w:t>
      </w:r>
    </w:p>
    <w:p>
      <w:r>
        <w:t>Mit tegyél, ha te is szeretnél kimaradni a karácsonyi őrületből, vagy legalább szeretnéd csökkenteni a pénz és időpocsékolást, ami ezzel jár?</w:t>
      </w:r>
    </w:p>
    <w:p>
      <w:r>
        <w:t>(Természetesen ha te egyáltalán nem érzed se időpocsékolásnak se pénzpazarlásnak a karácsonyi bevásárlást, akkor ez nem neked szól. Szerencsés (esetleg még kellően fiatal) vagy, hogy számodra öröm az ajándékvásárlás. Nem szeretnénk elrontani az örömöd, ez a rész nem neked szól akkor.)</w:t>
      </w:r>
    </w:p>
    <w:p>
      <w:r>
        <w:t>Idén adjatok egymásnak együtt töltött időt kacatok helyett, amikor senki nem azt csinálja, amit szeretne, hanem a másikra figyel csak. Vagyis legyen az ünnep tényleg ünnep és a vásárlás helyett tényleg a szeretetről szóljon.</w:t>
      </w:r>
    </w:p>
    <w:p>
      <w:r>
        <w:t>Vagy még durvábbat mondok: karácsonyi ajándékként menj el a pároddal az operába, amitől neked borsódzik a hátad, mert ott nem meghalnak az emberek, ha leszúrják őket, hanem fél óráig teli torokból énekelnek helyette, ő viszont szereti, de soha nem jut el év közben, főleg nem veled.</w:t>
      </w:r>
    </w:p>
    <w:p>
      <w:r>
        <w:t>De utána ő is menjen el veled horgászni, búvárkodni, vagy végigszurkolni egy meccset élőben. Ez az igazi áldozat, nem egy újabb parfüm megvétele, ráadásul ez a kapcsolatotoknak is jót tesz és tényleg szeretetből van és valódi áldozat.</w:t>
      </w:r>
    </w:p>
    <w:p>
      <w:pPr>
        <w:pStyle w:val="Heading2"/>
      </w:pPr>
      <w:r>
        <w:t>Az ajándékozási kényszerből is ki lehet nőni</w:t>
      </w:r>
    </w:p>
    <w:p>
      <w:r>
        <w:t>A családi szokásokat nem mindig lehet egyetlen beszélgetéssel megváltoztatni. Nálunk is több lépés kellett hozzá.</w:t>
      </w:r>
    </w:p>
    <w:p>
      <w:r>
        <w:t>Évekbe telt elérni a családon belül azt, hogy ne kelljen senkinek semmi haszontalan és használhatatlan vackot venni és kapni ugyanilyen tárgyakat, csak azért mert karácsony van, a fogyasztói társadalom legnagyobb ünnepe. Mindnyájan felnőttek vagyunk, pénzt keresünk, amire szükségünk van, megvesszük magunknak, amire pedig nincs, azt köszönjük, de ingyen sem kérjük. Nincs több számomra büdös illatszer, vagy rossz méretű ruha, fantáziátlan kozmetikai csomagok, soha nem használt aromalámpa és a többi kacat.</w:t>
      </w:r>
    </w:p>
    <w:p>
      <w:r>
        <w:t>Legutoljára már csak a bátyám gyerekeinek vettünk ajándékot, de szerencsére már arról is sikerült leszokni.</w:t>
      </w:r>
    </w:p>
    <w:p>
      <w:r>
        <w:t>(Állomások:</w:t>
      </w:r>
    </w:p>
    <w:p>
      <w:r>
        <w:t>- Első év: Izgatott telefonálgatások, hogy itt vagyunk a Tescoban, ez vagy az a játék jó lesz-e, küldöm Viberen a képet.</w:t>
      </w:r>
    </w:p>
    <w:p>
      <w:r>
        <w:t>- Második év: vegyétek meg ti nekik az ajándékot, amit a mi nevünkben adtok oda, mi is így teszünk a saját gyerekeinkkel.</w:t>
      </w:r>
    </w:p>
    <w:p>
      <w:r>
        <w:t>- Harmadik év: mit bohóckodunk, így is éppen elég ajándékot kapnak a gyerekek mindenhonnan, sőt még többet is, mint kellene.)</w:t>
      </w:r>
    </w:p>
    <w:p>
      <w:r>
        <w:t>Hatalmas szabadság, hogy nem kell másfél hónapot ezzel tölteni évente és rengeteg pénzt értelmetlenül kiszórni az ablakon, hogy részt vegyünk ebben a buta társasjátékban. A gyerekek kapnak ajándékot, a többiek megveszik maguknak, amire szükségük van.</w:t>
      </w:r>
    </w:p>
    <w:p>
      <w:r>
        <w:t>A rokonaink és barátaink is fellélegeztek, hogy legalább miattunk nem fáj a fejük az év végén. Nagy szabadulás ez mindenkinek és még a szeretet is nagyobb, hogy nem kell görcsösen ajándékozgatni egymásnak.</w:t>
      </w:r>
    </w:p>
    <w:p>
      <w:r>
        <w:t>Ha az ajándékozást nem akarjátok elhagyni, a kölcsönös kacatvásárlás helyett adhattok olyan embernek vagy ügynek, amelyik nem tudja viszonozni. Mindenki a számára kedves célra fordíthatja azt a pénzt, amit egyébként egymásra költöttetek volna.</w:t>
      </w:r>
    </w:p>
    <w:p>
      <w:pPr>
        <w:pStyle w:val="Heading1"/>
      </w:pPr>
      <w:r>
        <w:t>Rokonok kölcsönök és az idős szülők támogatása</w:t>
      </w:r>
    </w:p>
    <w:p>
      <w:pPr>
        <w:pStyle w:val="Heading2"/>
      </w:pPr>
      <w:r>
        <w:t>Segítség vagy újabb adósság</w:t>
      </w:r>
    </w:p>
    <w:p>
      <w:r>
        <w:t>Amikor valaki szeretne venni valamit, vagy megszorul anyagilag, az első reakció, hogy a közvetlen rokonaitól, vagy barátaitól akar kölcsönkérni.</w:t>
      </w:r>
    </w:p>
    <w:p>
      <w:r>
        <w:t>A másik, talán még ennél is súlyosabb eset, amikor egy banki hitelfelvételnél a bank kezest kér és kimondva- kimondatlanul elvárás, hogy kezességet vállaljunk az öcsénkért, vagy a legjobb barátunkért, hiszen ennyit igazán megtehetünk érte.</w:t>
      </w:r>
    </w:p>
    <w:p>
      <w:r>
        <w:t>Nézzük sorban, milyen csapdákat rejtenek ezek a mindennapi szituációk.</w:t>
      </w:r>
    </w:p>
    <w:p>
      <w:r>
        <w:t>Először is szeretnék egy mítoszt megcáfolni: amikor kölcsönt adsz valakinek, legtöbbször nem áldás lesz a számára, hanem átok.</w:t>
      </w:r>
    </w:p>
    <w:p>
      <w:r>
        <w:t>Ha odajön a gyereked, unokád, húgod, hogy venni akar egy autót, de nincsen rá pénze, a legrosszabb, amit tehetsz, hogy kölcsönt adsz neki, ahelyett, hogy rávilágítanál arra a tényre, hogy mivel nincs rá pénze, ezért még korai autót vennie.</w:t>
      </w:r>
    </w:p>
    <w:p>
      <w:r>
        <w:t>Ha igazán segíteni akarsz neki, fizesd be egy pénzügyi tanácsadásra, hogy rájöjjön, hogy a lehetőségei és nem a vágyai szerint kell élnie. Ha pénzt adsz neki, abban a hatalmas tévedésben erősíted meg, hogy valódi teljesítmény nélkül el tud érni bármit a hitelek segítségével.</w:t>
      </w:r>
    </w:p>
    <w:p>
      <w:r>
        <w:t>A további probléma, hogy nagyon gyakran a pénzt nem tudja a kölcsönvevő visszaadni és ez örökre megmérgezi a kapcsolatotokat. Rengeteg barátság, sőt rokoni kapcsolat megy tönkre anyagi vita és vissza nem fizetett kölcsön miatt. Nekem többet érnek a barátaim és rokonaim annál, hogy ötven-százezer forint miatt elveszítsem őket. Te hogy vagy ezzel?</w:t>
      </w:r>
    </w:p>
    <w:p>
      <w:r>
        <w:t>Gondold végig a szituációt: a fent említett autóra adtál kölcsön egymillió forintot. Az autót két hónap múlva ellopják, vagy összetörik. Vagy a barátod elveszíti a munkáját és nemhogy a te hiteledet, de még a rezsit sem tudja fizetni, nem is beszélve a többi hiteleiről. Ez a meg nem adott pénz garantáltan örökre tönkre tette a kapcsolatotokat.</w:t>
      </w:r>
    </w:p>
    <w:p>
      <w:r>
        <w:t>Ezért ha egy rokonod, vagy barátod kér tőled kölcsön, mondd meg neki, hogy a barátságotok sokkal többet ér annál, hogy párezer forint miatt tönkretegyétek.</w:t>
      </w:r>
    </w:p>
    <w:p>
      <w:r>
        <w:t>Ha mégis segíteni akarsz, van megoldás: a kért összeget ne kölcsön add, hanem ajándékba. De csak akkor, ha ez téged nem hoz nehéz helyzetbe. Ha nehéz helyzetbe kerülnél egy ilyen összegű ajándéktól, akkor nem te vagy a megfelelő ember, aki segíteni tud.</w:t>
      </w:r>
    </w:p>
    <w:p>
      <w:r>
        <w:t>Ha mégis adsz kölcsön, mindig írjatok róla papírt. Ez nem bizalmatlanság. Gondold végig a következő szituációt: kölcsön adsz a jól menő vállalkozó öcsédnek házvásárlásra 10 milliót, csak fél évre van rá szüksége, amíg eladja a másik ingatlanát. Három hónap múlva meghal autóbalesetben és a teljes vagyonát a két kiskorú gyereke örökli, az összes pénzre a gyámhivatal azonnal ráteszi a kezét. Hogy fogod visszaszerezni a pénzed szerződés nélkül? Tudod bizonyítani, hogy az a pénz nem a gyerekeké, hanem a tiéd? Ugye?</w:t>
      </w:r>
    </w:p>
    <w:p>
      <w:r>
        <w:t>Gyakran kérnek pénzt emberek, akik a hiteleik törlesztésével úsztak el, legyen az lakáshitel, vagy hitelkártya-hitel. Szerintük ilyenkor emberbaráti kötelességed segíteni, azonban a legtöbb esetben ezek a hitelek már menthetetlenek és te csak egy feneketlen kútba dobod a pénzed, amikor ilyen embernek adsz kölcsönt. Egy lakásba, amit már biztos visz a bank, felesleges még újabb százezer forintot beleölni csak azért, hogy két hónappal később következzen be az elkerülhetetlen vég. Ebben az esetben is az igazi segítség, ha pénzügyi tanácsadó segítségét kéred a barátod számára. Ha van megoldás, a szakember segít azt megtalálni, ha nincs, akkor a te pénzed sem fog segíteni.</w:t>
      </w:r>
    </w:p>
    <w:p>
      <w:r>
        <w:t>Azt is gondold végig, hogy aki a banknak nem tud fizetni már hónapok óta, akkor neked hogyan fog tudni, főleg, ha a bank majd a fizetését is letiltja? Pénzkérdésben soha ne szentimentális érzések alapján döntsél.</w:t>
      </w:r>
    </w:p>
    <w:p>
      <w:r>
        <w:t>Ha pedig egy kapcsolatod egy vissza nem fizetett kölcsön miatt ment tönkre, engedd el az adósságot. A pénzt se így, se úgy nem fogod már visszakapni, de legalább a barátságot igen.</w:t>
      </w:r>
    </w:p>
    <w:p>
      <w:r>
        <w:t>Soha ne vállalj kezességet!</w:t>
      </w:r>
    </w:p>
    <w:p>
      <w:r>
        <w:t>Amikor valaki hitelből venni akar valamit és a bank nem találja kielégítőnek a jövedelmét a hitelhez, kezes állítását kéri a hitelfelvevőtől. Ilyenkor rohannak az emberek a barátaikhoz, rokonaikhoz, hogy valaki írja alá a papírt.</w:t>
      </w:r>
    </w:p>
    <w:p>
      <w:r>
        <w:t>Végiggondoltad, mit is csinálsz, amikor kezes leszel valakiért? Van egy ember, aki olyan dolgot akar megvenni, amit nem engedhet meg magának. Erre két bizonyíték is van: nincs rá pénze, mert hitelre van szüksége, de még a hiteltörlesztést sem fogja tudni fizetni a bank szerint.</w:t>
      </w:r>
    </w:p>
    <w:p>
      <w:r>
        <w:t>Hahó, biztos akarsz anyagilag felelni egy ilyen rossz minőségű hitelért? A rokonodnak, barátodnak az az üzenet, hogy még ne vegyen lakást, autót, akármit, mert nem engedheti meg magának és pont. Se a pénze, se a jövedelme nincsen meg hozzá.</w:t>
      </w:r>
    </w:p>
    <w:p>
      <w:r>
        <w:t>Vajon tudni fogsz róla, ha nem fizeti a hitelt rendesen? Nem, a bank téged nem fog értesíteni. Tudni fogsz róla, ha nem fizeti a biztosítást? Ha ellopják az autót, vagy összetörik? Ha elveszíti a munkáját? Nem, nem és nem. Te csak azt fogod már tudni, amikor bedőlt a hitel és a bank a te fizetésedet fogja letiltani, vagy a te ingatlanodra rak végrehajtási jogot a kezességvállalás miatt. Van, akit 10-15 év után talál meg a bank, már nem is emlékszel arra, hogy valaha valakinek aláírtál bármit is. Azt a „barátot” nem is láttad az elmúlt 8-10 évben.</w:t>
      </w:r>
    </w:p>
    <w:p>
      <w:r>
        <w:t>Lakáshitel-ügyintéző koromban gyakori eset volt, hogy egy hitelfelvételnél derült ki, hogy az illető fenn van az aktív az akkori BAR listán, miközben soha nem is volt hitele. Az nem volt, csak éppen kezes lett egy rossz hitelben.</w:t>
      </w:r>
    </w:p>
    <w:p>
      <w:r>
        <w:t>Tehát faék egyszerűséggel: soha senkiért ne vállalj kezességet, akár rokonod, akár ismerősöd kér meg erre.</w:t>
      </w:r>
    </w:p>
    <w:p>
      <w:pPr>
        <w:pStyle w:val="Heading2"/>
      </w:pPr>
      <w:r>
        <w:t>Nem ugyanazt érzi a kölcsönadó és a kölcsönkérő</w:t>
      </w:r>
    </w:p>
    <w:p>
      <w:r>
        <w:t>Egy felmérés számszerűen is megmutatja, mekkora kockázat a rokonnak vagy barátnak kölcsönadott pénz.</w:t>
      </w:r>
    </w:p>
    <w:p>
      <w:r>
        <w:t>A felmérés szerint az emberek 97%-a már legalább egyszer, a 65%-a többször kért kölcsön már pénzt a rokonoktól, barátoktól.</w:t>
      </w:r>
    </w:p>
    <w:p>
      <w:r>
        <w:t>84%-uk 10 ezer dollárnál kevesebbet, 43%-uk ezer dollárnál kevesebbet. Főleg fiatal korra jellemző a kölcsönkérés, a kölcsönkérők negyede volt csak 30 év feletti.</w:t>
      </w:r>
    </w:p>
    <w:p>
      <w:r>
        <w:t>65%-ban az anyjuktól, 55%-ban az apjuktól, 20%-ban a barátoktól, 13%-ban a testvérektől kértek kölcsönt. (Természetesen nagymama, barátnő és egyebek is vannak még a listán.)</w:t>
      </w:r>
    </w:p>
    <w:p>
      <w:r>
        <w:t>Összegszerűen a legtöbbet a kollégáktól kértek kölcsönt, őket követik a nagypapa és az apa. Legkevesebbet a barátoknak kellett adni.</w:t>
      </w:r>
    </w:p>
    <w:p>
      <w:r>
        <w:t>S a legfontosabb: a kölcsönkérők fele fizette csak vissza a pénzt teljes egészében, 36%-a csak részben, 14%-a pedig egyáltalán nem.</w:t>
      </w:r>
    </w:p>
    <w:p>
      <w:r>
        <w:t>A kölcsönadók csak negyede határozott meg határidőt a kölcsön visszafizetésére, 89%-uk nem kért kamatot. (Ami meglepő, a barátok/barátnők 14%-a számított fel kamatot az élete párjának.)</w:t>
      </w:r>
    </w:p>
    <w:p>
      <w:r>
        <w:t>A kölcsönvevők 74%-a szerint a kölcsön semmilyen feszültséget nem jelentett a kapcsolatban. A kölcsönadók csak 45%-a gondolta így...</w:t>
      </w:r>
    </w:p>
    <w:p>
      <w:r>
        <w:t>A kölcsönvevők 25%-a gondolta úgy, hogy némi feszültséget okozott, a kölcsönadók majdnem duplája gondolta ezt.</w:t>
      </w:r>
    </w:p>
    <w:p>
      <w:r>
        <w:t>Komoly feszültséget az esetek 1%-ban okozott a kölcsön. Mármint a felvevők között, mert a kölcsönadók 6%-a mondta ezt.</w:t>
      </w:r>
    </w:p>
    <w:p>
      <w:r>
        <w:t>A tanulság ugyanaz, amire a személyes tapasztalat is figyelmeztet. Az esetek felében részben vagy egészben a pénzednek búcsút mondhatsz és csak az esetek felében nem okoz feszültséget a kölcsönadott pénz. Nyilván abban a felében, amikor visszaadták egészen.</w:t>
      </w:r>
    </w:p>
    <w:p>
      <w:r>
        <w:t>Érdemes ezen elgondolkodni, mielőtt rokonnak, barátnak, munkatársnak pénzt adsz kölcsön. Nem csak a pénzedet veszíted el nagy eséllyel, hanem a barátodat is. Azért meg legalább akkora kár. S egy olyan embernek, aki nem tudja beosztani a pénzét, nem az a segítség, hogy te is kölcsönadsz neki, hogy még mélyebbre ássa magát az adósság-gödörben. Inkább ülj le vele és segíts neki, hogyan tudna inkább kikeveredni a zűrös anyagi helyzetéből a pénzügyei rendbetételével.</w:t>
      </w:r>
    </w:p>
    <w:p>
      <w:pPr>
        <w:pStyle w:val="Heading2"/>
      </w:pPr>
      <w:r>
        <w:t>Hogyan mondj nemet</w:t>
      </w:r>
    </w:p>
    <w:p>
      <w:r>
        <w:t>Tehát a nagy kérdés, hogyan mondj nemet az ilyen kérésekre.</w:t>
      </w:r>
    </w:p>
    <w:p>
      <w:r>
        <w:t>Az első és legfontosabb a határozottság és az egyértelműség. Ne ódázd el a dolgot, ne mondd, hogy még meggondolod vagy még átszámolod, tudsz-e adni. Ez csak olaj a tűzre. Bátran jelentsd ki, hogy nem fogsz adni, így elejét veszed a további próbálkozásoknak.</w:t>
      </w:r>
    </w:p>
    <w:p>
      <w:r>
        <w:t>Nem kell megindokolnod, sőt ne is menj ebbe bele, mert csak támadási felületet adsz. "Most azért nem tudok adni, mert". Erre a válasz, de ha ez és ez, akkor csak tudod nélkülözni ezt a pénzt. Esetleg akkor a jövő hónapban tudsz adni? És így tovább. Ez nem egy vita, nem egy közös döntés, nem kell észérvekkel meggyőznőd a másikat, legjobb bele se menni egy ilyen védekezésbe.</w:t>
      </w:r>
    </w:p>
    <w:p>
      <w:r>
        <w:t>Tedd alapelveddé, hogy soha senkinek nem adsz kölcsönt. Ha erre hivatkozol, a pénzt kéregetők előbb-utóbb rájönnek, hogy tényleg komolyan gondolod és leszállnak rólad.</w:t>
      </w:r>
    </w:p>
    <w:p>
      <w:r>
        <w:t>Esetleg mondd azt, hogy milyen érdekes, éppen most akartál valakitől kölcsönkérni és rá gondoltál, hogy tőle kérsz. Ezek után hogy tudna rád haragudni, ha te sem adsz, ahogy ő sem neked.</w:t>
      </w:r>
    </w:p>
    <w:p>
      <w:r>
        <w:t>Javasolj neki alternatívákat. Te nem tudsz adni, de most láttál egy Provident reklámot a tévében, akár pár hétre is adnak kölcsön pénzt. Ajánld fel, hogy megkeresed a neten a telefonszámukat. De a bankban is adnak akár egy órán belül is kölcsönt, ha oda érkezik a fizetése. (Ja, már a bank sem ad neki kölcsönt, amelyik abból él, hogy mindenkire rásózza a hiteleit? Na, az is egy intő jel, hogy te miért ne adj pénzt.)</w:t>
      </w:r>
    </w:p>
    <w:p>
      <w:r>
        <w:t>Ha kell, használd az elakadt lemez taktikáját. Igazat adsz neki, de nem. Igen, ez így van, de akkor sem tudok adni. Valószínűleg igazad van, de nem. És így tovább, mint egy elakadt lemezjátszó, ami mindig csak ismétli, hogy nem.</w:t>
      </w:r>
    </w:p>
    <w:p>
      <w:r>
        <w:t>Ha mégis muszáj, hivatkozhatsz egy másik személyre, aki miatt ha akarnál, sem tudnál adni. Például a férjemmel megfogadtuk, hogy senkinek nem adunk soha kölcsön.</w:t>
      </w:r>
    </w:p>
    <w:p>
      <w:r>
        <w:t>Nagyon fontos, hogy ne legyen lelkiismeret-furdalásod. Először is jogod van nemet mondani és bátran élj is ezzel a jogoddal. Nem vagy érzéketlen, kőszívű, zsugori alak, csak mert nem segítesz olyan emberen, aki magát sodorta bajba. Túl sokat költ, túl nagy lakást vett, vagy túl keveset keres az igényeihez képest, esetleg nem vállal felelősséget a pénzügyi döntéseiért.</w:t>
      </w:r>
    </w:p>
    <w:p>
      <w:r>
        <w:t>Gyakran azzal segítesz a legtöbbet, ha nem adsz. Mert akkor a másiknak nem a tüneteket kell kezelnie (nincsen jelenleg pénze), hanem a kiváltó okokat (rosszul bánik a pénzzel). Nyugodtan meg is mondhatod neki, hogy pénzt nem tudsz adni, de szívesen segítesz neki, hogy rendbe hozza a pénzügyeit. Átnézed vele, miről kellene lemondania, hogyan spórolhat mondjuk a bevásárláson, javasolhatod neki, hogy adja el az autóját, amíg adósságai vannak és a többi.</w:t>
      </w:r>
    </w:p>
    <w:p>
      <w:r>
        <w:t>Mennyire ismered egyáltalán a pénzt kérőt? Közeli rokonod? Valódi barátod? Tudod, mikor van mondjuk a születésnapja? Ő tudja, mikor van a tiéd? Találkoztatok csak úgy az elmúlt fél évben bármikor is? Ha bármelyik kérdésre nem a válasz, ez az ember nem áll közel hozzád, semmi felelősséged nincs vele kapcsolatban, nem is barátod, nem is közeli hozzátartozód.</w:t>
      </w:r>
    </w:p>
    <w:p>
      <w:r>
        <w:t>Gyakori probléma amikor a felnőtt gyerekek pumpolják a szüleiket. Hidd el, akkor teszed a legjobbat, ha nem adsz a harmincéves kisfiadnak pénzt, csak hogy tudjon tankolni a hitelből vett autójába. De ha az unokád óvodai ebédjére kéri is, nyugodtan mondd meg neki, hogy abból a negyvenezerből, amit cigarettára költ, bőven telne ebédpénzre.</w:t>
      </w:r>
    </w:p>
    <w:p>
      <w:r>
        <w:t>Ha a barátod/barátnőd, menyasszonyod/vőlegényed kér pénzt, erősen gondolkodj el, hogy tényleg ő-e az igazi. Főleg, ha ez már nem először fordul elő. A párválasztás előtt ez is intő jel, amiről beszélni kell.</w:t>
      </w:r>
    </w:p>
    <w:p>
      <w:r>
        <w:t>Mérgesek lesznek rád? Utálni fognak érte, hogy nem adtál pénzt a szükségükben? Fukar, gonosz disznó leszel, akinek még a bőre alatt is pénz van, mégsem ad a szükségben lévő kollégájának? Igen, igen és igen.</w:t>
      </w:r>
    </w:p>
    <w:p>
      <w:r>
        <w:t>De inkább utáljanak azért, hogy nem adtál, mint azért, hogy vissza akarod kérni a pénzt és nem akarják/tudják visszaadni a pénzed. Ne akard megtudni, milyen gonoszok tudnak lenni az emberek, ha nem tudják vagy nem akarják kifizetni az adósságaikat.</w:t>
      </w:r>
    </w:p>
    <w:p>
      <w:r>
        <w:t>Ha segíteni akarsz, ne adj kölcsönt, adj adományt. Ha valaki tényleg önhibáján kívül megszorult, mert elvesztette a házastársát, súlyos beteg lett, vagy valami hasonló történt vele, legyél arra nyitott, hogy adj neki akár egy nagyobb összeget is, de ne kölcsön, hanem ajándékként. De ha valaki csak a rossz pénzügyi élete miatt került bajba, vagy kerül bajba minden hónapban, neki tényleg az a legnagyobb segítség, ha soha nem adsz neki.</w:t>
      </w:r>
    </w:p>
    <w:p>
      <w:pPr>
        <w:pStyle w:val="Heading2"/>
      </w:pPr>
      <w:r>
        <w:t>Ha mégis kölcsönadsz</w:t>
      </w:r>
    </w:p>
    <w:p>
      <w:r>
        <w:t>A nemet mondás ellenére előfordulhat, hogy mégis kölcsönadsz. Ettől a kockázat nem tűnik el. Legalább a megállapodás legyen egyértelmű mindkettőtöknek.</w:t>
      </w:r>
    </w:p>
    <w:p>
      <w:r>
        <w:t>Továbbra sem vagyok híve a barátoknak, rokonoknak való kölcsönadásnak, mert rengeteg feszültséget és problémát okoz, az elveszített pénzről már nem is beszélve. Ma már minden sarkon van egy személyi kölcsönnel foglalkozó intézmény, a normál bankoktól a Providenthez hasonló pénzügyi szolgáltatókig, szinte mindenki tud valamilyen pénzintézethez fordulni kölcsönért.</w:t>
      </w:r>
    </w:p>
    <w:p>
      <w:r>
        <w:t>Ha mégsem hozzájuk fordul, annak vagy az az oka, hogy már senkitől nem kap kölcsön, még egy Providenttől sem, vagy az, hogy a kamatokat akarja megspórolni, ezért inkább tőled kér pénzt, mert te biztosan kamat nélkül fogsz adni. Mint amikor megkér, hogy vidd ki te a reptérre a saját autóddal a te költségeden, hogy neki ne kelljen taxira költeni.</w:t>
      </w:r>
    </w:p>
    <w:p>
      <w:r>
        <w:t>Én inkább lebeszélnélek arról, hogy bárkinek is kölcsön adjál. De ha mégis így teszel, mire érdemes odafigyelned?</w:t>
      </w:r>
    </w:p>
    <w:p>
      <w:r>
        <w:t>- Tekints úgy a kölcsönadott pénzre, mintha egy nagyon-nagyon rossz és kockázatos befektetésbe tennéd a pénzt. Megengedheted magadnak, hogy ezt a pénzt elveszítsd? Mennyi az a maximális összeg, amit elveszíthetsz? Ha többet szeretne kölcsönkérni, mint amennyit te a saját anyagi életedet veszélybe sodrása nélkül adni tudnál, akkor nem te vagy a megfelelő ember, akinek adnia kell neki pénzt.</w:t>
      </w:r>
    </w:p>
    <w:p>
      <w:r>
        <w:t>- Pontosan tisztázd le, hogy ez egy kölcsön és nem ajándék. Legyen egyértelmű a számára, hogy visszavárod a pénzed. Beszéljétek meg előre a "worst case scenario"-t is, vagyis mi lesz akkor, ha minden ígérgetése ellenére mégsem tudja visszaadni a pénzt? Átadja az autóját? Eladja a nyaralót és abból fizet ki? Tudom, elsőre nagyon meredeken hangzik egy ilyen beszélgetés rokonok vagy barátok között, de tudni fogja, hogy nem ajándékot kap és ezt a pénzt tényleg vissza kell majd adnia.</w:t>
      </w:r>
    </w:p>
    <w:p>
      <w:r>
        <w:t>- Az esetek zömében nincs semmilyen határidő kikötve az ilyen kölcsönökre, ami egyrészt nem jó sem a kölcsönkérőnek, sem a hitelezőnek, másrészt ezért is gondolja a legtöbbször úgy a hitelkérő, hogy sohanapján is ráér megadni a pénzt.</w:t>
      </w:r>
    </w:p>
    <w:p>
      <w:r>
        <w:t>Szintén a határidő hiánya okozza, hogy a kölcsönkérő a legutolsó helyre helyezi a te pénzedet, hiszen azt bőven ráér megadni, ha már nagyon meggazdagodott.</w:t>
      </w:r>
    </w:p>
    <w:p>
      <w:r>
        <w:t>Mindig legyen pontos határidő és ütemezés, hogyan várod vissza a pénzt. A legjobb ha kikötitek, hogy például neked legkésőbb év végéig kell ez a pénz, ezért ha havonta a tizedét fizeti vissza, akkor pont megkapod az egész összeget addigra.</w:t>
      </w:r>
    </w:p>
    <w:p>
      <w:r>
        <w:t>- Végezz hitelbírálatot. Csak annyit adj, amit a hitelfelvevő a valóságban is fizetni tud. Kérj tőle költségvetést, mire mennyit költ, mennyi marad meg neki a fizetéséből és abba belefér-e a kölcsönkért pénz törlesztése. Ha nem, ne adj kölcsönt, mert az garantáltan nem kölcsön lesz, maximum segély, még ha nem is annak szántad. Megismétlem még egyszer, hogy biztos átmenjen: ha nem fér bele a költségvetésébe a törlesztés, ne adj kölcsön pénzt. Ha akarsz, adj segélyt, de hitelt ne.</w:t>
      </w:r>
    </w:p>
    <w:p>
      <w:r>
        <w:t>- Soha ne adj kölcsön pénzt érzelmi alapon. Még azért sem, mert a kölcsönkérő kétségbe van esve, vagy nagyon megsajnáltad. Érzelmi alapon adhatsz adományt vagy segélyt neki, hogy kimentsd a bajból, de kölcsönt csak akkor adj, ha reális, hogy vissza is tudja fizetni.</w:t>
      </w:r>
    </w:p>
    <w:p>
      <w:r>
        <w:t>- Ha valakinek kölcsönadsz például 5 millió forintot, akkor évi 4,5%-os kamattal számolva te elesel évente 225 ezer forint kamattól. Ezért nyugodtan mondhatod neki, hogy szívességből adsz pénzt, de legyen oly kedves és legalább a kamatveszteségedet fedezze, ha már miatta kockáztatod a pénzed. Ez különösen hasznos akkor, ha valaki azért akar tőled kölcsönkérni, hogy a te károdra ő megszabaduljon a banknak fizetendő kamattól. (Tudod, ő spórol a reptéri taxin, hogy a saját pénzedből te vidd ki a reptérre a te autóddal.) A saját gyereknek adott átmeneti segítséget másként kezelem; az adósságból való kimentés nevelési céljáról korábban volt szó. Másoktól bátran kérj legalább a kockázatmentes állampapírok kamatának megfelelő összeget.</w:t>
      </w:r>
    </w:p>
    <w:p>
      <w:r>
        <w:t>- Mindig írjatok róla papírt, két tanúval, komolyabb összegnél akár közjegyzőnél. Nem csak azért, hogy lássa, hogy komolyan gondolod és legyen nyoma is, hogy például milyen ütemezést beszéltetek meg, de azért is, mert ha valami történik vele, mondjuk meghal hirtelen egy balesetben vagy szívinfarktusban, hogyan fogod bizonyítani, hogy tényleg jogosan tartasz igényt a saját pénzedre az örökségéből?</w:t>
      </w:r>
    </w:p>
    <w:p>
      <w:r>
        <w:t>- Folyamatosan tartsd a kapcsolatot a hitelfelvevővel, hívd fel, ha nem jelentkezik, minden rendben van-e. Ha nem tud fizetni, akkor is kommunikálj vele, rendszeresen. Magyarul folyamatosan hívogasd. Legyél nagyon megértő, de kellően kemény. Ne fogadj el olyan általános üres frázisokat, hogy most nem tudok fizetni, meg nem úgy sikerült, ahogy terveztem.</w:t>
      </w:r>
    </w:p>
    <w:p>
      <w:r>
        <w:t>Mondd, hogy üljetek le, nézzétek át, hogyan tudna spórolni és a többi. Legyen előtte is világos: nem azt nézzük át, hogy te még hány hónapig tudod nélkülözni a pénzedet, hanem azt, hogy ő hány hónapig tudná nélkülözni például az autóját, hogy a beletankolt pénzt inkább neked fizesse vissza.</w:t>
      </w:r>
    </w:p>
    <w:p>
      <w:r>
        <w:t>Azonban felesleges indulatot ne kelts, ne uralkodj a hitelfelvevőn vagy ne alázd meg, a kapcsolatotok már így is kellően terhelt a hitel miatt, nem kell még tovább fokozni a bajt. Legyél segítőkész, megértő, vigasztaló, de kellően kemény és önérdekű. Másképp fogalmazva, bárány lehetsz, de birka ne legyél.</w:t>
      </w:r>
    </w:p>
    <w:p>
      <w:r>
        <w:t>Ha kölcsönadtál valakinek, viselkedj úgy, mint egy bank. Akkor is, ha egy rokonodról, vagy barátodról van szó. Egyrészt amíg fizet, ne szólj bele az életébe, mit vett például a pénzedből, mert ebben a kérdésben most te nem barát vagy, hanem egy bankár. Azonban ha nem fizet, nyugodtan említsd meg neki, hogy nem gondolod úgy, hogy el kellene mennie a tengerpartra nyaralni a te pénzedből, majd menjen akkor, ha te már visszakaptad a pénzed.</w:t>
      </w:r>
    </w:p>
    <w:p>
      <w:r>
        <w:t>Nem kell szemérmesen hallgatni a közöttetek lévő problémáról, mint a nappaliban lévő elefántról, ha nem beszélünk róla, hátha eltűnik magától. Bátran hozd fel újra és újra a témát, magától soha nem fog megoldódni a probléma. (S legközelebb már te is tudni fogod, miért mondtam azt, hogy soha ne adj kölcsön rokonnak és barátnak pénzt. )</w:t>
      </w:r>
    </w:p>
    <w:p>
      <w:r>
        <w:t>"Kölcsönt ne végy, ne adj: mert a hitel elveszti önmagát, el a barátot", ahogy Polonius mondta ezt a Hamletben. A Biblia szerint pedig a kölcsönkérő rabszolgája lesz a kölcsönadónak, s egy baráti vagy rokoni kapcsolatban se rabszolgának, se úrnak nem jó lenni, egyik sem egy hálás szerep.</w:t>
      </w:r>
    </w:p>
    <w:p>
      <w:r>
        <w:t>Ezért én továbbra is arra bátorítanálak, hogy ne adj kölcsön pénzt ismerősnek, rokonnak vagy barátnak, ma már ezer ezzel foglalkozó pénzintézettől kérhet akár egy óra alatt is pénzt, aki erre szorul. De ha mégis adsz, legalább a fentieket tartsd be és talán nem fogja megmérgezni a kapcsolatotokat a kölcsönadott pénz és még vissza is fogod kapni azt.</w:t>
      </w:r>
    </w:p>
    <w:p>
      <w:r>
        <w:t>Ja és igen: itt nem arról van szó, hogy a gyerekednek adsz húszezret, amíg nem jön meg az ösztöndíj, vagy hogy a legjobb barátodat kisegíted a nyaraláson néhány ezressel, amit aztán mindketten el is felejtetek.</w:t>
      </w:r>
    </w:p>
    <w:p>
      <w:r>
        <w:t>- Soha ne segíts akkor, ha ez által te kerülsz nehéz helyzetbe. Csak a feleslegedből adj kölcsön. Ha a hathavi megtakarítás megvan, minden várható kiadásra is megmarad a fedezet, csak ezeken felül adj pénzt. Ne feledd, nagy esélye van annak, hogy nem fogják visszaadni. Ne te vagy a családod kerüljön nehéz helyzetbe más felelőtlensége miatt.</w:t>
      </w:r>
    </w:p>
    <w:p>
      <w:r>
        <w:t>- Tudj nemet mondani és ne érezd magad ettől rosszul.</w:t>
      </w:r>
    </w:p>
    <w:p>
      <w:r>
        <w:t>- Beszéljétek meg a visszafizetés menetrendjét napra pontosan és ezt írásban is rögzítsétek. Ha már egy nap csúszás is van, jelentkezz, hogy mi újság. Lássa a másik fél, hogy te komolyan veszed a megbeszélt dolgokat. Amíg nem fizet, rendszeresen keresd, ha másként nem, dobj kétnaponta egy e-mailt.</w:t>
      </w:r>
    </w:p>
    <w:p>
      <w:r>
        <w:t>- Ha nem tud időre fizetni, ajánld fel, hogy segítesz neki rendbe tenni a pénzügyeit, hogy megtaláljátok és felszabadítsátok azokat a forrásokat, amiből ki tudja fizetni a tartozását. Például javasold neki, hogy most két hónapig busszal járjon dolgozni és otthonról vigye az ebédet. Ha ezen megsértődik, emlékeztesd arra, hogy jelenleg a te pénzedből tankol és a te pénzedből ebédel és ha nem haragszik, amíg ez az állapot fennáll, te döntöd el, hogy mire költse a te pénzedet. Maximum legközelebb majd nem tőled fog kölcsönkérni.</w:t>
      </w:r>
    </w:p>
    <w:p>
      <w:r>
        <w:t>- Ne érezd magad rosszul, hogy visszakéred, ami a sajátod és ne is engedd, hogy ezt éreztesse veled. Mindenféle lelki manipulálásnak állj ellen és mondd meg neki kerek perec, hogy te semmi mást nem akarsz, csak a pénzedet, amiért megdolgoztál.</w:t>
      </w:r>
    </w:p>
    <w:p>
      <w:r>
        <w:t>A félreértésnek egészen hétköznapi formája is lehet: én is jártam úgy, hogy az adós utólag ajándéknak gondolta azt, amit kölcsönnek adtam. Ezért a papír címe és tartalma is tegye egyértelművé, miről állapodtatok meg.</w:t>
      </w:r>
    </w:p>
    <w:p>
      <w:pPr>
        <w:pStyle w:val="Heading2"/>
      </w:pPr>
      <w:r>
        <w:t>A kölcsönadás jogi oldala</w:t>
      </w:r>
    </w:p>
    <w:p>
      <w:r>
        <w:t>A kölcsön visszafizetését nem elég remélni. Barnabás az alábbiakban a szerződés, a biztosítékok és a követelés érvényesítésének jogi oldalát járja körül.</w:t>
      </w:r>
    </w:p>
    <w:p>
      <w:r>
        <w:t>A magánszemélyek közötti kölcsön szinte mindig kényes terep: nagyon ritkán készül róla papír, emiatt és sok más körülmény miatt gyakran nehézkes behajtani, főleg ha nem tudják, hogy milyen módon érdemes hozzálátni.</w:t>
      </w:r>
    </w:p>
    <w:p>
      <w:r>
        <w:t>Vannak különböző ál-civil szervezetek, zugírászok, akik egyébként bűncselekményt is megvalósítva adnak tanácsokat, hogy miként lehet eltüntetni a vagyont a hitelezők elől; közös jellemzője ezeknek a módszereknek, hogy felkészült hitelezővel szemben egyik sem működik és csak feleslegesen generál költséget az adósnak, amit akár törlesztésre is fordíthatott volna – és akkor még jobban is alszik ha a törlesztésre fordítja.</w:t>
      </w:r>
    </w:p>
    <w:p>
      <w:r>
        <w:t>A kölcsönszerződés szóban is érvényesen köthető, de mindenkinek legyen annyi esze, hogy legalább annyit leír, hogy ki adott kinek és mennyit, valamint a visszafizetés határidejét. Tudjuk, Magyarországon csupa gentleman van, így „minek írjuk le, együtt jártunk iskolába” – de az iskolai évekkel szemben a papír egy perben is ér valamit. Itt is a közokiratba foglalás a legbiztosabb, ugyanis az közvetlenül végrehajtható, ha az adós nem fizetne – nyilván drágább is mint nyomtatni egy szerződést otthon.</w:t>
      </w:r>
    </w:p>
    <w:p>
      <w:r>
        <w:t>Mindig kössünk ki kamatot arra az esetre (írásban), ha nem fizeti vissza időben a pénzt, különben egy peres eljárás után meg kell elégednünk az igen combos 2% alatti jegybanki alapkamattal, ami (rossz) vicc kategória. Maga a kölcsön természetesen lehet kamatmentes (szerintem ismerősök között az a normális), de ha nem fizeti vissza, annak igenis legyen valós következménye. A túlzott mértékű kamatot mérsékelheti a bíróság kérelemre, tehát észnél legyünk annak megállapításánál, de egy évi 8-10%-os kamattal senkinek nem lehet problémája.</w:t>
      </w:r>
    </w:p>
    <w:p>
      <w:r>
        <w:t>Nagyobb összegű kölcsönnél (ez nyilván mindenkinek más összeget jelent) kérjünk biztosítékot a visszafizetésre: készfizető kezességet vagy jelzálogot. A kezestől gyakorlatilag ugyanúgy hajtható be a tartozás, mint az adóstól. A kezesség egyébként lehet készfizető vagy sortartó, előbbinél a kezestől bármikor követelhetjük a pénzt, sortartónál csak akkor, ha az adóstól ésszerű időn belül nem tudjuk behajtani. Újdonsága az új Ptk.-nak, hogy a sortartó kezesség készfizetővé alakul, ha az adósunk elköltözik (lelép) és emiatt megnehezül a behajtás. Megjegyzés: gyakran gondolják, hogy az adóstárs az valami harmadik kategória („Én csak adóstárs vagyok, előbb menjenek az adóshoz!!!”); az adóstárs az ugyanolyan adós, mint az „adós”, csak valahogy jelezni kell, hogy többen vannak.</w:t>
      </w:r>
    </w:p>
    <w:p>
      <w:r>
        <w:t>A kezességhez még egy gondolat: senki ne menjen el kezesnek! Akkor vállalja be, ha reálisan nézve ki tudja fizetni a teljes tartozást úgy, hogy ez nem okoz számára nélkülözést és még ez esetben sem romlik meg a viszonya az adóssal. Ha a kezes fizet az adós helyett, akkor a kifizetett részt követelheti az adóson később (sőt, még a jelzálognak is jogosultja lesz abban a részben, ha van ilyen), csak hát nem véletlen nem fizet többnyire az adós…</w:t>
      </w:r>
    </w:p>
    <w:p>
      <w:r>
        <w:t>A jelzálogot bejegyeztethetjük az adós ingatlanára, illetve ha van valamilyen értékkel bíró ingósága (pl. autó), akkor arra is lehetséges, utóbbit a Hitelbiztosítéki Nyilvántartásba kell bejegyeztetni, amit közjegyzőnél kell intézni. Természetesen van még sok más mód, de magánszemélyeknél ennyi lehetőségnek elégnek kell lennie.</w:t>
      </w:r>
    </w:p>
    <w:p>
      <w:r>
        <w:t>Ha nem fizet az adósunk, akkor első körben közjegyzőhöz kell menni és kérni ún. fizetési meghagyás kibocsátását. Az FMH-nál semmilyen bizonyítékot nem kell előzetesen bemutatni, azok majd csak az esetleges bírósági eljárásban kellenek. A követelés 3%-át be kell fizetnünk illetékként, a közjegyző kiküldi a meghagyást az adósnak, akinek 15 napja van ellentmondani. Ha ezt nem teszi meg, akkor jogerőre emelkedik az FMH és ugyanolyan, mintha egy jogerős ítéletünk lenne, az alapján kérhetünk végrehajtást.</w:t>
      </w:r>
    </w:p>
    <w:p>
      <w:r>
        <w:t>Ha 15 napon belül ellentmond az adós, mert szerinte nem tartozik vagy nem annyival, akkor erről a közjegyző értesítést küld a hitelezőnek. A hitelező kérheti a perré alakítást, ekkor be kell fizetnie még 3% illetéket és a továbbiakban rendes polgári perként folyik az ügy.</w:t>
      </w:r>
    </w:p>
    <w:p>
      <w:r>
        <w:t>A létező legnagyobb butaság nem átvenni az ajánlott-tértis leveleket, mégis még mindig vannak olyanok, akik szerint homokba dugni a fejüket egy biztos és jó megoldás. Amennyiben nem veszik át a levelet, akkor ún. kézbesítési vélelem alapján a második megkísért kézbesítés utáni 5. munkanapon kézbesítettnek kell tekinteni, tehát semmire nem ment azzal, hogy nem vette át, csak nem ismeri a tartalmát. Ha az átvételt kifejezetten megtagadta, akkor viszont azonnal kézbesítettnek kell tekinteni.</w:t>
      </w:r>
    </w:p>
    <w:p>
      <w:r>
        <w:t>Ha nem tudjuk, hogy hol lakik az adósunk, akkor a KEKKH nevű hivataltól kikérhetjük a lakcímét, ehhez igazolni kell, hogy mire kell az adat, majd be kell fizetni 3500 Ft-ot (erről később küldenek sárga csekket). Ehhez kapcsolódik, hogy mindig jelentsük be szerződéses partnereinknek (bank, biztosító, stb.) ajánlott-tértis levélben, ha elköltöztünk, nagyon sok baj lehet belőle, ha a régi címen keresnek.</w:t>
      </w:r>
    </w:p>
    <w:p>
      <w:r>
        <w:t>Lehetséges, hogy az adósunk igyekszik kivonni a vagyontárgyakat a tulajdonából, hogy ne tudjuk rajta végrehajtani az összeget és elajándékozza, „papíron” eladja egy rokonnak, haszonélvezetet alapít rajta, stb. Amennyiben ilyen módon von el vagyontárgyat, akkor a tárgy megszerzőjével szemben kell pert indítanunk tűrésre kötelezés iránt, hogy tűrje, hogy a végrehajtó végrehajtsa a tartozást az adott vagyontárgyon. Sokan ezzel kifejezetten a végrehajtót keresik meg, de a végrehajtó csak végrehajtható okiratból tud dolgozni, amit nekünk kell beszerezni a fent ismertetett módon.</w:t>
      </w:r>
    </w:p>
    <w:p>
      <w:r>
        <w:t>Csak akkor tudja kivonni a vagyontárgyakat a végrehajtás alól, ha az akinek odaadja ellenérték fejében szerezte és jóhiszemű volt (tehát nem tudja, hogy a fedezetet kívánta ezzel elvonni az adós). Ha az üzletet hozzátartozóval kötik, akkor a hozzátartozónak kell bizonyítani, hogy fizetett érte és azt is, hogy nem tudott, hogy a tartozás fedezetét szerették volna elvonni ilyen módon.</w:t>
      </w:r>
    </w:p>
    <w:p>
      <w:r>
        <w:t>Azt remélem, mondanom sem kell, hogy nem megoldás felfogadni három-négy markos legényt.</w:t>
      </w:r>
    </w:p>
    <w:p>
      <w:pPr>
        <w:pStyle w:val="Heading2"/>
      </w:pPr>
      <w:r>
        <w:t>Az idős szülő támogatása és a határai</w:t>
      </w:r>
    </w:p>
    <w:p>
      <w:r>
        <w:t>Tanácsadások során gyakran előkerül az eltartásra szoruló idős szülőre áldozott pénz.</w:t>
      </w:r>
    </w:p>
    <w:p>
      <w:r>
        <w:t>Az idős szülőket köteles vagy támogatni, ahogy a Biblia mondja, add meg a viszont-tartozást: szükség esetén tápláld őket, ahogy tápláltak téged kiskorodban és pelenkázd őket, ahogy ők pelenkáztak gyerekkorodban.</w:t>
      </w:r>
    </w:p>
    <w:p>
      <w:r>
        <w:t>Ez így is van rendjén.</w:t>
      </w:r>
    </w:p>
    <w:p>
      <w:r>
        <w:t>De nem vagy köteles támogatni a szüleidet akkor, ha a lehetőségeik felett akarnak élni, ha tudnának dolgozni, de inkább eltartatják magukat, ha értelmetlen hiteleket vesznek fel és azok miatt kerülnek anyagi gondba újra és újra, ha elisszák a pénzed és a többi.</w:t>
      </w:r>
    </w:p>
    <w:p>
      <w:r>
        <w:t>Sajnos nagyon gyakran előfordul, hogy te nem veszel magadnak új telefont, mert spórolsz, bezzeg anyád vesz egy kétszázezres csilli-villi készüléket, önerő nélkül 24 havi részletre. Majd a fia/lánya küld pénzt, ha nem tudja fizetni a rezsit vagy nincs mit ennie.</w:t>
      </w:r>
    </w:p>
    <w:p>
      <w:r>
        <w:t>Rengetegszer előkerül ez a probléma. Kifizeted a szülők hiteleit, majd bele rokkansz, kettőt pislantasz és máris újabb hiteleket vettek fel.</w:t>
      </w:r>
    </w:p>
    <w:p>
      <w:r>
        <w:t>Rokkantnyugdíjra autót vesznek, vadonatújat, mert arra adnak támogatást, te meg majd fizeted a törlesztőrészleteket és veszel nekik ételt, mert benzinre költötték a pénzüket, azt pedig csak nem hagyhatod, hogy éhezzenek, ugye?! Ennyi meg már csak jár nekik az élettől, hogy idős korukban kényelmesen utazgassanak ide-oda, nem?!</w:t>
      </w:r>
    </w:p>
    <w:p>
      <w:r>
        <w:t>Dolgozhatna, mert még hatvan éves sincs, de már tíz éve csak eltartatja magát a gyerekeivel. Nehogy már elmenjen 130 ezerért a Tescoba dolgozni, ott az okosba' megoldott rokkantnyugdíj, a többit meg a gyerekektől pumpolja érzelmi zsarolással. (Visszatérve a Bibliára, abban is az áll, aki nem akar dolgozni, ne is egyen. Kortól függetlenül. Aki nem képes dolgozni és megélni, azt támogatnod kell, viszont aki nem akar dolgozni, az ne is egyen.)</w:t>
      </w:r>
    </w:p>
    <w:p>
      <w:r>
        <w:t>Nagyon-nagyon sok emberrel beszéltem, akik súlyos milliókat öltek már abba, hogy kifizessék a szüleik ostoba hitelfelvételeinek eredményét és olyan életszínvonalat biztosítsanak nekik, amit nem engedhetnének meg maguknak.</w:t>
      </w:r>
    </w:p>
    <w:p>
      <w:r>
        <w:t>(Ugyanez szokott működni még húggal/báttyal és mindenféle egyéb rokonnal is. Két kicsi gyerekük van, csak ne kerüljenek már utcára, csak azért mert mindent megvesznek maguknak hitelből. Te nem veszel autót magadnak, mert spórolsz, a húgodék újat vesznek a minimálbérre, mert csak. Aztán elvárják, hogy támogasd őket, mert neked az kötelességed.)</w:t>
      </w:r>
    </w:p>
    <w:p>
      <w:r>
        <w:t>Szeretném felhívni a figyelmedet, hogy egyáltalán nem vagy köteles a rokonaid tévedéseiért, lustaságukért, nagylábon éléseikért és tévútaiért fizetni.</w:t>
      </w:r>
    </w:p>
    <w:p>
      <w:r>
        <w:t>Annyi a kötelességed, hogy a minimális(!) megélhetést biztosítsd nekik, de azt is csak akkor, ha erre maguktól nem képesek! Ha megtehetné, de élősködő, vagy csak szimplán ostoba, vagy alkoholista, akkor nyugodtan mondd el nekik, min kell változtatniuk, hogy megéljenek a maradékból.</w:t>
      </w:r>
    </w:p>
    <w:p>
      <w:r>
        <w:t>Tedd tisztává előttük, hogy soha többet nem fogod támogatni őket pénzzel és szívesen segítesz nekik, hogy megváltozzanak, hogy a saját erejükből(!!!) kimásszanak a gödörből, mindent megteszel nekik egy dolgot kivéve: nem adsz nekik több pénzt. Menjenek el dolgozni, ha még képesek rá, adják el az autót, ne akarjanak nyaralni menni, ha nincs rá pénzük, legyen elég a paprikás krumpli és a parizer, ha csak arra futja, ne akarjon dohányozni a te pénzedből és a többi.</w:t>
      </w:r>
    </w:p>
    <w:p>
      <w:r>
        <w:t>A te kereseted a tiéd és nem anyádé, vagy a húgodé/bátyádé.</w:t>
      </w:r>
    </w:p>
    <w:p>
      <w:r>
        <w:t>Azért is jó, ha minél hamarabb belebuknak egy hitelbe, mert akkor felkerülnek a rossz adósok listájára és nem tudnak további hiteleket felvenni.</w:t>
      </w:r>
    </w:p>
    <w:p>
      <w:r>
        <w:t>Nyugodtan engedd el őket a falig, aztán amikor a lakást is elárverezték, akkor fizesd helyettük (részben) egy pici garzon bérleti díját, de semmi többet. A segély vagy a nyugdíj elég a paprikás krumplira és a mindennapi csirke farhátra. Rengetegen esznek ezt nap, mint nap.</w:t>
      </w:r>
    </w:p>
    <w:p>
      <w:r>
        <w:t>Csak nehogy félreértsd: ha jól keresel és hálás vagy a szüleidnek, vagy csak szimplán szereted őket, fizesd be őket akár havonta egy nyaralásra és vegyél nekik egy autót, hadd örüljenek neki. Támogasd őket havi százezerrel, vagy fizesd ki a hitelüket, vegyél nekik nagyobb lakást. De önszántadból és nem azért, mert zsarolnak és élősködnek rajtad. A piócákat le kell ráznod magadról, tartozol ennyivel magadnak és a saját gyerekeidnek, akitől elveszed ezt a pénzt.</w:t>
      </w:r>
    </w:p>
    <w:p>
      <w:r>
        <w:t>Minél hamarabb szembesíted a valósággal a rokonaidat, annál jobb neked is, de nekik is. Van, akinek 70 évesen kell felnőtté válnia, de jobb későn, mint soha.</w:t>
      </w:r>
    </w:p>
    <w:p>
      <w:r>
        <w:t>Ha ilyen rokonaid vannak, akik csak hiteleket hagynak maguk után örökségül, fontos, hogy lemondj az örökségről, mert erre jogod van. De ha ezzel a joggal nem élsz időben, csúnyán pórul jársz és megnyered az összes hitelüket. (Vagy lemondasz a teljes örökségről, vagy kérsz mindent, olyan nincs, hogy a lakás kell, a hitelek viszont nem.)</w:t>
      </w:r>
    </w:p>
    <w:p>
      <w:r>
        <w:t>Ideje, hogy meghozd ezt a döntést, ha te is ilyen cipőben jársz. Fújni fognak rád és minden rossz embernek elmondanak majd, de ne érdekeljen. Nekik is így lesz jobb, még ha ők nem is így gondolják.</w:t>
      </w:r>
    </w:p>
    <w:p>
      <w:r>
        <w:t>Természetesen van, amikor más a helyes döntés, és vannak kivételek. Itt azokról a helyzetekről beszélek, ahol a támogatás újra és újra ugyanazt a felelőtlenséget tartja életben.</w:t>
      </w:r>
    </w:p>
    <w:p>
      <w:pPr>
        <w:pStyle w:val="Heading2"/>
      </w:pPr>
      <w:r>
        <w:t>Két generáció közé szorulva</w:t>
      </w:r>
    </w:p>
    <w:p>
      <w:r>
        <w:t>A két generáció közé szorult korosztályt szendvicsgenerációnak nevezik. Ez nem a korcsoport kedvenc ételére utal, hanem arra, hogy ez a korosztály az, amelyik két generáció szorítása közé került.</w:t>
      </w:r>
    </w:p>
    <w:p>
      <w:r>
        <w:t>Ők azok, akiknek még el kell tartaniuk a saját gyerekeiket, gyakran azok felnőtté válása után is, illetve anyagilag támogatniuk kell az idős szüleiket is. Ők jellemzően 40 és 60 év közöttiek. De nem csak anyagilag, hanem például gondozás szempontjából is mindkét generációra időt kell szakítaniuk (saját magukon és a házastársukon kívül).</w:t>
      </w:r>
    </w:p>
    <w:p>
      <w:r>
        <w:t>Míg az idősebben jellemzően több munkát és időt igényelnek, a fiatalok több pénzbe kerülnek. Ahogy nő az átlagos várható életkor és az ingatlanárak miatt is egyre később költöznek el a fiatalok a családtól, egyre nagyobb a nyomás ezen a generáción. (A 18 és 29 éves amerikai fiatalok 52%-a még mindig otthon lakott 2020-ban.)</w:t>
      </w:r>
    </w:p>
    <w:p>
      <w:r>
        <w:t>Amerikai felmérések szerint az ötven év feletti szülők, akinek még legalább az egyik szülője él, 59%-a támogatja a már felnőtt gyerekét is anyagilag.</w:t>
      </w:r>
    </w:p>
    <w:p>
      <w:r>
        <w:t>A legnagyobb veszélye ennek a korcsoportnak, hogy a szülők és a gyerekek támogatása miatt saját magának nem lesz elég tartaléka a megélhetésre nyugdíjas korára, így újra termelődik a probléma, ők is rá fognak szorulni a gyerekeik anyagi ellátására.</w:t>
      </w:r>
    </w:p>
    <w:p>
      <w:r>
        <w:t>Ezért nagyon fontos ennek a korosztálynak, hogy tudatos maradjon a pénzügyeiben és a legfontosabb, hogy megtanuljon nemet mondani, úgy a gyerekei, mint a szülei felé.</w:t>
      </w:r>
    </w:p>
    <w:p>
      <w:r>
        <w:t>Nincs abban semmi rossz, ha a 25 éves kislány maga fizeti a telefonszámláját vagy a 28 éves kisfiú arányosan hozzájárul az otthoni lakhatásának minden költségéhez, beleértve az étkezést is. S nem, nem kell tolerálni, hogy a felnőtt gyerek nem dolgozik, mert van hol laknia és úgyis adnak neki enni. (Egyébként is, ha anyagilag megtehetik, fontos lenne, hogy elköltözzenek otthonról, hiszen hamarosan már nekik kellene eltartani és gondot viselni minden tekintetben egy családra. Nem biztos, hogy menni fog, ha a harmincéves kisfiúra még az anyja mos és főz. Látszólag pénzkidobásnak tűnik ilyen esetben egy lakást bérelni, de fontos, hogy megtanulják az önellátást, még mielőtt saját családot alapítanak.)</w:t>
      </w:r>
    </w:p>
    <w:p>
      <w:r>
        <w:t>Az is nagyon gyakori, hogy az idős szülők, gyakran még munkaképesek, eltartatják magukat a gyerekeikkel. Hiteleket vesznek fel, több százezres telefonokat vesznek, aztán elvárják, hogy a gyerekek fizessék helyettük a rezsit. Itt is tudnod kell nemet mondani, ennek határait az idős szülők eltartásánál már végignéztük.</w:t>
      </w:r>
    </w:p>
    <w:p>
      <w:r>
        <w:t>De ugyanígy mondj nemet a gyerekednek, ha a fejébe veszi, hogy ő külföldön akar tanulni a te pénzedből. Világosítsd fel, hogy erre találták fel a diákhitelt, menjen a saját maga által felvett hitelből, ha akar. (Ha kifizeted mellényzsebből a költségeket, akkor persze akár állhatod te is a számlát. De ha nem ez a helyzet, egy felnőtt gyereknek már nyugodtan lehet mondani, hogy tanuljon a saját pénzén.)</w:t>
      </w:r>
    </w:p>
    <w:p>
      <w:r>
        <w:t>Fontos beszélni az idősödő rokonaiddal is, hogyan állnak anyagilag, felmérni időben, hogy szükséges lesz-e, hogy te is besegíts és ha igen, milyen havi összegben.</w:t>
      </w:r>
    </w:p>
    <w:p>
      <w:r>
        <w:t>A pénzügyekben talán a legfontosabb kifejezés a tudatosság és erre nagy szükséged lesz ebben a helyzetben is. Érdemes előre felmérni, milyen anyagi kötelezettségeid lesznek mind a gyerekeiddel, mind a szüleiddel kapcsolatban és ennek megfelelően megtervezni az anyagi életedet. A legrosszabb, amit tehetsz, hogy csak sodródsz az árral hónapról-hónapra és te magad kerülsz rossz anyagi körülmények közé, mert erőd felett segítettél a gyerekeidnek és/vagy a szüleidnek.</w:t>
      </w:r>
    </w:p>
    <w:p>
      <w:r>
        <w:t>Először a saját jövődre kell gondolnod és elég pénzt félretenni a saját öregkorodra, hogy ne termeld újra a problémát a saját gyerekeid számára. Ezután kell priorizálni a két generációra fordítandó kiadásokat és ahogy már említettem, felismerve a lehetőségeid határait, meg kell tanulni nemet mondani akár a szüleidnek, akár a gyerekeidnek. Legyen szó pénzről vagy az idődről.</w:t>
      </w:r>
    </w:p>
    <w:p>
      <w:pPr>
        <w:pStyle w:val="Heading2"/>
      </w:pPr>
      <w:r>
        <w:t>Tartás gondozás és életjáradék</w:t>
      </w:r>
    </w:p>
    <w:p>
      <w:r>
        <w:t>Az idős ember ellátásáról szerződésben is meg lehet állapodni. Ez egyszerre érinti a gondozást, a vagyont és a későbbi örökséget. A különbségeket Barnabás foglalja össze.</w:t>
      </w:r>
    </w:p>
    <w:p>
      <w:r>
        <w:t>A tartási vagy életjáradéki szerződés lehet kiváló befektetés és lehet az életet megkeserítő felesleges szerződés is, aminek a megkötését évek után is bánni fogjuk; ezért érdemes tisztában lenni azzal, hogy mivel jár, mielőtt a könnyű pénz ígéretére beleugrunk egy ilyen szerződésbe.</w:t>
      </w:r>
    </w:p>
    <w:p>
      <w:r>
        <w:t>Első körben fontos tudni, hogy az életjáradéki/tartási szerződésnek két módozata van: vagy öröklési szerződésként vagy „sima” tartási/életjáradéki szerződésként lehet megkötni. A két módozat közötti különbség, hogy ha öröklési szerződésként kötik meg a felek, akkor az eltartóra az öröklés pillanatában száll át a tulajdonjog, míg a „sima” tartási szerződésnél már a szerződés megkötése után közvetlenül. Az egyszerűség kedvéért mind a két módot és azok különböző formáit tartási szerződésnek fogom nevezni, külön jelzem ahol az egyes formák között eltérés van.</w:t>
      </w:r>
    </w:p>
    <w:p>
      <w:r>
        <w:t>A tartási szerződés úgynevezett szerencseszerződés, ez abból ered, hogy az eltartott meghalhat már a szerződéskötés után két héttel, de 1-2 évtizedig is dacolhat az elmúlással, s ennek köszönhetően csúnya ráfizetés is lehet egy jónak induló befektetés. Pontosan emiatt én nem is tekintem befektetésnek, túlzottan kiszámíthatatlan ahhoz. A szerencseelem miatt ezt a szerződést nem is lehet megtámadni (érvénytelenné tenni) feltűnő értékaránytalanságra hivatkozással, tehát nem számít, hogy mennyire állt arányban a tartás értéke az így megszerzett vagyonnal (2 hónapnyi tartással is meg lehet szerezni százmilliós vagyonokat).</w:t>
      </w:r>
    </w:p>
    <w:p>
      <w:r>
        <w:t>Korábban (a régi Ptk. alapján) gyakran használták ezt a szerződéstípust arra, hogy a segítségével kizárják az örökösöket a kötelesrészből, ugyanis ez a szerződés visszterhes (ellenszolgáltatás van benne), a kötelesrész alapjába viszont csak az ingyenes juttatások számítanak bele, így ha a teljes hagyaték volt a szerződés tárgya, a kötelesrészbe gyakorlatilag semmi nem tartozott bele, tehát a kötelesrész is 0 lett.</w:t>
      </w:r>
    </w:p>
    <w:p>
      <w:r>
        <w:t>Az új Ptk. ezt megváltoztatta: a tartási szerződéssel szerzett vagyonból le kell vonni a tartás értékét (amennyibe került volna a tartás, ha ki kell fizetni) és az így kapott összeg beleszámít a kötelesrész alapjába, ha az eltartott két éven belül hal meg. Ha két évnyi tartás után hal meg, már nem tartozik bele a kötelesrész alapjába.</w:t>
      </w:r>
    </w:p>
    <w:p>
      <w:r>
        <w:t>Ha mi szeretnénk eltartók lenni és az a kérdés, hogy öröklési vagy sima tartási szerződést kössünk, akkor mindig érdemesebb sima tartási szerződést kötni, mert hamarabb kerül hozzánk a tulajdon, nem tesszük ki magunkat egy öröklési pernek vagy hagyatéki eljárásnak – ráadásul az öröklési (tartási) szerződésnek több követelménynek kell megfelelnie, hogy érvényes legyen; így több a potenciális buktató.</w:t>
      </w:r>
    </w:p>
    <w:p>
      <w:r>
        <w:t>A szerződések fajtái a szerződés tartalma alapján: (1) tartási, (2) gondozási, (3) életjáradéki.</w:t>
      </w:r>
    </w:p>
    <w:p>
      <w:r>
        <w:t>(1) Tartási szerződésnél az eltartó az eltartott lakhatásának biztosítására, élelemmel és ruházattal való ellátásárára, gondozására, betegsége esetén ápolására és gyógyíttatására, halála esetén illő eltemettetésére köteles, ha nem állapodnak meg másképp.</w:t>
      </w:r>
    </w:p>
    <w:p>
      <w:r>
        <w:t>(2) Gondozási szerződésnél ugyanúgy az eltartott jó állapotának fenntartása a cél, csak valamilyen módon enyhébb formában; ugyanakkor sok konkrétumot nem lehet még elmondani erről a formáról, ugyanis korábban nem volt lehetséges pusztán „gondozásra” szerződést kötni, így még nem tudjuk, hogy a bírói gyakorlat mit fog elfogadni ellenértékként.</w:t>
      </w:r>
    </w:p>
    <w:p>
      <w:r>
        <w:t>(3) Életjáradéki szerződésnél az eltartó bizonyos meghatározott pénzösszeget köteles fizetni, ez a forma annyiból előnyösebb, hogy az eltartó állapota voltaképpen közömbös – a másik két módnál nyilván több a kötelezettség, ha az eltartott beteg, stb., itt viszont minden esetben ugyanannyit kell fizetni. Ezt a fajtát rendszerint úgy kötik, hogy induláskor kifizetnek egy nagyobb összeget (többnyire az ingatlan felújítására), majd havonta előre fizetnek mintegy „nyugdíj-kiegészítést”.</w:t>
      </w:r>
    </w:p>
    <w:p>
      <w:r>
        <w:t>Lehetséges, hogy a felek viszonya megromlik a szerződés tartalma alatt, ha tartásra vagy gondozásra kötöttek szerződést, akkor a bíróság jogosult életjáradéki szerződéssé alakítani, így a szerződés megmarad, de nem kell egymást látnia az eltartónak és az eltartottnak. Pontosan emiatt, érdemes a szerződésbe beleírni, hogy ha tartásra kötünk szerződést, a tartásnak mekkora értéket tulajdonítunk (így nem fog meglepetés érni, ha esetleg átalakítanák a szerződést életjáradékivá).</w:t>
      </w:r>
    </w:p>
    <w:p>
      <w:r>
        <w:t>Szélsőséges esetben a bíróság meg is szüntetheti a szerződést valamelyik fél kérelmére, de ehhez tényleg nyomós indok kell. A felek egyoldalúan nem tudják megszüntetni a szerződést, csak bírósághoz fordulhatnak ez ügyben. A szerződést tehát csak a bíróság, vagy a felek maguk – egymással egyetértésben – szüntethetik meg.</w:t>
      </w:r>
    </w:p>
    <w:p>
      <w:r>
        <w:t>A tartási szerződéssel kapcsolatban a következőket kell megfontolni: biztosak vagyunk-e abban, hogy az eltartottal való jó viszonyunk kitart az eltartott haláláig? Amennyiben nem tudjuk, vagy pedig eleve életjáradéki szerződést kötünk, tudjuk-e vállalni azt, hogy a meghatározott pénzösszeget az eltartott – szélsőséges esetben – 90 éves koráig minden egyes hónapban fizessük? Végül: bírjuk-e idegekkel, ha az eltartott sokáig él és emiatt már egy néhány százalékos bankbetéttel is többet kerestünk volna, vagy legalább nem buktunk volna a szerződésen, ami elsőre jó üzletnek tűnt…</w:t>
      </w:r>
    </w:p>
    <w:p>
      <w:r>
        <w:t>Jogszabályok tanulmányozásra: Ptk. (2013. évi V. törvény) 6:491-497. §, 7:48-52. §, 7:80. § (4) bek.</w:t>
      </w:r>
    </w:p>
    <w:p>
      <w:pPr>
        <w:pStyle w:val="Heading1"/>
      </w:pPr>
      <w:r>
        <w:t>Ha valami váratlan történik a családban</w:t>
      </w:r>
    </w:p>
    <w:p>
      <w:pPr>
        <w:pStyle w:val="Heading2"/>
      </w:pPr>
      <w:r>
        <w:t>A legnagyobb kockázat nem mindig a befektetésed</w:t>
      </w:r>
    </w:p>
    <w:p>
      <w:r>
        <w:t>Egyre többen várják aggódva a következő pénzügyi válságot. Aggódnak a befektetéseik miatt, legyen az részvény, ingatlan, de akárcsak állampapír is.</w:t>
      </w:r>
    </w:p>
    <w:p>
      <w:r>
        <w:t>Pedig ha aggódni szeretnél, van egy tucat másik olyan dolog, ami sokkal nagyobb pénzügyi kockázat, mint az, hogy a részvényeid vagy az ingatlanaid ára esik 30%-ot.</w:t>
      </w:r>
    </w:p>
    <w:p>
      <w:r>
        <w:t>Íme néhány példa, amin szinte biztos, hogy többet buksz, mint a befektetéseiden:</w:t>
      </w:r>
    </w:p>
    <w:p>
      <w:r>
        <w:t>- Válás</w:t>
      </w:r>
    </w:p>
    <w:p>
      <w:r>
        <w:t>- A házastársad meghal és magadra hagy három öt év alatti gyerekkel.</w:t>
      </w:r>
    </w:p>
    <w:p>
      <w:r>
        <w:t>- Hosszan tartó és költséges betegség a családban.</w:t>
      </w:r>
    </w:p>
    <w:p>
      <w:r>
        <w:t>- A szüleid eltartásra szorulnak éveken-évtizedeken át.</w:t>
      </w:r>
    </w:p>
    <w:p>
      <w:r>
        <w:t>- A 38 éves gyereked még mindig otthon lakik.</w:t>
      </w:r>
    </w:p>
    <w:p>
      <w:r>
        <w:t>- Te vagy valamelyik családtagod gondatlanságból kárt okoztok és több tíz vagy száz millióra beperelnek. (Például miattatok ég ki három másik lakás az épületben és további tízet tönkretesz az oltásnál használt vízözön.)</w:t>
      </w:r>
    </w:p>
    <w:p>
      <w:r>
        <w:t>- A 15 éves gyereked elintézi, hogy nagypapa/nagymama legyél hamarabb, mint szeretnéd.</w:t>
      </w:r>
    </w:p>
    <w:p>
      <w:r>
        <w:t>- Az örökségből, amire számítottál egy csaló kiforgatja a szüleidet.</w:t>
      </w:r>
    </w:p>
    <w:p>
      <w:r>
        <w:t>- Háború, diktatúra és egyéb rajtad kívülálló események.</w:t>
      </w:r>
    </w:p>
    <w:p>
      <w:r>
        <w:t>- A házastársadról kiderül, hogy titokban súlyos szerencsejáték-függő és már hatalmas adósságokat halmozott fel a hátad mögött.</w:t>
      </w:r>
    </w:p>
    <w:p>
      <w:r>
        <w:t>- Az adójogszabályok hirtelen változása miatt az eddig jövedelmező befektetés hirtelen ráfizetésessé válik és nem tudsz belőle kiszállni, mert mindenki ugyanezt akarja tenni, de túl szűk az ajtó, amin mindenki egyszerre akar kirohanni.</w:t>
      </w:r>
    </w:p>
    <w:p>
      <w:r>
        <w:t>Még lehetne sorolni a kockázatokat. A legtöbb ellen tudsz védekezni megfelelő biztosításokkal vagy diverzifikációval tudod csökkenteni a negatív hatásukat, a családi problémák egy részét pedig megfelelő hozzáállással tudod megelőzni (válás, tinédzseranyaság).</w:t>
      </w:r>
    </w:p>
    <w:p>
      <w:r>
        <w:t>Csak arra akartam rámutatni, hogy a legnagyobb pénzügyi veszélyt ritkán a portfóliód jelenti, sok más helyről nagyobb veszteséget tudsz elszenvedni, mint az a néhány millió forintnyi bukás a befektetéseiden, ami miatt naponta aggódsz.</w:t>
      </w:r>
    </w:p>
    <w:p>
      <w:r>
        <w:t>Ami rajtad áll, azt tedd meg, köss biztosításokat, diverzifikálj, foglalkozz a házastársaddal és a gyerekeiddel, törődj az idős szüleiddel is. Ha mindezek megvannak, akkor pedig hagyd abba az aggódást, mert semmi értelme.</w:t>
      </w:r>
    </w:p>
    <w:p>
      <w:pPr>
        <w:pStyle w:val="Heading2"/>
      </w:pPr>
      <w:r>
        <w:t>A váratlan kiadásra előre kell félretenni</w:t>
      </w:r>
    </w:p>
    <w:p>
      <w:r>
        <w:t>Egy amerikai felmérést 7.000 fő megkérdezésével végeztek három amerikai nagyvárosban.</w:t>
      </w:r>
    </w:p>
    <w:p>
      <w:r>
        <w:t>Annak ellenére, hogy az amerikaiak 57%-a látja pozitívan az anyagi lehetőségeit (ez több, mint a válság előtti utolsó évben, 2007-ben), mégis csak 51%-uk érzi magát anyagi biztonságban, 55%-uk minden pénzt elkölt minden hónapban, amit keresett, sőt gyakran még annál is többet, 57%-uk nincs anyagilag felkészülve váratlan eseményekre.</w:t>
      </w:r>
    </w:p>
    <w:p>
      <w:r>
        <w:t>56%-uk aggódott pénzügyi okok miatt az elmúlt évben, ezek 89%-a a megtakarítás hiánya miatt, 71%-uk szerint nincs elég bevétel a kiadásokra, 69%-ukat a nyugdíjmegtakarítás hiánya aggasztja, 49-49%-ot a diákhitel és/vagy a hitelkártya adósság nyomasztja, 39%-uk a lakáshitel miatt érzi rosszul magát.</w:t>
      </w:r>
    </w:p>
    <w:p>
      <w:r>
        <w:t>Arra a kérdésre, hogy melyiket választanák, az anyagi biztonságot, vagy az anyagi feljebbjutást, 92% a biztonságot szerette volna elérni.</w:t>
      </w:r>
    </w:p>
    <w:p>
      <w:r>
        <w:t>Ami igazán érdekes volt, hogy a megkérdezettek 82%-a élt át anyagi sokkot az elmúlt évben. Ide tartozik a bevétel kiesése vagy csökkenése, kórházi ápolás, házastárs elvesztése, nem várt autószerelés, vagy házfelújítási költség és ezekhez hasonlóak.</w:t>
      </w:r>
    </w:p>
    <w:p>
      <w:r>
        <w:t>Ez a legutolsó adat a legérdekesebb. Egy év alatt 82% élt át anyagi sokkot egy váratlan kiadás miatt és az emberek 57%-a erre egyáltalán nincs felkészülve.</w:t>
      </w:r>
    </w:p>
    <w:p>
      <w:r>
        <w:t>Pedig váratlan kiadás mindig van és mindig másnak hívják. Hol elromlott hűtőnek, hol összetört autónak, hol munkanélküliségnek, vagy egy váratlan kórházba kerülésnek.</w:t>
      </w:r>
    </w:p>
    <w:p>
      <w:r>
        <w:t>Egy ausztrál felmérés szerint a 35 és 65 év közötti férfiak egyhatodával és a nők egynegyedével(!!) előfordul ez a harminc év alatt legalább egyszer, hogy hat teljes hónapon át munkaképtelenek betegség vagy baleset miatt. Ez az ausztrál adat. Vajon mi lehet a magyar, amikor az összes egészségügyi kategóriában a sor végén kullogunk?</w:t>
      </w:r>
    </w:p>
    <w:p>
      <w:r>
        <w:t>Te felkészültél a váratlanra? A betegségre, a munkanélküliségre, a vihar miatt megrongált tetőre?</w:t>
      </w:r>
    </w:p>
    <w:p>
      <w:r>
        <w:t>A hitelkártya adósok legnagyobb része akkor került hitelcsapdába, amikor egy váratlan kiadást a hitelkártyájából fedezett, majd éveken át görgette maga előtt az egyszeri kiadás miatti egyre növekvő adósságot.</w:t>
      </w:r>
    </w:p>
    <w:p>
      <w:r>
        <w:t>Tudod mennyibe kerül havonta egy kisebbnek mondható 500 ezres hitelkártya-adósság, ha a kamatokon kívül még hitelkeret-túllépést és késedelmi díjat is fizetsz? Havi mintegy 30 ezer forintba és ezzel a tartozásod még egy fillérrel sem csökken.</w:t>
      </w:r>
    </w:p>
    <w:p>
      <w:r>
        <w:t>A felmérésben 82% élt át nem várt kiadást, miközben 57% nem volt felkészülve rá. Ezek nem a te személyes valószínűségeid, de a tanulság rád is vonatkozik: legyen a váratlan kiadásra való felkészülés a legelső anyagi prioritásod.</w:t>
      </w:r>
    </w:p>
    <w:p>
      <w:r>
        <w:t>Határozd el, hogy a lehető legrövidebb időn belül összegyűjtesz bármi áron annyi pénzt, ami minimum hat havi teljes megélhetésed fedezi.</w:t>
      </w:r>
    </w:p>
    <w:p>
      <w:r>
        <w:t>Ezt a pénzt tedd félre valami likvid formába (bankbetét vagy állampapír) és még azt is felejtsd el, hogy létezik. Ehhez csak akkor nyúlj, ha beüt a ménkő, elveszíted a munkádat, vagy az egészségedet, esetleg kazánt kell sürgősen cserélni.</w:t>
      </w:r>
    </w:p>
    <w:p>
      <w:r>
        <w:t>Ha hozzá kellett nyúlnod a pénzhez, a legelső dolgod visszapótolni a teljes összeget.</w:t>
      </w:r>
    </w:p>
    <w:p>
      <w:r>
        <w:t>Ha ezt megteszed, már nem fog földhöz vágni a legközelebbi váratlan kiadás és nem kell majd személyi kölcsönért vagy egyéb hitelért rohangálnod egy pár százezres kiadás miatt.</w:t>
      </w:r>
    </w:p>
    <w:p>
      <w:r>
        <w:t>Ne felejtsd el: 82%. Te is bármikor benne lehetsz.</w:t>
      </w:r>
    </w:p>
    <w:p>
      <w:pPr>
        <w:pStyle w:val="Heading2"/>
      </w:pPr>
      <w:r>
        <w:t>A családfenntartó kiesésére is készüljetek</w:t>
      </w:r>
    </w:p>
    <w:p>
      <w:r>
        <w:t>Elsőként érdemes azt tisztázni, mit is jelent az életbiztosítás tulajdonképpen, mert nagyon nagy a kavar a fejekben és nem véletlen.</w:t>
      </w:r>
    </w:p>
    <w:p>
      <w:r>
        <w:t>A piacon rengeteg termék van, amit életbiztosításnak hívnak, de gyakorlatilag semmi közük a valódi életbiztosításhoz.</w:t>
      </w:r>
    </w:p>
    <w:p>
      <w:r>
        <w:t>Ilyenek a unit linked biztosítások és a vegyes életbiztosítások, amik vagy gyakorlatilag semmi kockázati részt nem tartalmaznak, csak annyit, hogy rájuk lehessen sütni az életbiztosítás címkét a kedvezőbb adózás miatt (ilyen a unit linked biztosítások zöme), vagy egyszerre kínál megtakarítást és biztosítási védelmet is, mint általában a vegyes életbiztosítások.</w:t>
      </w:r>
    </w:p>
    <w:p>
      <w:r>
        <w:t>Szerintem a legjobban akkor jársz, ha elfelejted mindkét terméket. Ennek oka, hogy elképesztő költséggel dolgoznak. Átlag évi 4,5-7% elmegy költségre, így te örülhetsz, ha egyáltalán azt a pénzt visszakapod, amit 10-20 év alatt befizettél. Akkor pedig már a befőttes üveg is jobb választás.</w:t>
      </w:r>
    </w:p>
    <w:p>
      <w:r>
        <w:t>A nyugdíjbiztosításnál is hiba abból kiindulni, hogy az adójóváírás önmagában mindent visz és garantálja a pozitív hozamot. Ott is számítanak a költségek.</w:t>
      </w:r>
    </w:p>
    <w:p>
      <w:r>
        <w:t>Tehát röviden: vannak termékek, amiket adózási okokból életbiztosításként árulnak, de ezek közönséges pénzgyűjtögetős lehetőségek. Annak azonban borzasztó rosszak a magas költségeik miatt. (Ha sikerült ilyet kötnöd, érdemes átnézetned valakivel, érdemes-e tovább fizetned őket.)</w:t>
      </w:r>
    </w:p>
    <w:p>
      <w:r>
        <w:t>Akkor mi az igazi életbiztosítás?</w:t>
      </w:r>
    </w:p>
    <w:p>
      <w:r>
        <w:t>Ennek neve az, hogy "kockázati életbiztosítás". Ez olyan, mint egy lakásbiztosítás: nem gyűjtesz semmit sehová, hanem fizetsz egy havi fix díjat, ezért cserébe ha bekövetkezik a káreset, fizet a biztosító. Ha semmi nem történt a futamidő alatt, akkor hivatalosan mondva a biztosítás kifizetés nélkül megszűnik. Tehát tényleg úgy képzeld el, mint egy lakásbiztosítást, csak csőtörés és lakástűz helyett baleseti rokkantság és halál esetén fizet.</w:t>
      </w:r>
    </w:p>
    <w:p>
      <w:r>
        <w:t>Milyen eseményekre lehet biztosítást kötni? Gyakorlatilag bármire a csonttöréstől a halálig.</w:t>
      </w:r>
    </w:p>
    <w:p>
      <w:r>
        <w:t>Milyen eseményekre érdemes biztosítást kötni?</w:t>
      </w:r>
    </w:p>
    <w:p>
      <w:r>
        <w:t>Azokra, amiknek a bekövetkezése anyagi romlásba döntené vagy a te életedet, vagy a hátrahagyott családod életét.</w:t>
      </w:r>
    </w:p>
    <w:p>
      <w:r>
        <w:t>Ilyen a haláleset, a rokkantság, egy súlyos betegség, amibe ugyan bele nem halsz, de két évig ápolni kell (rák, agyvérzés, infarktus, stb. összefoglaló nevén kritikus betegségek). Esetleg lehet még kötni baleset miatti kórházi napokra biztosítást és műtétekre is, de ezek nem annyira szükségesek.</w:t>
      </w:r>
    </w:p>
    <w:p>
      <w:r>
        <w:t>Fontos odafigyelni, mire is szól a biztosításod. Bármilyen eredetű halálra fizet, vagy csak baleseti halálra, esetleg csak közlekedési eredetű baleseti halálra? Nagyon nem mindegy, hiszen a halálozás zömét nem a balesetek teszik ki. Ugyanígy milyen rokkantság esetén fizet? Bármilyen eredetű rokkantság, vagy csak baleseti eredetű rokkantság esetén? Ha már van kockázati életbiztosításod, olvasd el figyelmesen, mire szól és milyen összegeket téríti.</w:t>
      </w:r>
    </w:p>
    <w:p>
      <w:r>
        <w:t>Ki kössön kockázati életbiztosítást?</w:t>
      </w:r>
    </w:p>
    <w:p>
      <w:r>
        <w:t>Mindenki, aki családfenntartó, akinek a bevételétől mások anyagi élete múlik. Ide tartoznak elsősorban a gyerekeid, de akár az idős szüleid is, ha nincs elég bevételük saját maguknak.</w:t>
      </w:r>
    </w:p>
    <w:p>
      <w:r>
        <w:t>Ilyen esetben kötelező a kockázati életbiztosítás. Mit csinálna a feleséged a két kicsi gyerekkel és a hatalmas lakáshitellel, ha a te fizetésed kiesik? Vagy még rosszabb: megrokkansz egy balesetben, ezért a fizetésed is kiesik és még téged is ápolni kell.</w:t>
      </w:r>
    </w:p>
    <w:p>
      <w:r>
        <w:t>Ezt gondold végig, amíg nem késő. A cikk eredeti, 2016-os példájában egy 20 milliós haláleseti és rokkantsági térítésű biztosítás havi ötezer forintba került; ezt vedd ugyanolyan rezsinek, mint a kábeltévét és az internetet. Azokra sem költesz kevesebbet. Inkább kábeltévéd ne legyen, mint életbiztosításod.</w:t>
      </w:r>
    </w:p>
    <w:p>
      <w:r>
        <w:t>Egyedülállónak felesleges 20 milliós haláleseti biztosítást kötni, azonban baleseti rokkantság vagy kritikus betegségek ellen érdemes lehet. (Ha meghaltál, senki nem kerül miattad nehéz anyagi helyzetbe, azonban ha megrokkansz, te magad leszel bajban, nem is kicsit.)</w:t>
      </w:r>
    </w:p>
    <w:p>
      <w:r>
        <w:t>Kinek nem kell életbiztosítást kötni?</w:t>
      </w:r>
    </w:p>
    <w:p>
      <w:r>
        <w:t>Annak, akinek van elég vagyona, ha vele bármi történne, abból vagy ő vagy az örökösei gond nélkül megoldanák az életüket. Ha van százmilliód a bankban, nincs sok értelme 20 milliós életbiztosítást kötnöd, mert minek.</w:t>
      </w:r>
    </w:p>
    <w:p>
      <w:r>
        <w:t>Milyen összegű biztosítást érdemes kötni?</w:t>
      </w:r>
    </w:p>
    <w:p>
      <w:r>
        <w:t>Sokan kötnek 3-500 ezer forintos életbiztosítást, ami az önbecsapáson kívül másra nem jó. Ennyiből még egy lehető legegyszerűbb temetés sem jön ki, nemhogy a hátramaradtaknak támaszt adna.</w:t>
      </w:r>
    </w:p>
    <w:p>
      <w:r>
        <w:t>Érdemes legalább a két-három éves nettó jövedelmedet alapul venni, ahogy a házon lévő hitel nagyságát is. Általában 10 milliós biztosításnál olcsóbban kár gondolkodnod.</w:t>
      </w:r>
    </w:p>
    <w:p>
      <w:r>
        <w:t>Egy rokkantság esetén még ez is édeskevés. Egy elektromos kerekesszék, a ház átalakítása nem kevés pénz, ahogy a havi ápolás is leginkább százezrekben mérhető. Itt érdemes inkább a 20 milliót megcélozni, ha már biztosítást akarsz kötni.</w:t>
      </w:r>
    </w:p>
    <w:p>
      <w:r>
        <w:t>A házaspár mindkét tagját érdemes biztosítani?</w:t>
      </w:r>
    </w:p>
    <w:p>
      <w:r>
        <w:t>Természetesen igen, de ne felejtsük el, hogy pénzbe kerül. Ha az egyik fél jövedelme elenyésző a másikhoz képest, akkor elég a lényegesen többet keresőt biztosítani. Azonban ha a család nem tudna megélni, ha bármelyik jövedelem kiesik, akkor mindkét félre érdemes biztosítást kötni.</w:t>
      </w:r>
    </w:p>
    <w:p>
      <w:r>
        <w:t>Hogyan köthetsz életbiztosítást?</w:t>
      </w:r>
    </w:p>
    <w:p>
      <w:r>
        <w:t>Két út áll előtted: kötsz magadra egy személyre szóló biztosítást vagy egy csoporthoz csatlakozol és úgynevezett csoportos életbiztosítást kötsz meg.</w:t>
      </w:r>
    </w:p>
    <w:p>
      <w:r>
        <w:t>Az egyéni biztosítás esetén a díj függ az életkorodtól, a foglalkozásod veszélyességétől, a te egészségügyi helyzetedtől, dohányzol-e és egyéb hasonló kritériumoktól.</w:t>
      </w:r>
    </w:p>
    <w:p>
      <w:r>
        <w:t>Egy csoporthoz tartozás esetén a csoport átlagától függ a díj. A csoportos életbiztosítás általában jóval kevesebb, mint a fele az egyéni díjnak. A csoport lehet egy bank ügyfélköre, egy adott vállalatnál dolgozók összessége, vagy valami hasonló közösség.</w:t>
      </w:r>
    </w:p>
    <w:p>
      <w:r>
        <w:t>Röviden összefoglalva: ha van annyi sütnivalód, hogy a lakásodat és az autódat biztosítod, akkor legyen annyi is, hogy magadat, aki mindezekre megkeresi a pénzt, szintén biztosítod.</w:t>
      </w:r>
    </w:p>
    <w:p>
      <w:r>
        <w:t>Okosan megkötve egy életbiztosítás nem akkora teher, hogy lyukat üssön a költségvetésedben. Ha mégis választanod kell, inkább a kábeltévéről mondj le, vagy a munkahelyi büfében való kávézásról, ne az életbiztosításról.</w:t>
      </w:r>
    </w:p>
    <w:p>
      <w:pPr>
        <w:pStyle w:val="Heading2"/>
      </w:pPr>
      <w:r>
        <w:t>A gyűjtés nem helyettesíti az előrelátást</w:t>
      </w:r>
    </w:p>
    <w:p>
      <w:r>
        <w:t>Nagy divat lett GoFundMe-n pénzért könyörögni. Kaptam olyan megkeresést, hogy meghalt a családfő, támogassuk a családot ismeretlenül is, mert a felesége ott maradt két gyerekkel.</w:t>
      </w:r>
    </w:p>
    <w:p>
      <w:r>
        <w:t>Kimegy valaki Thaiföldre egy vagyonért, de utasbiztosítást már nem köt, mert arra sajnálja a pénzt. De ez nem akadályozza meg, hogy robogót béreljen és ész nélkül száguldozzon vele. Miután balesetet szenved és a kórházi számla közel kétszázezer dollár lett, gyűjtést indít a GoFundMe-n, hogy fizessék ki mások a kezelésének a díját.</w:t>
      </w:r>
    </w:p>
    <w:p>
      <w:r>
        <w:t>S hosszan lehet még sorolni az eseteket, amikor az emberek gyűjtést szerveznek hasonló esetekben.</w:t>
      </w:r>
    </w:p>
    <w:p>
      <w:r>
        <w:t>A GoFundMe az nem egy megkésett biztosítás, hogy nem kötök biztosítást, ha majd baj lesz, kuncsorgok az embernek, hogy sajnáljanak meg.</w:t>
      </w:r>
    </w:p>
    <w:p>
      <w:r>
        <w:t>Ne értsetek félre, vannak olyan kampányok is, amik teljesen támogathatóak, de azért ne fizessek már én, mert valaki nem sajnált elkölteni 600 ezer forintot egy thaiföldi nyaralásra, de tizenkét ezer forintot már sajnált egy utasbiztosításra.</w:t>
      </w:r>
    </w:p>
    <w:p>
      <w:r>
        <w:t>Ha családfő vagy, mindenképp kössél életbiztosítást. Ne azon a havi 6-8 ezer forinton spórolj, ha két-három gyereked van.</w:t>
      </w:r>
    </w:p>
    <w:p>
      <w:r>
        <w:t>De köss biztosítást a lakásodra is, ha leég, ne másoktól kelljen pénzt kuncsorognod. Ha Netflixre, internetre, mobilelőfizetésre, YouTube prémiumra vagy autófenntartásra van pénzed, akkor legyen pénzed lakásbiztosításra is.</w:t>
      </w:r>
    </w:p>
    <w:p>
      <w:r>
        <w:t>Mert felelőtlenség nem biztosítani olyan dolgokat, aminek az elvesztése túl nagy anyagi teher. S ha valaki felelőtlen volt, utána ne akarjon más szimpátiájára hagyatkozni.</w:t>
      </w:r>
    </w:p>
    <w:p>
      <w:r>
        <w:t>S nem azért mondom ezt, hogy ítélkezzek a kéregetők felett, hanem hogy te kapj észbe és ha nincs valami biztosításod, aminek lennie kellene, azt még ma kösd meg, hogy ne kelljen neked is majd kéregetni.</w:t>
      </w:r>
    </w:p>
    <w:p>
      <w:pPr>
        <w:pStyle w:val="Heading2"/>
      </w:pPr>
      <w:r>
        <w:t>A vagyon amiről senki nem tud</w:t>
      </w:r>
    </w:p>
    <w:p>
      <w:r>
        <w:t>Olvastam, hogy csak Nagy-Britanniában körülbelül 2 milliárd fontnyi (mintegy hétszáz milliárd forintnyi) összeg az, amit elfelejtett vagy gazdátlan pénznek tartanak nyilván a bankokban. Ezek olyan összegek, amikhez már legalább 15 éve már nem nyúltak és a tulajdonosaikról sem tudnak semmit a bankok. Ennek egy részét, 330 millió fontot most az állam jótékony célokra fog elkölteni. (A teljes gazdátlan állomány ennél nyilván sokkal több, ez csak a már legalább 15 éve gazdátlan pénzek összege.)</w:t>
      </w:r>
    </w:p>
    <w:p>
      <w:r>
        <w:t>Itthon is rengeteg elfelejtett pénz lehet a bankokban. A tulajdonos halála miatt, vagy csak egyszerűen külföldre költöztek és az évek során el is felejtkeztek a magyar számlán lévő pénzről.</w:t>
      </w:r>
    </w:p>
    <w:p>
      <w:r>
        <w:t>Már meséltem arról, hogy ahol dolgoztam az egyik bankban, azokat az ügyfeleket kellett hívogatni, akik lekötetlenül komoly összegeket parkoltattak a számláikon. Egyszer valaki váltig állította, hogy neki már régen nincs pénze a mi bankunkban, miközben ott ültem a gép előtt és láttam, hogy bő 50 milliója van a számláján. Nem tudtam meggyőzni az ellenkezőjéről, az összeget telefonon pedig nem mondhattam meg neki, de mondtam, hogy menjen be egy bankfiókba, szerintem érdemes. Szeretnék én is olyan gazdag lenni, hogy ne vegyem észre, ha elkallódik valahol 50 millióm...</w:t>
      </w:r>
    </w:p>
    <w:p>
      <w:r>
        <w:t>Persze ez a ritkább eset, a leggyakoribb eset, hogy meghal a számla tulajdonosa és az örökösök mit sem tudnak a bankban lévő pénzről, a Nagytétényben húsz éve vett építési telekről, a kéménybe dugott aranyérmékről, vagy bármi egyéb vagyontárgyról.</w:t>
      </w:r>
    </w:p>
    <w:p>
      <w:r>
        <w:t>Már volt arról szó, hogy ennek elkerülése végett rendszeresen frissítsd a nyilvántartásodat, hogy hol milyen vagyonnal rendelkezel, mert egy hirtelen haláleset esetén az örököseidnek fogalma sem lesz, hogy hol mit keressenek.</w:t>
      </w:r>
    </w:p>
    <w:p>
      <w:r>
        <w:t>Ha már csináltál ilyen listát, frissítsd fel. Ha még nem, készíts egyet, hogy a te pénzed és egyéb vagyontárgyaid ne a gazdátlan százmilliárdok állományát gyarapítsák. Mindjárt végignézzük, mi legyen rajta.</w:t>
      </w:r>
    </w:p>
    <w:p>
      <w:r>
        <w:t>S végezetül még egy kapcsolódó sztori, amit az egyik ügyfelem mesélt. Egy amerikai ügyvéd felhívta, hogy örökölt egy általa nem ismert és sohasem hallott rokonától talán egymillió dollárt és el kellene intéznie a papír dolgokat, hogy megkapja a pénzt.</w:t>
      </w:r>
    </w:p>
    <w:p>
      <w:r>
        <w:t>Mivel az összes nigériai átverés hasonlóan kezdődik, ő is el akarta hajtani az ügyvédet, de az csak erősködött, hogy tényleg így van, megadta az adatokat, az elérhetőségét, mindent és megnyugtatta, hogy semmit nem kell fizetnie előre.</w:t>
      </w:r>
    </w:p>
    <w:p>
      <w:r>
        <w:t>Mint kiderült, ez az ügyvéd abból élt, hogy az ilyen ismert örökösök nélkül meghalt emberek legközelebbi élő rokonát felkereste, akár a világ bármelyik táján és 35% fejében tudatta vele, hogy örökölt, illetve elintézte az ezzel járó jogi dolgokat.</w:t>
      </w:r>
    </w:p>
    <w:p>
      <w:r>
        <w:t>Nem kevés a 35%, főleg nem egymillió dollár 35%-a, de mivel ez tényleg talált pénz volt, boldogan kifizette az ügyfelem ezt a pénzt az amerikai ügyvédnek. Utána jött hozzám, hogy mit csináljon a pénzzel.</w:t>
      </w:r>
    </w:p>
    <w:p>
      <w:r>
        <w:t>Szóval, ha valaki ilyen szöveggel keres meg, az csak az esetek 98%-ában átverés, néha tényleg arról van szó, amit állít az ismeretlen telefonáló. Ha biztos nem kell semmit előre fizetni, akkor azért hallgasd meg, mit akar mondani.</w:t>
      </w:r>
    </w:p>
    <w:p>
      <w:r>
        <w:t>De visszatérve az eredeti témánkhoz: a legjobb, ha te még az életedben elintézed, hogy az örököseid pontosan tudják, hol mit tartasz és mit örököltek, illetve milyen biztosításaid és hiteleid voltak és hol. Akkor is, ha tragikus hirtelenséggel hunynál el.</w:t>
      </w:r>
    </w:p>
    <w:p>
      <w:r>
        <w:t>S ha már szóba került, a legtöbb családban tabutéma a pénzről való beszéd, pedig sok örökösödési pert lehetne megspórolni, ha beszélnétek a kérdésről, amíg van rá lehetőség. Az örökségről való családi beszélgetésre még visszatérünk.</w:t>
      </w:r>
    </w:p>
    <w:p>
      <w:pPr>
        <w:pStyle w:val="Heading2"/>
      </w:pPr>
      <w:r>
        <w:t>A családi dosszié</w:t>
      </w:r>
    </w:p>
    <w:p>
      <w:r>
        <w:t>Kevés ember tervezi, hogy váratlanul meghaljon, ennek ellenére sajnos sokakkal előfordul egy ilyen eset, okozza azt baleset, szívinfarktus, agyvérzés, vagy valami más hasonló villámcsapásszerűen bekövetkező tragédia.</w:t>
      </w:r>
    </w:p>
    <w:p>
      <w:r>
        <w:t>Ilyenkor a hátramaradottak komoly gondba kerülnek, mivel gyakran még azt sem tudják, hogy az elhunyt hol tartotta a vagyonát és milyen kötelezettségei voltak.</w:t>
      </w:r>
    </w:p>
    <w:p>
      <w:r>
        <w:t>Egy hagyatéki eljárásnál, ha egyáltalán bevonják a közjegyzőt, gyakran csak az örökösök (hiányos) információira hagyatkoznak. Még ha minden információ is rendelkezésre áll, akkor is hosszú hónapok, mire a hátramaradottak hozzáférnek a pénzhez. Rosszabb esetben pedig nem kerül elő az elhunyt vagyonának egy komoly része. (Az Egyesült Államokban most is 32 milliárd dollár gazdáját keresik az állami hatóságok, mert nem tudják, kit illetne a pénz, amiért már régóta nem jelentkezett senki.)</w:t>
      </w:r>
    </w:p>
    <w:p>
      <w:r>
        <w:t>Hogyan lehet ez ellen védekezni?</w:t>
      </w:r>
    </w:p>
    <w:p>
      <w:r>
        <w:t>Egy időben megírt és folyamatosan frissített papíralapú vagy online listával, aminek a létezéséről a rokonaid tudnak. (Ha semmi titkod nincs, félévente elküldheted a házastársad és az édesanyád e-mail címére a listát.)</w:t>
      </w:r>
    </w:p>
    <w:p>
      <w:r>
        <w:t>Amennyiben titkaid vannak, amiről nem szeretnéd, hogy a hozzátartozóid idő előtt értesülhessenek, akkor csak annyi legyen ebben a listában, hogy hol és melyik ügyvédnél vagy közjegyzőnél (esetleg megbízható barátnál vagy rokonnál) van letétbe helyezve ez a lista, amit a halotti anyakönyvi kivonatod bemutatásával lehet megszerezni.</w:t>
      </w:r>
    </w:p>
    <w:p>
      <w:r>
        <w:t>Mit tartalmazzon a lista?</w:t>
      </w:r>
    </w:p>
    <w:p>
      <w:r>
        <w:t>- Az összes megtakarításod lelőhelyét. Bankok, bankszámla-számok, értékpapírokat kezelő brókercégek, befektetési alapok és úgy egyáltalán minden befektetésed belföldön és külföldön, lehetőleg számlaszámmal együtt.</w:t>
      </w:r>
    </w:p>
    <w:p>
      <w:r>
        <w:t>Ha bérelsz valahol széfet, vagy valami titkos helyen tartod az aranyérméidet, akkor természetesen az is legyen rajta a listán.</w:t>
      </w:r>
    </w:p>
    <w:p>
      <w:r>
        <w:t>Ide tartoznak még az önkéntes nyugdíjpénztárak, magánnyugdíjpénztárak, egészségpénztárak és egyéb hasonló helyen megtalálható és örökölhető pénzek lelőhelyei is.</w:t>
      </w:r>
    </w:p>
    <w:p>
      <w:r>
        <w:t>(A bankbetéteknél lehet úgynevezett elhalálozási rendelkezést tenni, ilyenkor a bank gondolkodás nélkül kifizeti a pénzt annak, akit megneveztél, nem kell megvárnia az akár fél-egy évig húzódó hagyatéki eljárás végét.)</w:t>
      </w:r>
    </w:p>
    <w:p>
      <w:r>
        <w:t>- Milyen biztosításokkal rendelkezel és hol? Ha lakástűzben halsz meg, hol van biztosítva a lakás? Ha autóbalesetben, hol volt a casco? Ha voltak életbiztosításaid, melyik biztosítónál és mire szólt? Ha az egyik biztosítónál volt bármely halálra szóló életbiztosításod és baleseti biztosításod is, ne felejtsd el mindkettőt feltüntetni, lehetőleg kötvényszámmal együtt.</w:t>
      </w:r>
    </w:p>
    <w:p>
      <w:r>
        <w:t>Arra nagyon vigyázz, hogy az az életbiztosítás, amiről csak te tudsz, az semmit nem ér. Meghalsz, a biztosítás nem lesz tovább fizetve, ezért a biztosító felmondja és a követelés is elévül pár év alatt. Ha csak a házastársad tud róla, az csak akkor jó, ha nem együtt haltok meg egy autóbalesetben. Ezért mindig tudjon róla más rokonod is.</w:t>
      </w:r>
    </w:p>
    <w:p>
      <w:r>
        <w:t>Amikor mi a múltkor utaztunk a feleségemmel, még a bankkártya mellé kötött utasbiztosításokat is felírtuk a mamáknak az életbiztosításokkal együtt, ha bármi történne. Úgyhogy még erről se feledkezz meg.</w:t>
      </w:r>
    </w:p>
    <w:p>
      <w:r>
        <w:t>- Hol tartod az irataidat? (Ide értve a házasságról, válásról szóló iratokat, de például a nyaralóról, építési telekről szóló tulajdonlapot is, amiről esetleg nem is tud a család, mert annyira új vagy annyira régi szerzemény.)</w:t>
      </w:r>
    </w:p>
    <w:p>
      <w:r>
        <w:t>- Milyen kötelezettségeid vannak mások felé? Fontos a bankokat is értesíteni a halálodról és tudni arról, hogy mennyi hitellel van terhelve az autód vagy a házad és hol. De egy magánszemély felé való tartozásról is érdemes tudnia a hátramaradottaknak.</w:t>
      </w:r>
    </w:p>
    <w:p>
      <w:r>
        <w:t>Ide tartoznak a hűségnyilatkozattal vett mobilelőfizetések, kábeltévé előfizetések és hasonlók is.</w:t>
      </w:r>
    </w:p>
    <w:p>
      <w:r>
        <w:t>- Kit szükséges értesíteni a halálodról? Munkatársak, üzleti partnerek és egyéb ok miatt fontos személyek listája, lehetőleg elérhetőséggel együtt.</w:t>
      </w:r>
    </w:p>
    <w:p>
      <w:r>
        <w:t>- Jelszavak a levelezésedhez, facebook fiókodhoz és egyéb helyekhez, ahol a hátramaradottak értesítést hagyhatnak, vagy lemondhatják a szolgáltatást.</w:t>
      </w:r>
    </w:p>
    <w:p>
      <w:r>
        <w:t>- Bármilyen speciális kívánság a temetésedre nézve. (Hamvasszanak, ne hamvasszanak, senkit ne hívjanak meg, a szülővárosodba temessenek, stb.)</w:t>
      </w:r>
    </w:p>
    <w:p>
      <w:r>
        <w:t>- S utoljára hagyva, de nem utolsó sorban a végrendeleted lelőhelye. Ne csak te tudd, hol található.</w:t>
      </w:r>
    </w:p>
    <w:p>
      <w:r>
        <w:t>Egy ilyen listával lényegesen könnyebbé teszed az örököseid életét, de fontos, hogy legalább félévente aktualizáld, mert egy 8-10 éves listával nem mennek sokra az érintettek.</w:t>
      </w:r>
    </w:p>
    <w:p>
      <w:r>
        <w:t>Hogy ez nem csak elméleti veszély, azt egy biztosítási eset különösen világosan megmutatta.</w:t>
      </w:r>
    </w:p>
    <w:p>
      <w:r>
        <w:t>Egy újabb sajnálatos haláleset történt az életbiztosításunkban, az egyik tagunk balesetet szenvedett.</w:t>
      </w:r>
    </w:p>
    <w:p>
      <w:r>
        <w:t>Ez önmagában nem volna külön történet, hiszen éppen ezért kötünk életbiztosítást.</w:t>
      </w:r>
    </w:p>
    <w:p>
      <w:r>
        <w:t>Azért említem mégis, mert a feleség mit sem tudott az életbiztosításról.</w:t>
      </w:r>
    </w:p>
    <w:p>
      <w:r>
        <w:t>Már éppen törölni akartuk a biztosítást, mert három hónapja nem volt fizetve és az ügyfél nem reagált a megkereséseinkre, amikor a feleség érdeklődött e-mailben a férje címéről, hogy mik ezek a levelek, milyen elmaradt díjról van szó. (Még szerencse, hogy be tudott lépni a férje levelezésébe.)</w:t>
      </w:r>
    </w:p>
    <w:p>
      <w:r>
        <w:t>Tőlünk tudta meg, hogy a férjének volt életbiztosítása és jár neki sok tízmillió forint.</w:t>
      </w:r>
    </w:p>
    <w:p>
      <w:r>
        <w:t>Biztos vagyok benne, hogy a férje mondta neki ezt évekkel ezelőtt, hogy kötött egy biztosítást, de azóta már elfelejtette.</w:t>
      </w:r>
    </w:p>
    <w:p>
      <w:r>
        <w:t>Mivel mindenkit érhet baleset, mindig készülj fel a váratlanra is.</w:t>
      </w:r>
    </w:p>
    <w:p>
      <w:r>
        <w:t>Töltsd le az életbiztosításod kötvényeit, másold le a lakásbiztosításodat, a cascot, tedd oda a lakáshitel szerződését is, az ingatlan(ok) tulajdonlapját, közüzemi szerződéseket, csinálj egy listát, hogy melyik banknál vannak számláid és megtakarításaid és az egészet tedd bele egy mappába és nyomd a házastársad kezébe.</w:t>
      </w:r>
    </w:p>
    <w:p>
      <w:r>
        <w:t>(Ha van életbiztosításod a cégednél is kötve a munkavállalókra vagy a bankkártyád mellé jár balesetbiztosítás, esetleg a casco része, az erről szóló infókat is tedd bele a dossziéba. Gyakran még az sem tudja, hogy van balesetbiztosítás a cascoban vagy a lakásbiztosításban, aki megkötötte. Akkor a házastársa honnan tudná?)</w:t>
      </w:r>
    </w:p>
    <w:p>
      <w:r>
        <w:t>Éppen elég minden megoldandó probléma szakad a másik fél nyakába egy baleset esetén, kezdve onnan, hogyan tudja ellátni egyedül a gyerekeket és dolgozni is mellette teljes munkaidőben, odáig, hogyan kell befizetni a számlákat, a gyerekek menzáját, edzését és minden mást, amit a másik intézett addig.</w:t>
      </w:r>
    </w:p>
    <w:p>
      <w:r>
        <w:t>Ezért amit tudsz tenni, tedd meg, hogy legalább ezekkel ne legyen problémája. Ne halogasd a dolgot, még ma csináld meg a mappát és beszélj róla a házastársaddal.</w:t>
      </w:r>
    </w:p>
    <w:p>
      <w:r>
        <w:t>Mert az a biztosítás, amiről csak te tudsz, nem ér semmit, ha veled történik valami. Legyen szó életbiztosításról, cascoról, vagy bármiről.</w:t>
      </w:r>
    </w:p>
    <w:p>
      <w:pPr>
        <w:pStyle w:val="Heading2"/>
      </w:pPr>
      <w:r>
        <w:t>Ki gondoskodna a gyerekekről</w:t>
      </w:r>
    </w:p>
    <w:p>
      <w:r>
        <w:t>Péter vetett fel egy érdekes kérdést, mi lesz a gyerekekkel, ha mindkét szülő meghal.</w:t>
      </w:r>
    </w:p>
    <w:p>
      <w:r>
        <w:t>A kérdés nem elméleti, az egyik legjobb barátom is elvesztette a szüleit autóbalesetben gyerekkorában.</w:t>
      </w:r>
    </w:p>
    <w:p>
      <w:r>
        <w:t>Ha előrelátó vagy és nem kézenfekvő, hogy ki tudja felnevelni a gyerekeidet a családból, ha veletek valami történik, érdemes még az életedben kijelölni valakit és arról nyilatkozni. A Polgári Törvénykönyv idézett rendelkezése szerint ezt vagy közokiratban, vagy végrendeletben tudod megtenni.</w:t>
      </w:r>
    </w:p>
    <w:p>
      <w:r>
        <w:t>Ez is olyan dolog, amire érdemes gondolnod. (Ha gyerekeid vannak, mindenképp legyen kockázati életbiztosításod, kivéve, ha van annyi vagyonod, hogy nincs rá szükség. Gyerekektől függetlenül érdemes összeírnod, hol, mivel rendelkezel és minden egyéb tudnivalót is, hogy a párod tudja, mit kell tennie, ha veled valami történik. A korábban bemutatott családi dosszié ennek a része.)</w:t>
      </w:r>
    </w:p>
    <w:p>
      <w:r>
        <w:t>S akkor a törvény szövege:</w:t>
      </w:r>
    </w:p>
    <w:p>
      <w:pPr>
        <w:keepNext/>
      </w:pPr>
      <w:r>
        <w:rPr>
          <w:b/>
        </w:rPr>
        <w:t>4:226. § [Nevezett gyám]</w:t>
      </w:r>
    </w:p>
    <w:p>
      <w:r>
        <w:t>(1) A gyámság elsősorban azt illeti meg, akit a szülői felügyeletet gyakorló szülő közokiratban vagy végintézkedésben gyámul megnevezett. Ha a szülői felügyeletre egyaránt jogosult szülők eltérő gyámot neveztek meg, a gyermek érdekét mérlegelve a gyámhatóság határoz arról, hogy a gyámságot melyikük lássa el.</w:t>
      </w:r>
    </w:p>
    <w:p>
      <w:r>
        <w:t>(2) A nevezett gyámot akkor lehet mellőzni, ha</w:t>
      </w:r>
    </w:p>
    <w:p>
      <w:r>
        <w:t>a) a gyámságot nem vállalja;</w:t>
      </w:r>
    </w:p>
    <w:p>
      <w:r>
        <w:t>b) e törvény szerint gyámságot nem viselhet;</w:t>
      </w:r>
    </w:p>
    <w:p>
      <w:pPr>
        <w:keepNext/>
      </w:pPr>
      <w:r>
        <w:rPr>
          <w:b/>
        </w:rPr>
        <w:t>c) a gyámság gyakorlásában akadályozva van; vagy</w:t>
      </w:r>
    </w:p>
    <w:p>
      <w:r>
        <w:t>d) kirendelése a kiskorú érdekét veszélyeztetné.</w:t>
      </w:r>
    </w:p>
    <w:p>
      <w:pPr>
        <w:keepNext/>
      </w:pPr>
      <w:r>
        <w:rPr>
          <w:b/>
        </w:rPr>
        <w:t>4:227. § [Rendelt gyám]</w:t>
      </w:r>
    </w:p>
    <w:p>
      <w:r>
        <w:t>(1) Nevezett gyám hiányában a gyámhatóság elsősorban a gyámság ellátására alkalmas közeli hozzátartozót rendel gyámul.</w:t>
      </w:r>
    </w:p>
    <w:p>
      <w:pPr>
        <w:pStyle w:val="Heading2"/>
      </w:pPr>
      <w:r>
        <w:t>A kiskorú vagyonának kezelése</w:t>
      </w:r>
    </w:p>
    <w:p>
      <w:r>
        <w:t>Ha a gyerek örököl vagy nagyobb vagyont kap, az már az ő vagyona. Barnabás jogi áttekintése azt mutatja meg, milyen következményei vannak ennek, és mi a szülő, illetve a gyámhatóság szerepe.</w:t>
      </w:r>
    </w:p>
    <w:p>
      <w:r>
        <w:t>Kellemetlen perceket tud okozni a gyámhivatal abban az esetben, ha nem tudjuk előre, milyen módon avatkozhat bele az életünkbe: a kiskorú nevére íratott ingatlan nyűg lesz, szinte lehetetlenné válik a hozzáférés a biztosítási összeghez, stb. Az alábbiakban egy kis áttekintést szeretnék adni arról, hogy mivel is jár a gyámhatósági vagyonkezelés. Mikor lehet kihagyni a gyámhatóságot, illetve ha már kapcsolatba kerülünk a hivatallal, akkor hogy jöhetünk ki a lehetőségekhez képest a legjobban a helyzetből? Ez az áttekintés csak a kiskorúakkal kapcsolatos eljárásról szól, a gondnokság alá helyezettek ügyei alapvetően hasonlóak, de a kettőt a terjedelmi korlátok miatt nem lehet ugyanott tárgyalni.</w:t>
      </w:r>
    </w:p>
    <w:p>
      <w:r>
        <w:t>Először néhány alapvetés: nagykorú a 18. életév betöltésével lesz az ember, vagy ha 16. évének betöltése után gyámhatósági hozzájárulással házasságot köt; mindenki más kiskorú. A kiskorú korlátozottan járhat el saját ügyeiben, minden kiskorú szülői felügyelet vagy gyámság alatt áll. Ez bizonyos ügycsoportoknál azt jelenti, hogy: a szülő (gyám – ezentúl nem írom oda, ahol szülőt írok, ott a gyámot is érteni kell) jár el a kiskorú helyett (1) vagy a szülőnek kell jóváhagynia a kiskorú eljárását (2) vagy a gyámhatóságnak kell jóváhagyni a szülő eljárását (3) vagy a gyámhatóság sem hagyhatja jóvá a kiskorú (szülő) eljárását (4).</w:t>
      </w:r>
    </w:p>
    <w:p>
      <w:r>
        <w:t>1. eset: a 14. év alatti kiskorú nem járhat el gyakorlatilag semmilyen ügyben, a szülő képviseli. A kiskorú csak csekély jelentőségű szerződéseket köthet, pl. vásárolhat a boltban, de más jogügyletet érvényesen nem köthet.</w:t>
      </w:r>
    </w:p>
    <w:p>
      <w:r>
        <w:t>2. eset: a 14 év feletti kiskorú is vásárolhat boltban, ajándékozhat szokásos mértékben (tehát kis értékben), rendelkezhet a munkabérével (osztalékkal, stb., nem!), köthet olyan szerződéseket amikkel csak előnyt szerez (ezt mondjuk gyakran rosszul szokták értelmezni a gyámhatóságok és sokszor azt is ide sorolják, amivel mondjuk adókötelezettség jár, teljesítményadó, stb.), közvégrendeletet tehet.</w:t>
      </w:r>
    </w:p>
    <w:p>
      <w:r>
        <w:t>Minden máshoz a szülő hozzájárulása kell.</w:t>
      </w:r>
    </w:p>
    <w:p>
      <w:r>
        <w:t>3. eset: a gyámhatóság hozzájárulása kell a kiskorúnak adott vagy ígért ingyenes juttatás visszautasításához (gyanúsan pedofil/alkoholista ember nagy összeget adna a gyermeknek, ezzel ugye csak előnyt szerez anyagilag, de egyéb módon hátrányosan hathat rá), tartásról való lemondásra, örökléssel kapcsolatos nyilatkozatok, ingatlanokkal kapcsolatos jogügyletek, gyh. letétben lévő vagyonnal való rendelkezés, a kiskorú vagyonát érintő nagy összegű rendelkezés. Nem kell a gyh. hozzájárulása, ha úgy ajándékoznak a kiskorúnak ingatlant, hogy az ajándékozó egyúttal haszonélvezetet is alapít az ingatlanon magának (ez elég tipikus).</w:t>
      </w:r>
    </w:p>
    <w:p>
      <w:r>
        <w:t>4. eset: a gyh. sem járulhat hozzá, hogy a kiskorú vagyonából nagy mértékben ajándékozzon, ellenérték nélkül kötelezettséget vállaljon, ellenérték nélkül jogról mondjon le (pl. haszonélvezetről).</w:t>
      </w:r>
    </w:p>
    <w:p>
      <w:r>
        <w:t>A gyermek vagyonát már nem kötelező a gyámhatóságnak beszolgáltatni, csak ha kifejezetten elrendeli, addig a szülők maguk kezelik (a fenti korlátozásokkal). A szülő tehát befektetheti, tarthatja az ágyneműtartóban, ha azonban a vagyon szándékosan vagy súlyos gondatlanságból csökken, akkor kártérítési felelősséggel tartozik a gyermeknek, amit a gyámhatóság érvényesíteni is fog vele szemben.</w:t>
      </w:r>
    </w:p>
    <w:p>
      <w:r>
        <w:t>Ha a gyámhatóság elrendeli a vagyon beszolgáltatását (ez akkor fordulhat elő, ha a szülők a vagyonkezelést a gyermek érdekeit súlyosan sértő módon végzik): onnantól a lóvét csak gyámhatósági számlán, ékszereket és más csecsebecséket az Országos Takarékpénztárnál letétben, kulturális javakat csak múzeumban lehet tartani. Ha a gyermek érdekében áll, akkor lehetséges a lóvét államilag garantált értékpapírba, biztosítási kötvénybe, ingó vagy ingatlan vagyonba fektetni – ebből a gyakorlatban többnyire az állampapír és az ingatlan vásárlását szokták engedélyezni. Még egyszer leírom: ez a bekezdés csak arra vonatkozik, ha a gyh. kifejezetten elrendeli a vagyon beszolgáltatását!</w:t>
      </w:r>
    </w:p>
    <w:p>
      <w:r>
        <w:t>Ha ezt nem teszi meg, akkor a szülő maga dönt a vagyon kezeléséről, csak kártérítési felelőssége van ha elveszik a pénz.</w:t>
      </w:r>
    </w:p>
    <w:p>
      <w:r>
        <w:t>Mint látható, azért annyira nem vészes a gyámhatóság, de mégis azt ajánlom, hogy a gyermek részére csak nagyon korlátozottan juttassatok vagyont. Hogy miért? Szokták azt csinálni, hogy minden családtagjuk nevére vesznek nagy értékű vagyontárgyakat, kocsikat, ingatlanokat, az ő nevükön pedig semmi nincs. Hogy ez mennyire működik, nézd meg az „éjszakai élet császárának” lányait: mióta apu előzetesben van, taxival járnak, a luxus kocsikat elvitték, hiába nem az ő nevén voltak. Miért gondolja bárki, hogy nála nem ugyanígy lenne, pusztán azért, mert kiskorú a gyermeke?</w:t>
      </w:r>
    </w:p>
    <w:p>
      <w:r>
        <w:t>Jól megy a szekér: írassuk a gyerek nevére a házat, nehogy elvigyék a hitelezők/NAV/stb. mikor már nem megy jól. Beüt a krach, el kéne adni az ingatlant, hogy a bevételből kifizessük az adóbírságot, stb., de a gyh. széttárja a kezét, hogy a gyereknek nem érdeke, hogy elbukja a házát a szülei hülyesége miatt és nem járul hozzá az üzlethez. És akkor oda a romantikus tévképzet, hogy attól még hogy a gyerek nevén van, az „enyém”.</w:t>
      </w:r>
    </w:p>
    <w:p>
      <w:r>
        <w:t>Hogy kerüljük el a felesleges konfrontációt a gyámhatósággal? (És nem utolsó sorban a gyerekkel: egy 16 éves lázadó kamasz fejlődésének nem biztos hogy jót tesz, ha vágja a centit 18 éves koráig, mikor már azt csinál a házzal, amit akar). Ahol lehetséges (bankszámlák, illetve tervben van, hogy ezt kiterjesztik az értékpapírszámlákra is, de még nem nyújtották be a javaslatot) tegyünk elhalálozási rendelkezést, kedvezményezettként a házastársat (élettársat) vagy a szülőnket megjelölve, így a számlapénz nem lesz része a hagyatéknak, nem öröklődik. Ha van biztosításunk, annak a kedvezményezettje is legyen házastársunk vagy szülőnk, különben a hagyaték része lesz és a gyerek is örököl belőle.</w:t>
      </w:r>
    </w:p>
    <w:p>
      <w:r>
        <w:t>Végrendelkezhetünk is a túlélő házastárs javára, hogy ezzel is kivonjuk a gyh. látóköréből a vagyont, kötelesrész azonban ilyenkor is megilleti a gyermeket. A kötelesrész a harmada annak, amit egyébként örökölne; ha bármilyen módon kap ennyit a hagyatékból, akkor további igénye nem lehet. A kötelesrészt pénzben kell kiadni (kivéve ha végrendeletben máshogy rendelkezett az örökhagyó; tehát kötelesrész címén kaphat 10 év múlva lejáró állampapírt is ha ez van a végrendeletben), a pénzt pedig úgyis a túlélő házastárs fogja kezelni. Ha ilyen módon végrendelkezik valaki, akkor mindenféleképpen javaslom, hogy a gyermek(ek) 18. életévének betöltése után a végrendeletet vonja vissza vagy tegyen új végrendeletet – hiszen megszűnt az ilyen tartalmú végrendelkezés célja.</w:t>
      </w:r>
    </w:p>
    <w:p>
      <w:r>
        <w:t>Jogszabályok tanulmányozásra: 2013. évi V. törvény (Ptk.) 2:10-2:18. §, 4:155-160. §, 7:75-86. §; 149/1997. (IX. 10.) Korm. rendelet 146-157. §,7</w:t>
      </w:r>
    </w:p>
    <w:p>
      <w:pPr>
        <w:pStyle w:val="Heading2"/>
      </w:pPr>
      <w:r>
        <w:t>Az özvegy új pénzügyi élete</w:t>
      </w:r>
    </w:p>
    <w:p>
      <w:r>
        <w:t>Kaptam egy felkérést egy fiatal, gyerekes özvegyeket támogató alapítványtól, hogy segítsek nekik az özvegyek pénzügyeit rendbe tenni, beleértve a konkrét dolgokat, mint számlák és hasonlóak illetve a fejben lévő dolgokat, hogy át tudjanak állni arra, hogy ezentúl másként lesz, mint eddig volt. S nagy valószínűséggel sokkal rosszabb lesz, ezért fontos mihamarabb a pénzköltést az új lehetőségekhez szabni.</w:t>
      </w:r>
    </w:p>
    <w:p>
      <w:r>
        <w:t>Közülük sokakra nagyon nagy teher szakadt, kezdve olyan apróságnak tűnő dolgoktól, hogy ezentúl hogyan lesz képes munka mellett mindhárom gyereket elvinni iskolába és óvodába illetve onnan időben hazahozni.</w:t>
      </w:r>
    </w:p>
    <w:p>
      <w:r>
        <w:t>Olyan dolgokkal kell foglalkoznia, amikkel kapcsolatban eddig nem is volt képben. Meséltek olyan sztorikat az alapítványnál, hogy arra ért haza az egyik család, hogy leszerelték a villanyórát a háznál.</w:t>
      </w:r>
    </w:p>
    <w:p>
      <w:r>
        <w:t>A számla az elhunyt e-mail címére ment, a fizetés is az elhunyt számlájáról ment volna és a szolgáltató az elhunyt telefonját hívogatta a nemfizetés miatt. Mivel semmi reakció nem érkezett és számlák hónapok óta nem voltak fizetve, leszerelték az órát. (Igen, persze, normál esetben feltűnne az embernek, hogy nem fizetett villanyszámlát hónapok óta, de egy sokgyerekes anya megözvegyülése esetén ritkán van "normál helyzet".)</w:t>
      </w:r>
    </w:p>
    <w:p>
      <w:r>
        <w:t>Az első és legfontosabb, hogyan készüljünk fel előre az ilyen nem várt eseményekre.</w:t>
      </w:r>
    </w:p>
    <w:p>
      <w:r>
        <w:t>Az első dolog, soha ne vond ki magad a család pénzügyi életéből. Nagyon kényelmes hátradőlni és hagyni, hogy a másik intézzen mindent, de legalább azzal legyél képben, hogy mit honnan fizettek, hol vannak a megtakarítások, milyen hiteleitek, biztosításaitok vannak és hol és ezekhez hasonló dolgok.</w:t>
      </w:r>
    </w:p>
    <w:p>
      <w:r>
        <w:t>Ezzel összefüggésben nagyon fontos, hogy leírj mindent, amit a másik félnek tudnia kell, ha történne veled valami, a levelezésed jelszavától az esetleges bérelt széfig. A családi dosszié éppen ezt szolgálja.</w:t>
      </w:r>
    </w:p>
    <w:p>
      <w:r>
        <w:t>Harmadik dolog a kockázati életbiztosítás megkötése. Ha gyerekeid vannak, hiteled esetleg az idős szüleidnek vagy te az eltartója, akkor mindenképp köss életbiztosítást, olyan összegűt, ami valódi segítség a családnak. Amíg eltartó vagy, egy normális életbiztosítás ugyanolyan kötelező rezsi, mint bármi más. (Kivéve, ha megfelelő vagyonod van. Ha van 300 milliód a bankban, talán felesleges még egy negyvenmilliós életbiztosítást kötni mellé.)</w:t>
      </w:r>
    </w:p>
    <w:p>
      <w:r>
        <w:t>A fentieket tegyétek meg, ha még nem vagytok özvegyek. Ha már bekövetkezett a baj, az alábbi dolgokat érdemes tenni:</w:t>
      </w:r>
    </w:p>
    <w:p>
      <w:r>
        <w:t>- Először csinálj egy listát a rövidtávú tennivalókkal. Közműszolgáltatók felkeresése, számlák átíratása, bank felkeresése, árvaellátás vagy özvegyi nyugdíj elintézése, amennyiben igénybe vehetőek, meglévő hitelek megismerése és a többi.</w:t>
      </w:r>
    </w:p>
    <w:p>
      <w:r>
        <w:t>- Legalább ilyen fontos, hogy nagy horderejű döntéseket viszont ne csinálj a gyász fájdalmában. Például eladod a házat, mert minden az elhunytra emlékeztet. (Lehet, hogy el kell majd adni a házat, de az tudatos döntés legyen, ne érzelmi.) Ne költözz, ne bontsd fel a megtakarításokat, ne csinálj semmi komoly dolgot az első néhány hétben. Ami nem igényel azonnali cselekvést, azt inkább tedd félre néhány hétre, amíg jobb állapotban leszel és jobban át is látod a dolgaidat.</w:t>
      </w:r>
    </w:p>
    <w:p>
      <w:r>
        <w:t>- A halotti anyakönyvi kivonatot mutasd be mindenhol, ahol be kell mutatni és utána jól tedd el. Volt már olyan esetem, amikor egy hitelfelvétel előtt kellett rohangálni a kivonat miatt, mert a bank nem hitte el, hogy tényleg meghalt a házastárs húsz évvel ezelőtt. Majdnem ezért csúsztunk ki a határidőkből.</w:t>
      </w:r>
    </w:p>
    <w:p>
      <w:r>
        <w:t>- Kérdezd meg a házastársad munkáltatóját, volt-e csoportos életbiztosítás kötve rá a cégen keresztül. A legtöbb embernek fogalma sincs, ha esetleg a cége is biztosította őt, mint alkalmazottat. Ha te nem jársz utána és a hr-es sem fog, akkor gyorsan el fog évülni a kárigény és esetleg sok pénztől esel el.</w:t>
      </w:r>
    </w:p>
    <w:p>
      <w:r>
        <w:t>- Mondd le a szolgáltatásokat, amit a házastársad megrendelt (például Spotify). Ha nem teszed, vonják majd a díjakat, amíg tudják.</w:t>
      </w:r>
    </w:p>
    <w:p>
      <w:r>
        <w:t>Ha te lettél hirtelen a család fenntartója, fontos hogy kezdj el tanulni a pénzügyekről. Minél többet fogsz tudni róla, annál jobban fogod érteni és annál kevésbé fogsz rettegni tőle és annál kevesebb hibát fogsz véteni.</w:t>
      </w:r>
    </w:p>
    <w:p>
      <w:r>
        <w:t>Kezdésnek ajánlom a Kiszámoló Akadémiát, a youtube-on eléred minden részét. Szánj rá időt, hogy végig nézd.</w:t>
      </w:r>
    </w:p>
    <w:p>
      <w:r>
        <w:t>Ezután jön a hosszútávú tervezés. Van rá nagy esély, hogy teljesen újra kell kalkulálni az anyagi életeteket és sajnos arra is van esély, hogy rosszabb lesz a sorsotok, mint volt. Akár lényegesen rosszabb is lehet, ha az elhunyt volt a fő családfentartó.</w:t>
      </w:r>
    </w:p>
    <w:p>
      <w:r>
        <w:t>Ezért kell átgondolni minden egyes pénzköltést és minden egyes dolgot, amit eddig alapnak vettél: autóval viszem a gyerekeket az iskolába, szép nagy házban lakunk, a gyerekek különórára járnak és a többi.</w:t>
      </w:r>
    </w:p>
    <w:p>
      <w:r>
        <w:t>El kell felejteni minden hasonlót és tiszta lappal kell indítani az újratervezést. Felírod, hogy mennyi lesz a havi bevételetek és ahhoz kezdesz kiadásokat tervezni. Használj ehhez egy táblázatot. Beírod az összes havi bevételt és addig írod a költéseket, amíg az kevesebb mint a bevétel.</w:t>
      </w:r>
    </w:p>
    <w:p>
      <w:r>
        <w:t>Kezded a szükséges dolgokkal: rezsi, lakáshitel, menza, stb.</w:t>
      </w:r>
    </w:p>
    <w:p>
      <w:r>
        <w:t>Ha még maradt pénz, akkor abban a hónapban belefér még a kellene kategória is. Kellene, de egyelőre nem létszükséglet új ruha a gyerekeknek.</w:t>
      </w:r>
    </w:p>
    <w:p>
      <w:r>
        <w:t>Ezután jön a jó lenne kategória: ha maradt pénz a szükséges és a kellene kategória után is, jöhet a jó lenne: jó lenne elmenni nyaralni, jó lenne, ha a gyerek tudna angol tanárhoz járni és így tovább.</w:t>
      </w:r>
    </w:p>
    <w:p>
      <w:r>
        <w:t>A tervezést addig folytasd, amíg van miből. Amint eléred a havi bevételi limitet, a lista többi részéről mondj le, mert nem lehetséges, hogy minden hónapban többet költs, mint a bevételed. Akkor se, ha eddig mindezeket megengedhettétek magatoknak. Most már nem így van sajnos.</w:t>
      </w:r>
    </w:p>
    <w:p>
      <w:r>
        <w:t>A gyerekek majd hozzászoknak, hogy ezentúl korábban kell kelni, mert busszal mennek iskolába és a magántanár helyett majd a youtube videókkal tanulják az angolt.</w:t>
      </w:r>
    </w:p>
    <w:p>
      <w:r>
        <w:t>Három dolgot ne felejts el a tervezés során: egyik az amortizáció, az autót le kell majd cserélni öt év múlva, a lakásra vagy házra is költeni kell folyamatosan és így tovább. A másik a váratlan kiadás, ami bármikor jelentkezhet: új hűtő, új ágy és így tovább. A harmadik dolog, hogy leszel nyugdíjas is és azokra az évekre is fel kell készülnöd. Röviden összefoglalva, a havi tervezésnél megtakarítást is tervezz, felújításra, váratlan kiadásra és nyugdíjas évekre is.</w:t>
      </w:r>
    </w:p>
    <w:p>
      <w:r>
        <w:t>Engedd el a csodavárást az anyagi életed területén. Sokakban van olyan gondolat, hogy ez velem nem történhet meg, nem lehet, hogy el kell adni ezt a szép házat és egy panelbe kell költöznünk és így tovább. Biztos lesz majd valahogy, valahonnan majd lesz segítség.</w:t>
      </w:r>
    </w:p>
    <w:p>
      <w:r>
        <w:t>Légy realista és ne akard a fejed a homokba dugni. Attól, hogy nem akarsz szembenézni a tényekkel, attól a tények még nem fognak megváltozni.</w:t>
      </w:r>
    </w:p>
    <w:p>
      <w:r>
        <w:t>Ha látszik, hogy nem tudod fenntartani a jelenlegi ingatlanodat, nem tudod fizetni a hitelt vagy akár a rezsit sem, addig add el az ingatlant, amíg nem a bank akarja majd eladni helyetted.</w:t>
      </w:r>
    </w:p>
    <w:p>
      <w:r>
        <w:t>Keress egy hozzáértő embert, nézesd át a megtakarításaitokat és kérj segítséget, melyiket tartsd meg, melyiket érdemes likvidálni. Ha szükségét érzed, a pénz beosztásához is kérj tanácsot. Egy kívülálló gyakran jobban látja a dolgokat.</w:t>
      </w:r>
    </w:p>
    <w:p>
      <w:r>
        <w:t>Azonban óvakodj a magukat pénzügyi tanácsadóknak mondó értékesítési ügynököktől. Olyan embertől ne fogadj el "tanácsot", aki eladni akar neked valamit.</w:t>
      </w:r>
    </w:p>
    <w:p>
      <w:r>
        <w:t>Az egyéb keselyűket is hessegesd el magadtól, rokonokat, akik megszimatolják, hogy a házastársad vagyona is most már egyedül a tiéd, a szerencselovagokat, akik remek ajánlatokkal bombáznak, hátha rá tudnak venni valami rossz döntésre.</w:t>
      </w:r>
    </w:p>
    <w:p>
      <w:r>
        <w:t>Ha eddig nem te voltál az, aki a család pénzügyeit intézte, beleértve a papírmunkát és a döntéseket is, mostantól rád hárult ez a feladat is. A jó hír az, hogy képes vagy rá, sokkal inkább, mint most gondolnád magadról. Azonban sok dolgot meg kell tanulnod, hogy ne kövess el hibákat. Tanulj a pénzügyekről, olvass az ide tartozó pénzügyi témákról. Ha kell, kérdezz másokat és bátran kérj segítséget, ha úgy érzed, arra van szükséged.</w:t>
      </w:r>
    </w:p>
    <w:p>
      <w:pPr>
        <w:pStyle w:val="Heading2"/>
      </w:pPr>
      <w:r>
        <w:t>Az özvegyi nyugdíj kérdései</w:t>
      </w:r>
    </w:p>
    <w:p>
      <w:r>
        <w:t>Az özvegy új költségvetésében a hozzátartozói ellátások is szerepet kaphatnak. Mónika alábbi, 2017-ben megjelent áttekintése az özvegyi nyugdíj jogosultsági kérdéseit és különböző formáit mutatja be.</w:t>
      </w:r>
    </w:p>
    <w:p>
      <w:pPr>
        <w:keepNext/>
      </w:pPr>
      <w:r>
        <w:t>Özvegyi nyugdíj</w:t>
      </w:r>
    </w:p>
    <w:p>
      <w:r>
        <w:t>Az özvegyi nyugdíj a hozzátartozói nyugellátások körébe tartozik. Özvegyi nyugdíjat igényelhet az elhunyt nyugdíjas házastársa, élettársa vagy elvált házastársa. Az ellátás akkor is igényelhető, ha elhalálozás időpontjában még nem volt nyugdíjas az elhunyt, de nyugdíjjogosultságot szerzett. Az elhunyt élettársa két esetben lehet jogosult igényelni az özvegyi nyugdíjat: 1- Egy éve megszakítás nélkül együtt élt az elhunyttal és gyermekük is született. 2- Megszakítás nélkül 10 évig éltek együtt. Mindkét esetnél vizsgálni kell, hogy az igénylő ezen időszakok alatt részesült-e özvegyi nyugdíjban. Ha igen, akkor az igénylését el fogják utasítani.</w:t>
      </w:r>
    </w:p>
    <w:p>
      <w:r>
        <w:t>Az elvált vagy több mint egy éve különélő házastárs akkor igényelheti az özvegyi nyugdíjat, ha az elhunyttól tartási díjban részesült a halál bekövetkeztéig. Tehát az elhunytnak kell nyugdíjjogosultságot szereznie, amit az elhalálozásának időpontjában betöltött életévei és a megszerzett szolgálati ideje alapján lehet meghatározni az alábbiak szerint: - 22 évesnél fiatalabb volt és iskolai tanulmányait követő 180 napon belül hunyt el, vagy összesen legalább két év szolgálati időt szerzett iskolában vagy munkával, - 22 éves elmúlt, de 25 évnél fiatalabb volt és legalább 4 év szolgálati időt szerzett, - 25 éves elmúlt, de 30 évnél fiatalabb volt és legalább 6 év szolgálati időt szerzett, - 30 éves elmúlt, de 35 évnél fiatalabb volt és legalább 8 év szolgálati időt szerzett, - 35 éves elmúlt, de 45 évnél fiatalabb volt és legalább 10 év szolgálati időt szerzett, - 45 éves elmúlt és legalább 15 év szolgálati időt szerzett. - nyugdíjasként hunyt el. DE! Ha az elhunyt nem szerezte meg a kora alapján előírt szolgálati időt, azonban az eggyel alacsonyabb életkorig megszerezte az ahhoz kapcsolódó szolgálati időt, még mindig lehet jogosult, ha az azt követően megszerzett szolgálati idejében a haláláig nincs 30 napnál hosszabb megszakítás. Ebben az esetben a szolgálati időnek számít, ha rokkantsági nyugdíjban baleseti rokkantsági nyugdíjban vagy rokkantsági ellátásban részesült az elhunyt. /Szolgálati idő: Azon időszakok összessége, amely alatt az igénylő nyugdíjbiztosítási járulék fizetésre kötelezett volt, vagy megállapodás alapján nyugdíjjárulékot fizetett, illetve biztosítási jogviszonyban állt. - Ilyen lehet: munkaviszony, GYED, GYES, GYET, szülési szabadság, sorkatonai szolgálat, stb.../</w:t>
      </w:r>
    </w:p>
    <w:p>
      <w:r>
        <w:t>Először Ideiglenes özvegyi nyugdíj jár: Az elhunyt halálától 1 évig, fogyatékos vagy tartósan beteg gyermek ápolása esetén a gyermek 3 éves koráig, másfél évesnél fiatalabb gyermeket eltartó özvegy esetén az árva 18 hónapos életkorának betöltéséig. Az ideiglenes özvegyi nyugdíj után özvegyi nyugdíjat kérhet aki: - házastársa halálakor betöltötte az öregségi nyugdíjkorhatárt, - házastársa halálakor megváltozott munkaképességű volt, - házastársa halálakor árvaellátásra jogosult fogyatékkal élő, - házastársa halálakor legalább két árvaellátásra jogosult gyermeke van. - a házastárs 1993.03.01-je előtt hunyt el és a fenti feltételek nem az elhalálozáskor, hanem az azt követő 15 éven belül következnek be, - a házastárs 1993.02.28-a után huny el és a fenti feltételek nem álltak ugyan fenn a halálozás időpontjában, de 10 éven belül következnek be.</w:t>
      </w:r>
    </w:p>
    <w:p>
      <w:r>
        <w:t>Az özvegyi nyugdíj mértéke: - Az elhunyt halála időpontjában megállapított nyugdíjának 60%-a jár az özvegynek. - Az elhunyt nyugdíjának 30%-a jár az igénylőnek, ha bármilyen más ellátásban részesül az igénylő. - Az elvált házastársnak járó tartásdíj összegénél több nem lehet.</w:t>
      </w:r>
    </w:p>
    <w:p>
      <w:r>
        <w:t>Mi történik, ha többen is igényelhetik az özvegyi nyugdíjat? Ha az elhunytnak van házastársa és elvált házastársa is, ez esetben egyenlő arányban meg kell osztani az özvegyi nyugdíjat. Peres úton igényelhető az elosztás megváltoztatása. Az özvegyi nyugdíjat meg kell szüntetni, ha: - ha az özvegy házasságot köt a nyugdíjkorhatára előtt, - az özvegyi nyugdíjas már nem megváltozott munkaképességű, - árvaellátás miatt igényelt özvegyi nyugdíj esetén, már egyik gyermeket sem illeti meg az árvaellátás. Újra igényelhető az özvegyi nyugdíj: - Ha nem a házasságkötés miatt szűnt meg az özvegyi nyugdíj és a jogosító feltételek valamelyike bekövetkezik. - Ha házasságkötés miatt szűnt meg, majd a házassága felbomlott és az özvegyi nyugdíj amúgy megilletné.</w:t>
      </w:r>
    </w:p>
    <w:p>
      <w:r>
        <w:t>Érdekességek: - Eltűntnek nyilvánított hozzátartozó után is igényelhető az özvegyi nyugdíj. - Az özvegyi nyugdíj összege nem lehet kisebb az öregségi nyugdíj legkisebb összegénél. 2017-ben 28.500 Ft-nál. - Ha egyidejűleg több hozzátartozói nyugellátásra jogosult, akkor az ellátások közül csak az egyik igényelhető, a jogosult választása szerint.</w:t>
      </w:r>
    </w:p>
    <w:p>
      <w:pPr>
        <w:pStyle w:val="Heading2"/>
      </w:pPr>
      <w:r>
        <w:t>A temetés költségeiről is előre beszéljetek</w:t>
      </w:r>
    </w:p>
    <w:p>
      <w:r>
        <w:t>Apósom halálakor ezért csapott arcul a tény, mennyi pénzt lehúznak az emberekről temetés címszó alatt.</w:t>
      </w:r>
    </w:p>
    <w:p>
      <w:r>
        <w:t>Az embereket igazán három eseménnyel lehet nagyon megkopasztani, amikor nem tudnak vagy nem akarnak a költségekkel foglalkozni: születés, házasság, temetés. Egy menyasszonyi csokor is dupla annyiba kerül, mint egy ugyanolyan másik, ami nem esküvőre készült, de ez sehol nincs a temetési költségekhez képest.</w:t>
      </w:r>
    </w:p>
    <w:p>
      <w:r>
        <w:t>Kezdődik ott a dolog, hogy ha otthon hal meg valaki, kijön az ügyeletes orvos és kihívja azt a halottszállítót, aki a legtöbbet fizeti neki. (Nem tudok másra gondolni, mert fel sem merült a kérdés, hogy a sok elérhető szolgáltató közül kinek szóljon, megkérdezés nélkül hívta az egyiket.)</w:t>
      </w:r>
    </w:p>
    <w:p>
      <w:r>
        <w:t>Ha már a keze között van a halott, igyekszik a szolgáltató minél hamarabb előleget kicsikarni az özvegyből, mert akkor biztos az üzlet. Rossz kofa módjára mindent rá akarnak beszélni az özvegyre, akinek tegnap, tegnapelőtt halt meg a rokona.</w:t>
      </w:r>
    </w:p>
    <w:p>
      <w:r>
        <w:t>Elképesztő árak vannak, de lehet, hogy a pofátlan árak jobb kifejezés lenne.</w:t>
      </w:r>
    </w:p>
    <w:p>
      <w:r>
        <w:t>Halottszállítás a 3,5 kilométerre lévő hűtőházba, onnan a hamvasztóba, majd vissza 158 ezer forint. Ennyi pénzért Rómába oda-vissza el tudnám szállíttatni a halottat. Lehet, hogy kétszer is.</w:t>
      </w:r>
    </w:p>
    <w:p>
      <w:r>
        <w:t>Temetőn belüli szállítás 20 ezer forint az a 300 méter. De kétszer, mert egyszer az urna, egyszer a virágok és hát az a másfél literes urna sehogy nem fér fel a virágok mellé. Összesen 1200 méter 40 ezer forint.</w:t>
      </w:r>
    </w:p>
    <w:p>
      <w:r>
        <w:t>Hamvak áttöltése urnába 44 ezer forint. Miért, megszámolják kétszer, hogy hány szem hamuból áll, megvan-e mind? Vagy mi indokolja, hogy ezért a mozdulatért 44 ezer forintot számláznak?</w:t>
      </w:r>
    </w:p>
    <w:p>
      <w:r>
        <w:t>Urnakiadás 25 ezer forint. Ez pontosan mit jelent? Akkor ne adják ki. Ha meg ki kell adni (bármit is jelentsen), akkor miért kerül pluszba 25 ezer forintba?</w:t>
      </w:r>
    </w:p>
    <w:p>
      <w:r>
        <w:t>Urnaleeresztő madzag másfél méter, anyagköltség 300 forint, eladási ár 11 ezer. Fekete terítő, fél négyzetméter ugyanennyi.</w:t>
      </w:r>
    </w:p>
    <w:p>
      <w:r>
        <w:t>Urna visszahantolása (három lapát föld konkrétan) 30 ezer forint.</w:t>
      </w:r>
    </w:p>
    <w:p>
      <w:r>
        <w:t>Hamvak szétszórása, ha nem kérsz temetést, 60 ezer forint. Talán egy perc munka?</w:t>
      </w:r>
    </w:p>
    <w:p>
      <w:r>
        <w:t>Műanyag biszbasz az urnának 40 ezer forint.</w:t>
      </w:r>
    </w:p>
    <w:p>
      <w:r>
        <w:t>S hol van még a hamvasztás, a sírhely költsége, a ravatalozás, a gyászbeszéd, virágok meg az összes többi.</w:t>
      </w:r>
    </w:p>
    <w:p>
      <w:r>
        <w:t>Nálunk egy faék egyszerűségű, hamvasztásos temetés minden frinc-franc nélkül 800 ezer forintba került a fenti tételek miatt. (Ha már populista állam, nem lehetne a temetésnél is 5%-ra csökkenteni az áfát, mint a csirkehús esetén? Durván néz ki, hogy rengeteg pénz plusz 27% áfa az államnak. Persze mindig rosszul néz ki az a 27% áfa, de egy temetésnél duplán.)</w:t>
      </w:r>
    </w:p>
    <w:p>
      <w:r>
        <w:t>(Külön érdekes, hogy ezért a pénzért tíz évig biztosítják az urna helyét, ha nem fizetsz megint, mennek a hamvak a kukába.)</w:t>
      </w:r>
    </w:p>
    <w:p>
      <w:r>
        <w:t>Ha akarsz szörnyülködni, hogy milyen nevetséges tételek vannak, milyen borzasztó áron, keress rá Google-lel, hanyatt fogsz esni, mikért kérnek pénzt és mennyit.</w:t>
      </w:r>
    </w:p>
    <w:p>
      <w:r>
        <w:t>Mondtam anyósomnak, hogy előre járja körbe a dolgokat, mert akkor, amikor megtörténik, nem lesz rá ereje. Nem akart vele foglalkozni. Egyébként még ennél is van drágább szolgáltató Budaörsön, szóval járhattunk volna rosszabbul is. De megúszhattuk volna jóval olcsóbban is, ha előre felkészülünk, akár úgy is, hogy nem Budaörsön lesz a temetés.</w:t>
      </w:r>
    </w:p>
    <w:p>
      <w:r>
        <w:t>Egyik ismerős Budapesten kiment a temetőbe, kiderült, hogy ott mindent sokkal olcsóbban megcsinálnak, mint ezek a szolgáltatók. Sajnos Budaörsön nincs erre lehetőség, de a nagy budapesti temetőkben érdemes árat kérni onnan is. Ha van a településen önkormányzati cég is, attól is érdemes árat kérni.</w:t>
      </w:r>
    </w:p>
    <w:p>
      <w:r>
        <w:t>Az se lep meg senkit, hogy a hamvasztás feleannyiba kerül, ha te rendeled meg a krematóriumtól közvetlenül és nem a vállalkozón keresztül, ő csak annyit csinál a dupla árért, hogy aranyáron még hozzáadja a szállítási költséget is. Vállalj át bátran sok munkát a szegény vállalkozótól, százezreket spórolsz rajta, ha te rendeled meg a hamvasztást, nem ő, te hozod a fekete leeresztő madzagot meg a terítőt, te adod a lepedőt és sok egyéb. Kíméld meg ezektől a szegény vállalkozót, csak annyit dolgozzon, amit nagyon muszáj.</w:t>
      </w:r>
    </w:p>
    <w:p>
      <w:r>
        <w:t>Lehetőleg előre tájékozódj, az sem baj, ha a papa vagy a mama még utána él sok évet, de legalább képben vagy, hogy kiket kerülj el és hol spórolj. Mert amikor már oda kerül a sor, nem lesz sok választásod és jó eséllyel kedved sem piacot kutatni.</w:t>
      </w:r>
    </w:p>
    <w:p>
      <w:r>
        <w:t>Mondtam is az asszonynak, hogy nekem nehogy szervezzenek ilyen temetést, mert még halálom után is rosszul fogom érezni magam, hogy így lehúztak. Aki tisztelni akar, tiszteljen, amíg élek, aki szeretni akar, szeressen, amíg élek, aki le akar köpni, tegye meg, amíg élek (ha meri... ), de nekem ne költsenek a temetésre a legszükségesebbeken kívül semmit. Ne halálom után méltassanak, milyen nagyszerű ember voltam, ha tényleg az voltam, elmondhatják most is, ha meg nem, halálom után is kár ilyet hazudni.</w:t>
      </w:r>
    </w:p>
    <w:p>
      <w:pPr>
        <w:pStyle w:val="Heading1"/>
      </w:pPr>
      <w:r>
        <w:t>Örökség és a családi béke</w:t>
      </w:r>
    </w:p>
    <w:p>
      <w:pPr>
        <w:pStyle w:val="Heading2"/>
      </w:pPr>
      <w:r>
        <w:t>A várt örökség még nem a tiéd</w:t>
      </w:r>
    </w:p>
    <w:p>
      <w:r>
        <w:t>Hallottam egy sztorit. Valakinek a szülei 35 éve vettek egy házat, aminek az értéke nagyon felment azóta, 400-500 millió forintot érhet, mert a hely nagyon felkapott lett az elmúlt időben. Úgy gondolta, hogy mivel egyetlen gyerek, ezzel a nyugdíjmegtakarítás le van tudva, legkésőbb hatvanéves koráig úgyis megörökli azt a házat.</w:t>
      </w:r>
    </w:p>
    <w:p>
      <w:r>
        <w:t>A szülei néhány hete eladták a házat, vettek egy sokkal olcsóbb lakást és elkezdtek utazgatni, amíg még tudnak. Az emberben egy világ dőlt össze, évek ha nem évtizedek óta várta ezt az örökséget. De egy örökség nem a tiéd addig, amíg meg nem kapod. S egy rossz szavad sem lehet, ha a szüleid elköltik a saját pénzüket. Vagy eladakozzák. Az ő pénzük, ők dolgoztak meg érte.</w:t>
      </w:r>
    </w:p>
    <w:p>
      <w:r>
        <w:t>Nyugdíjra való felkészülésnél felmerül a kérdés, hogy minek gyűjteni a nyugdíjra, ha úgyis megöröklöm a szüleim vagyonát? Ez különösen akkor érdekes, ha a szüleim komoly vagyont halmoztak fel.</w:t>
      </w:r>
    </w:p>
    <w:p>
      <w:r>
        <w:t>Kell-e akkor törődnöm a nyugdíj-megtakarítással, vagy akár a gyerekek iskoláztatásával? Ha öröklök ingatlanokat, esetleg pénzt is, miért fájjon a fejem a megtakarítások miatt?</w:t>
      </w:r>
    </w:p>
    <w:p>
      <w:r>
        <w:t>Nos, ez egy igen veszélyes játék. Az a pénz és vagyon egyrészt még nem a tiéd és nem is biztos, hogy valaha is a tiéd lesz.</w:t>
      </w:r>
    </w:p>
    <w:p>
      <w:r>
        <w:t>Lehet, hogy sikerül úgy összeveszni a szüleiddel, hogy csak igen kicsi része lesz a tiéd. Vagy eltartási szerződést kötnek valakivel, amiről te nem is tudsz. Esetleg eladakozzák a vagyont, vagy annak nagy részét egy alapítványnak, vagy egyháznak.</w:t>
      </w:r>
    </w:p>
    <w:p>
      <w:r>
        <w:t>Apád vénségére elvesz egy nálad 20 évvel fiatalabb nőt, akinek minimum haszonélvezete lesz azon az ingatlanon, amiből te nyugdíjas akartál lenni.</w:t>
      </w:r>
    </w:p>
    <w:p>
      <w:r>
        <w:t>Súlyosan lerobbannak egészségügyileg és évek, vagy akár évtizedek alatt rengeteg pénzt költenek el kezelésekre vagy ápolásra.</w:t>
      </w:r>
    </w:p>
    <w:p>
      <w:r>
        <w:t>Vagy pont ellenkezőleg: túl egészségesek és számodra túl sokáig élnek, hamarabb mész nyugdíjba, mint ők itt hagynák ezt a világot. (Amikor ezt a példát először leírtam, anyámék már mintegy tizenöt éve nyugdíjasok voltak, és a nagyanyám köszönte, szerencsére még mindig jól volt. Ez bárkivel mással is előfordulhat és elég problémás, ha nem készültél fel a nyugdíjra és már tíz-tizenöt éve azt várod, mikor örökölsz végre valamit.)</w:t>
      </w:r>
    </w:p>
    <w:p>
      <w:r>
        <w:t>Az is egy gyakori hiba, hogy az emberek azzal számolnak, hogy mondjuk az öröklendő ingatlan most mennyit ér. Elfelejtik azt, hogy mennyit fog érni akár 30-35 év múlva, amikor tényleg meg fogják örökölni. Akkora az már egy 35 évvel idősebb ingatlan lesz, amire a szülei várhatóan nem sokat költöttek az utolsó 15 év alatt. Sőt, lehet, hogy addigra egy teljesen értéktelen ingatlan lesz. Emlékezz vissza, mennyit értek a kisvárosokban található házak 30 éve és mennyit érnek most. Harminc éve még sokan laktak kisvárosokban, most eladhatatlanok ott az ingatlanok.</w:t>
      </w:r>
    </w:p>
    <w:p>
      <w:r>
        <w:t>Egy szó, mint száz: nagyon nagy felelőtlenség a jövődet egy bizonytalan forrásra építeni, amihez ráadásul nem is biztos, hogy időben hozzáférsz (már ha egyáltalán). Hacsak nem tudsz biztosra menni (például a szüleid már most a nevedre íratnak több ingatlant), akkor a várható örökségre csak mint nagyon feltételes és esetleges forrásra tekints. A kiszámíthatatlansága miatt ez a remény nem mentesít attól, hogy magad gondoskodj a saját jövődről.</w:t>
      </w:r>
    </w:p>
    <w:p>
      <w:pPr>
        <w:pStyle w:val="Heading2"/>
      </w:pPr>
      <w:r>
        <w:t>Az örökségről még életünkben kell beszélni</w:t>
      </w:r>
    </w:p>
    <w:p>
      <w:r>
        <w:t>Apósom halála után négy hónappal annyi történt, hogy kijött az értékbecslő felbecsülni az örökség tárgyát képező ingatlant, kihozott egy irreálisan magas árat. Ezt az eredményt meg akartunk támadni, mert messze nem ér annyit a ház, de azt mondták, hogy másodjára is ennyire vagy akár többre is fogják értékelni a házat. Hogy miért? Mert figyelembe kell venniük a környéken aktív hirdetéseket. Azokat a trollkodásokat, amik olyan házakat kínálnak már öt éve, amit senki nem venne meg még feleannyiért sem. Az utcában is van egy ház, a valódi értékének a két és fél-háromszorosáért hirdeti a tulajdonosa, természetesen senkit nem érdekel annyiért, immár négy éve legalább. De az értékbecslő azzal számolt. (Amikor házat akartunk venni, érzésre a hirdetések közel fele ilyen troll volt, aki igazából nem akarta eladni a házat, csak ha jön egy bolond, ennyiért elviheti.)</w:t>
      </w:r>
    </w:p>
    <w:p>
      <w:r>
        <w:t>Az örökösödési procedúra csak ezután került át a közjegyzőhöz, ahol aztán majd megállapítják azt, amit amúgy is tud mindenki közjegyző nélkül is, hogy kinek mekkora része van az örökségből, mindezt egy szerény 86 ezer forint plusz 0,25%-os tiszteletdíjért, ami azért már egy szemmel látható összeg. Még abban sem lehettünk biztosak, hogy ugyanabban az évben sikerül ennek a faék egyszerűségű ügynek a végére érni.</w:t>
      </w:r>
    </w:p>
    <w:p>
      <w:r>
        <w:t>Mindezt elkerülhettük volna, ha egy kicsit előre gondolkodunk és az egyetlen komoly értéket, az ingatlant a két örökösre íratták volna ajándékozási szerződéssel, ami egyenági rokonok között illetékmentes, igaz, ügyvédi munkadíj ezt is terheli. Viszont nem kellene az önkormányzatra, majd a közjegyzőre várni. A két eredeti tulajdonos pedig megtartja az ingatlanon a haszonélvezeti jogot, így amíg élnek, nem lehet kitenni őket az ingatlanból.</w:t>
      </w:r>
    </w:p>
    <w:p>
      <w:r>
        <w:t>De nem csak az ilyen esetekben lenne érdemes beszélni az örökségről már akkor, amikor még lehet róla beszélni.</w:t>
      </w:r>
    </w:p>
    <w:p>
      <w:r>
        <w:t>Nemrég volt egy ügyfél egy kusza családi háttérrel és feszült viszonnyal (elhunyt testvér élettársa és a közös gyerekeik) és olyan volt a szituáció, hogy kódolva volt bele a vita és per az örökség pillanatában. Kérdeztem, miért nem ülnek le és beszélik át a dolgokat, mi hogy legyen. Majd lesz valahogy, majd megoldjuk akkor, amikor aktuális lesz, volt a válasz. Ez a biztos receptje a végtelen problémaforrásnak, utólag próbálni megbeszélni egy ilyen kérdést.</w:t>
      </w:r>
    </w:p>
    <w:p>
      <w:r>
        <w:t>A családon belül a generációk közötti anyagi jellegű megbeszélésék ritkábbak, mint a fehér holló. Pedig számos olyan kérdés van, amit meg kellene tárgyalnunk a szüleinkkel vagy éppen a gyerekeinkkel.</w:t>
      </w:r>
    </w:p>
    <w:p>
      <w:r>
        <w:t>Beszéltem valakivel, aki a szokásos dolgot vázolta fel az anyagi helyzetükkel kapcsolatban: jelenleg a szüleik házában, annak egy leválasztott részében élnek. Azonban nem mernek rákölteni az ingatlanrészre, vagy bővíteni azt, mert ha a szülők meghalnak, a másik két testvér is örökli az ingatlant, ezért minden arra fordított pénz felesleges kiadás lesz. Csak ez miatt inkább elköltöznek a házból. Ellenben az egyik testvér már kapott a szülőktől egy igen jelentős támogatást, hogy saját ingatlant vegyen, vajon ezt hogy lehet majd érvényesíteni az örökség felosztása közben? Hogy érvényesítsem, amit saját zsebemből költöttem a szülői házra és hogyan vetessem figyelembe azt, hogy a másik már úgymond elvette a részét az örökségből?</w:t>
      </w:r>
    </w:p>
    <w:p>
      <w:r>
        <w:t>A megoldás egyszerű: beszélni kell róla. Addig, amíg az örökhagyó még életben van. Össze kell ülni az örökösöknek a szülők vezetésével és át kell beszélni, hogyan legyen felosztva a vagyon, hogyan vegyék figyelembe a ráfordításokat, vagy a már átvett anyagi segítséget. Ez nem azt jelenti, hogy várjuk az örökhagyó halálát, vagy már nagy szükségünk lenne a pénzére, mindössze annyit, hogy értelmes emberek vagyunk, mindenki tudja, hogy egyszer mind meghalunk (reméljük, minél később) és mennyivel kényelmesebb egy mindenki által aláírt közjegyzői papírral menni ügyeket intézni, mint pereskedni vérre menően a saját rokonainkkal.</w:t>
      </w:r>
    </w:p>
    <w:p>
      <w:r>
        <w:t>Ha a jussát már átvevő gyerek nem akarja elismerni az előre megkapott örökséget, az örökhagyó még életében írhat végrendeletet, amivel korrigálja a vagyon felosztását, így megkímélve az örökösöket a pereskedéstől.</w:t>
      </w:r>
    </w:p>
    <w:p>
      <w:r>
        <w:t>De ilyen kérdés lehet az is, ha az egyik gyermek ápolja egyedül az idős szülőket, milyen formában lesz elismerve az anyagi áldozata és a munkaideje?</w:t>
      </w:r>
    </w:p>
    <w:p>
      <w:r>
        <w:t>Vagy ha apuka a saját gyerekeinél fiatalabb új feleséget választ, az milyen mértékben részesüljön a családi vagyonból? Ha van fogyatékkal élő a családban, akinek nagyobb örökséget szán az örökbehagyó, ezt is lehet tisztázni egy ilyen megbeszélésen. (Vagy ha más ok miatt gondolja úgy, hogy többet ad valamelyik gyerekének és ezt a többiek előtt meg is indokolja. Például mert az egyiküknek sok gyereke van. Vagy a másik mindvégig besegített az apja vállalkozásába.)</w:t>
      </w:r>
    </w:p>
    <w:p>
      <w:r>
        <w:t>Egy korrektül, időben, közösen megbeszélt örökösödési megállapodás nagyban hozzájárul ahhoz, hogy ne életre szóló ellenségek legyenek a testvérek a szüleik halála után. (Amire van esély egy örökösödés miatt évekig tartó pereskedés után.)</w:t>
      </w:r>
    </w:p>
    <w:p>
      <w:r>
        <w:t>Egy amerikai felmérés szerint a megkérdezettek 86%-a szerint szükség lenne ilyen megbeszélésekre, ennek ellenére mindenki fázik tőle. Hamarabb beszélnének az emberek az életük legintimebb kérdéseiről, mint a halálról és a pénzről egy közös témában.</w:t>
      </w:r>
    </w:p>
    <w:p>
      <w:r>
        <w:t>Ha már sikerül odáig eljutni, hogy ezekről a fontos kérdésről talán először életükben őszintén beszélnek a generációk tagjai, akkor nem csak az örökség esetleges felosztását érdemes átbeszélni, de azt is, hogyan állnak a szülők anyagilag. Várható-e, hogy rászorulnak a gyerekek anyagi segítségére az életük hátralévő részében? Vagy fordítva, elképzelhető-e, hogy az unokák taníttatásába be tudnak szállni nagyobb összeggel? Ezek olyan fontos információk, amikről tudnia kell az érintett feleknek és nem baj, ha húsz évvel előtte már felkészülnek a gyerekek, hogy előfordulhat, hogy a mama beköltözik hozzájuk az élete vége felé.</w:t>
      </w:r>
    </w:p>
    <w:p>
      <w:r>
        <w:t>Amint látjátok, ez egy nagyon fontos téma, amiről mindenki csak szemérmesen hallgat, miközben egy normális megbeszélés keretein belül ezt jó hangulatban át lehet beszélni. Utána javasolt közösen elmenni egy közjegyzőhöz és közösen lediktálni neki, mire jutott a családi megbeszélés.</w:t>
      </w:r>
    </w:p>
    <w:p>
      <w:r>
        <w:t>Ezer fejfájástól és viszálytól mentitek meg magatokat. Úgyhogy a következő családi ebéden fel is vethetitek a témát. (Érdemes előtte vázlatot írni, miről akarsz beszélni és miért, milyen megállapodás, vagy közös nevező a célod.)</w:t>
      </w:r>
    </w:p>
    <w:p>
      <w:r>
        <w:t>Azonban fontos, ha egyszer erre adtad a fejed, utána tájékoztasd az érintetteket, ha megváltoztattad a véleményed, vagy a döntésed, ne a halálod után nézzenek nagyokat, hogy miért van más a végrendeletedben, mint amiről mindenki tudott.</w:t>
      </w:r>
    </w:p>
    <w:p>
      <w:pPr>
        <w:pStyle w:val="Heading2"/>
      </w:pPr>
      <w:r>
        <w:t>Végrendelet és törvényes öröklés</w:t>
      </w:r>
    </w:p>
    <w:p>
      <w:r>
        <w:t>A családi beszélgetés után a jogi rendezés következik. Barnabás az öröklés és a végrendelkezés alapjait mutatja be, külön kitérve a tartozásokra és arra, hogyan lehet megelőzni a bizonytalanságból fakadó vitákat.</w:t>
      </w:r>
    </w:p>
    <w:p>
      <w:r>
        <w:t>A halál és az ehhez kapcsolódó öröklési jog sajnos minden család életében előkerül. Egy előrelátó örökhagyó nagyon sokat tehet a családi béke megőrzéséért, illetve tönkre is tud tenni sokéves jó viszonyt egy semmiből előkerült végrendelettel, így véleményem szerint fontos, hogy ezekről a kérdésekről is beszéljünk, homokba dugni a fejünket biztosan nem kifizetődő.</w:t>
      </w:r>
    </w:p>
    <w:p>
      <w:r>
        <w:t>Az ember halálával a vagyona egyből és automatikusan átszáll az örököseire, szinte mindig van ugyan hagyatéki eljárás, de ott csak megállapítják, hogy ki örökölt, hogy „az állam is tudjon róla” – ez csak ún. deklaratív aktus. Az örökösök a pozitív vagyont és a tartozásokat is öröklik, nem lehet azt mondani, hogy csak a házat szeretnénk örökölni, az örökhagyó 100 milliós tartozását nem. Van azonban korlátja a helytállásnak is, ugyanis csak annyi tartozást kell kifizetni, amennyit az örökölt vagyon ért; azaz ha egy 10 milliós ház volt a hagyatékban és 100 millió Ft tartozás, akkor csak 10 milliót kell kifizetni. Ráadásul az örökös első sorban a hagyaték tárgyaival felel a tartozásokért, tehát mondhatja azt, hogy akkor vigyék a hitelezők a házat. Ha a hagyatéki tárgy nincs meg (mert mondjuk eladja az örökös), akkor kell fizetnie pénzben, de itt is csak a hagyaték értékéig (tehát a példánál maradva, ugyanúgy max. 10 milliót). Figyelem: a kamatokat a saját vagyonból is ki kell fizetnie az örökösnek, kivéve ha megfogadja a hagyatéki hitelezők felhívásáról szóló tanácsot.</w:t>
      </w:r>
    </w:p>
    <w:p>
      <w:r>
        <w:t>Ha a hagyatékban több a tartozás, mint amennyit ér, akkor érdemes visszautasítani az öröklést (bármilyen esetben vissza lehet utasítani egyébként), ebben az esetben nem kapunk semmit, mivel nem leszünk örökösök. Ha kiskorú nevében szeretnénk visszautasítani az öröklést – mert pl. az elvált másik szülőtől „csak adósságot örökölne” -, ahhoz a gyámhatóság engedélye is kell.</w:t>
      </w:r>
    </w:p>
    <w:p>
      <w:r>
        <w:t>Örökölni végintézkedés vagy törvényes rendszer alapján lehet, először a végrendeletet nézzük meg, utána pedig a törvényes öröklést.</w:t>
      </w:r>
    </w:p>
    <w:p>
      <w:r>
        <w:t>Előszó: egy végrendelet akkor lesz érvénytelen, ha valaki megtámadja és ezt a bíróság kimondja; tehát ha nem támadják meg, akkor a közjegyző érvénytelen végrendelet alapján is átadja a hagyatékot – ő hivatalból nem érzékelheti az érvénytelenséget. Ahhoz, hogy valami végrendelet legyen, 3 feltétel szükséges: halál esetére szóljon, vagyoni rendelkezést tartalmazzon, úgy tűnjön, hogy az örökhagyótól származik. Ez még csak a minimum, ha egy papírlapon csak annyi van, hogy: „Erzsike, ha én meghalok, a vagyonom a magáé. Blaha Imre”, akkor ez már tulajdonképpen végrendelet, a közjegyző átadja a hagyatékot ez alapján, ha senki sem támadja meg – mert ha megtámadják, akkor érvénytelen lesz. A törvény ugyanis sok alaki és tartalmi követelményt meghatároz, hogy biztosak lehessünk abban, hogy azt tartalmazza amit az örökhagyó szeretett volna – őt ugyanis nem lehet megkérdezni, mint egy szerződésnél. Van egy elv (favor testamenti), ami azt mondja, hogy lehetőleg az örökhagyó akaratának kell érvényesülnie, de alaki hibát ezzel nem lehet orvosolni.</w:t>
      </w:r>
    </w:p>
    <w:p>
      <w:r>
        <w:t>A végrendelet lehet közvégrendelet vagy magánvégrendelet. A közvégrendeletet közjegyző készíti, aztán fel is vezeti a végrendeletek országos nyilvántartásába, így egyrészt biztos hogy előkerül az örökhagyó halálakor, másrészről pedig szinte lehetetlen sikeresen megtámadni – ha pedig mégis érvénytelen lesz, akkor komoly kártérítési kötelezettsége lesz a közjegyzőnek. Közjegyzőnél le lehet tenni a magánvégrendeletet is, akkor legalább az biztos hogy előkerül, de az érvényességre nem garancia.</w:t>
      </w:r>
    </w:p>
    <w:p>
      <w:r>
        <w:t>A magánvégrendeletet írhatja az ember saját maga (ha saját kézzel írja, akkor tanúk sem kellenek rá) vagy írathatja mással, de akkor a két tanú együttes jelenlétében kell aláírnia vagy előttük azt mondania, hogy ő írta alá. A készítés dátumának (a helyének már nem) mind a két esetben rajta kell lenni az iraton, illetve az örökhagyónak alá kell írnia (ha tanúk vannak, akkor nekik is). Ha több lapból áll a végrendelet, akkor a lapokat sorszámozni kell és minden lapot alá kell írni a végrendelkezőnek és a tanúknak is.</w:t>
      </w:r>
    </w:p>
    <w:p>
      <w:r>
        <w:t>Végrendeletben el lehet dönteni, hogy ki mit örököljön, mekkora részt kapjon a hagyatékból, illetve ki lehet zárni az öröklésből vagy ki lehet tagadni. Aki törvényes öröklésre jogosult, azt ki lehet zárni az öröklésből, így ő – ha egyébként jár neki – akkor csak kötelesrészre jogosult, ami jelenleg a törvényes örökrész 1/3 része. Ha valakinek kötelesrészt sem szeretnének juttatni, akkor ki kell tagadni a végrendeletben, ennek azonban nagyon szigorú feltételei vannak, nem lehet mondvacsinált okokra alapítani (a Ptk. 7:78. § pontosan tartalmazza az okokat, azt kár itt részletezni). Az újabb végrendelet felülírja a régit, ha ugyanarról a vagyonról rendelkezik, illetve a végrendeletet vissza is lehet vonni – ha valaki új rendeletet készít vagy vissza szeretné vonni a korábbit, akkor már javaslom hogy menjen el szakemberhez, hogy kellően pontos legyen a megfogalmazás.</w:t>
      </w:r>
    </w:p>
    <w:p>
      <w:r>
        <w:t>Ha nincs végrendelet vagy más végintézkedés, akkor törvényes öröklésnek van helye. Így elsősorban a gyermekek, ha ők nincsenek, akkor a szülők, ha ők sincsenek, akkor a túlélő házastárs, ha ő sincs, akkor a távolabbi felmenők és leszármazottjai örökölnek. Változás az új Ptk.-ban, hogy a házastárs mostmár gyermek mellett is örököl: haszonélvezetet az utolsó közösen lakott lakáson és egy gyermekrészt a hagyaték többi részéből.</w:t>
      </w:r>
    </w:p>
    <w:p>
      <w:r>
        <w:t>Az örökbefogadott gyermek ugyanúgy örököl, mint a vér szerinti gyermek és utána is ugyanúgy örökölnek az örökbefogadó rokonai, mintha vér szerinti gyermek lenne. A hallgatók által is nehezen értett egy szabály a Ptk.-ban (7:73. § (2) bek.), amiből gyakran arra következtetnek, hogy az örökbefogadott „két helyről örököl” – ez azonban nincs így-; az idézett szabály azt mondja ki, hogy ha rokont fogadnak örökbe, akkor utána a vér szerinti rokonai is örökölnek. (Ez csak technikai szabály, ugyanis az első bekezdés azt mondja ki, hogy a vér szerinti rokonok nem örökölnek az örökbefogadott után; ha a második szabály nem lenne, akkor nem lehetne olyan örökbefogadott után örökölni, aki egyébként rokon is.)</w:t>
      </w:r>
    </w:p>
    <w:p>
      <w:r>
        <w:t>A hagyatéki eljárásban minden esetben érdemes kérni a közjegyzőt a hagyatéki hitelezők felhívására, ugyanis ha erre a felhívásra nem jelentkeznek azok, akiknek az örökhagyó tartozott, akkor kamatot nem érvényesíthetnek a követeléseik után. Egyenes ági rokonok és a házastárs öröklése 2010 óta illetékmentes, így gyakorlatilag csak a hagyatéki eljárás költsége merül fel – a temetésen kívül – az ő esetükben.</w:t>
      </w:r>
    </w:p>
    <w:p>
      <w:r>
        <w:t>Végezetül pedig még egyszer: ezt a témát nem érdemes kerülni, beszélni kell róla, mert pont a bizonytalanságból van a legnagyobb gond (nem annyit kapnak, nem ők kapják a kedvenc aranymedált, stb.), hogy nem tudják az örökösök, hogy mire számítsanak. Jellemző, hogy a legtöbb emberben még az is előbb felmerül, hogy mi lesz a pénzével, ha kitör a III. világháború és mibe érdemes fektetni, hogy akkor is meglegyen a gyermekeinek, az viszont eszébe sem jut, hogy akkor mi lesz ha holnap autóbaleset éri vagy előbb-utóbb elhalálozik – pedig a világháborúval szemben ennek 100% a valószínűsége. Ezzel megint csak nem azt akarom mondani, hogy mindenáron végrendeletet kell írni, csak ha nem ír az ember, akkor az ne azért legyen mert nem gondolt rá, hanem mert: Ez az ő végakarata.</w:t>
      </w:r>
    </w:p>
    <w:p>
      <w:pPr>
        <w:pStyle w:val="Heading2"/>
      </w:pPr>
      <w:r>
        <w:t>Ne csak adósságot hagyj magad után</w:t>
      </w:r>
    </w:p>
    <w:p>
      <w:r>
        <w:t>Elgondolkodtató amerikai statisztikát olvastam, miszerint az elhunytak 73%-a adóssággal rendelkezett a halála pillanatában, méghozzá csekélynek éppen nem mondható átlagosan 61.554 dollár értékben. Az adósok 68%-a hitelkártyaadóssággal rendelkezett, 37%-a lakáshitellel, 25%-a autóhitellel, 12%-a személyi kölcsönnel és 6%-a diákhitellel.</w:t>
      </w:r>
    </w:p>
    <w:p>
      <w:r>
        <w:t>A magyar szabályokhoz hasonlóan az örökösök maximum csak a vagyon mértékéig felelnek az elhunyt hiteléért. Azonban a hitelezők ragaszkodhatnak az ingatlan és egyéb vagyontárgyak eladásához, függetlenül attól, hogy az életben maradt házastársnak, vagy akár a kiskorú gyerekének nem lesz hol laknia.</w:t>
      </w:r>
    </w:p>
    <w:p>
      <w:r>
        <w:t>Ha volt kezes vagy adóstárs a hitelben, akkor könnyen lehet, hogy ő lép elő fő adóssá az elhunyt helyett és onnantól az ő egyedüli problémája lesz a felvett hitel.</w:t>
      </w:r>
    </w:p>
    <w:p>
      <w:r>
        <w:t>Ezért elsősorban azt javasolják, hogy élj a lehetőségeiden belül, soha ne költs el olyan pénzt, amit még nem kerestél meg. Így a rokonaid, gyerekeid vállára nem adósság szakad, ha váratlanul, vagy kevésbé váratlanul elhunytál. Ne vegyél autót hitelre, tévét személyi kölcsönből vagy nyaralást hitelkártyából.</w:t>
      </w:r>
    </w:p>
    <w:p>
      <w:r>
        <w:t>Ha adósságod van és még nem vagy 60-65 év feletti. köss életbiztosítást legalább az adósságaidnak megfelelő összegig. (60-65 év felett nem fognak szóba állni veled a biztosítók, maximum balesetbiztosítást köthetsz ilyen korban.)</w:t>
      </w:r>
    </w:p>
    <w:p>
      <w:r>
        <w:t>Ezen kívül mindig legyél felkészülve a váratlanra. A tartozásaid is legyenek rajta a családi dosszié listáján.</w:t>
      </w:r>
    </w:p>
    <w:p>
      <w:pPr>
        <w:pStyle w:val="Heading2"/>
      </w:pPr>
      <w:r>
        <w:t>Ha az örökös nem tud bánni a pénzzel</w:t>
      </w:r>
    </w:p>
    <w:p>
      <w:r>
        <w:t>Péter vetett fel egy érdekes problémát.</w:t>
      </w:r>
    </w:p>
    <w:p>
      <w:r>
        <w:t>Köt egy kockázati életbiztosítást, ha idő előtt meghalna, ez egyértelmű.</w:t>
      </w:r>
    </w:p>
    <w:p>
      <w:r>
        <w:t>De ezzel csak az egyik problémát oldotta meg, mert mi történik akkor, ha a házastársa nem ért a pénzhez vagy nem tudja beosztani azt?</w:t>
      </w:r>
    </w:p>
    <w:p>
      <w:r>
        <w:t>Hogyan lehet úgymond a síron túlról gondoskodni arról, hogy ne szegényedjen el az itt maradt házastárs a pénz ellenére?</w:t>
      </w:r>
    </w:p>
    <w:p>
      <w:r>
        <w:t>Az első eset, ha nem ért a pénzhez, viszonylag egyszerű. A lelkére kötöd, hogy keressen meg valakit, aki igen és évente menjen el hozzá, hogy közösen találják ki, hová fektessék a pénzt, mennyit éljen fel belőle és mit csináljon a maradékkal, hogy kitartson az összeg, amíg ki kell tartania.</w:t>
      </w:r>
    </w:p>
    <w:p>
      <w:r>
        <w:t>Így lesz valaki, aki segít neki a pénzügyekben. Ez lehet egy megbízható barát, ismerős vagy akár egy tanácsadó is, aki nem jutalékért dolgozik.</w:t>
      </w:r>
    </w:p>
    <w:p>
      <w:r>
        <w:t>A második eset sokkal nehezebb. Amikor az a gond, hogy nem tud bánni a pénzzel, minden pénz kifolyik a keze közül. Az ölébe hullik 30-40 millió forint a biztosításból plusz még az egyéb örökség, ami hirtelen sok pénznek tűnik, de sajnos néhány éven belül el lehet költeni és utána jön az anyagi probléma.</w:t>
      </w:r>
    </w:p>
    <w:p>
      <w:r>
        <w:t>Hogy ilyenkor mit lehet tenni az egy nagyon jó kérdés és igazából nem is tudom rá a választ. Ezt a kérdést nem lehet egy kész recepttel elintézni.</w:t>
      </w:r>
    </w:p>
    <w:p>
      <w:r>
        <w:t>Alapítványba tenni a pénzt, amit valaki kezel és meghatározott ütemben fizeti csak ki az özvegynek az ott található pénzt? Életjáradékot venni az örökségből, ami hasonló módon működik? (Ez utóbbival az a baj, hogy borzasztó rossz kamatot fizet és nagyon drága.) Esetleg jó lehet erre a bizalmi vagyonkezelés, amit igazából a fekete pénzek eltüntetésére találtak ki, de lehet, hogy erre is használható? De itt is ki legyen a vagyonkezelő és milyen költségeket számol fel ezért? Vajon lehet valahogy a végrendeletben erre a problémára valami kitételt tenni, ami működik is?</w:t>
      </w:r>
    </w:p>
    <w:p>
      <w:r>
        <w:t>Ugyanez a kérdés felmerülhet a gyereknél vagy más örökösnél is. Az egyszeri nagy összeg helyett a rendszeres kifizetés tűnhet megoldásnak, de itt sincs minden helyzetre egyszerű recept.</w:t>
      </w:r>
    </w:p>
    <w:p>
      <w:r>
        <w:t>Péter vetett fel egy problémát, az egyik rokona halála után szeretné, hogy a gyereke ne egyösszegben jusson hozzá a pénzéhez, hanem életjáradék formájában.</w:t>
      </w:r>
    </w:p>
    <w:p>
      <w:r>
        <w:t>Ennek több oka is lehet, a link és/vagy alkoholista, esetleg éretlen örökös a jobbik eset. De van olyan szomorú ok is, hogy a gyerek valamilyen fogyatékosság miatt nem képes belátni a pénz értékét és ezért kezelni sem tudja azt.</w:t>
      </w:r>
    </w:p>
    <w:p>
      <w:r>
        <w:t>Ilyenkor lenne jó egy lehetőség, hogy a gyerek/örökös apránként jusson csak hozzá az örökségéhez és ha szükséges, esetleg kitartson a várható haláláig.</w:t>
      </w:r>
    </w:p>
    <w:p>
      <w:r>
        <w:t>Ideális esetben van olyan személy, akiben megbízol és beosztja a pénzt az érintett helyett. (Itt vigyázni kell, mert ha átadod egy másik személynek a vagyonod, akkor az az ő vagyonává válik. S nem csak 18% adót kell fizetnie, ha nem közvetlen rokonod, de ha ő meghal, az ő örököse kapja meg a te vagyonodat is. Ha beperlik vagy nem fizeti mondjuk a hitelét, a te vagyonodat is elviheti a végrehajtó.)</w:t>
      </w:r>
    </w:p>
    <w:p>
      <w:r>
        <w:t>De mi a helyzet akkor, ha nincs ilyen személy, vagy túl nagy az időtáv (30-40 év is akár), amíg rendelkezni kellene a pénzről?</w:t>
      </w:r>
    </w:p>
    <w:p>
      <w:r>
        <w:t>A legjobb lenne egy pénzügyi termék, ami folyamatos kifizetésű, kvázi egy fordított hitel, csak a biztosító vagy egyéb pénzügyi szervezet fizetné a "havi törlesztőt" egy meghatározott vagy valamihez kötött kamatláb mellett.</w:t>
      </w:r>
    </w:p>
    <w:p>
      <w:r>
        <w:t>Ezeket a termékeket hívják járadékbiztosításoknak, a lejárata lehet fix futamidejű vagy a biztosított haláláig szóló, lehet azonnali vagy halasztott kezdésű. Ezeket általában saját részre, jellemzően nyugdíjcélra kínálják a biztosítók, de elvileg nincs akadálya, hogy a gyereked nevére köss egy ilyet mondjuk fix 30 évre. (Itt is kérdés a kezdés időpontja, hiszen nagy eséllyel nem fogod tudni előre, mikor fogsz meghalni.)</w:t>
      </w:r>
    </w:p>
    <w:p>
      <w:r>
        <w:t>A fő kérdés, hogy mennyire éri meg, ezek a biztosítós termékek általában a biztosítónak érik meg jobban és nem az ügyfélnek. 30 év távlatában kötni egy fix kamatú szerződést nagyon nagy rizikó.</w:t>
      </w:r>
    </w:p>
    <w:p>
      <w:r>
        <w:t>2015-ig vehettél volna egy ingatlant és arra vehettél volna fel életjáradékot. (Ezek voltak azok a konstrukciók, ahol az idősek a halálukig kaptak egy fix összeget az ingatlanjukért cserébe.) Azonban változott a törvény, 2015 óta csak biztosítók kínálhatnak életjáradékot, ezért az ezzel foglalkozó cégek lehúzták a rolót.</w:t>
      </w:r>
    </w:p>
    <w:p>
      <w:r>
        <w:t>Azóta néhány szürkezónában mozgó magáncég van csak a piacon, akik vagy a törvény ellenére kötnek szerződést vagy valamilyen módon megpróbálják kijátszani azt, például magánemberként kötnek szerződést az ügyféllel.</w:t>
      </w:r>
    </w:p>
    <w:p>
      <w:r>
        <w:t>Így ez sem túl biztató lehetőség, erre nem építeném a gyerekeim jövőjét egy másodpercig sem.</w:t>
      </w:r>
    </w:p>
    <w:p>
      <w:r>
        <w:t>Ha lakás(oka)t vennél a gyerek nevére, sajnos semmi nem gátolja meg, hogy bármikor eladja azokat vagy rosszabb esetben valaki kiforgassa ebből a vagyonából.</w:t>
      </w:r>
    </w:p>
    <w:p>
      <w:r>
        <w:t>Maradt még esetleg a bizalmi vagyonkezelés intézménye, csak itt megint a vagyonkezelő személye a fő kérdés, megbízol-e benne a halálod után is, illetve milyen költséggel működik. Szintén kérdés, hogy van-e akkora vagyonod, hogy egy ezzel foglalkozó cég szóba álljon veled, ha nem találnál senkit az ismerőseid között, akik megbízhatnál vagyonkezeléssel. Nem tudom, alapítvány ilyen célból létrehozható-e.</w:t>
      </w:r>
    </w:p>
    <w:p>
      <w:r>
        <w:t>Igazán jó lehetőséget nem ismerek, egy életjáradékbiztosítás tűnne a legjobbnak, de a magyar piacon én nem találtam olyat, amit jószívvel megvennék. Lehet, hogy van, de én nem találkoztam vele.</w:t>
      </w:r>
    </w:p>
    <w:p>
      <w:pPr>
        <w:pStyle w:val="Heading2"/>
      </w:pPr>
      <w:r>
        <w:t>Ha már megkaptad az örökséget</w:t>
      </w:r>
    </w:p>
    <w:p>
      <w:r>
        <w:t>A földi lét egyszer mindenkinek véget ér. Ilyenkor sokan örökölnek kisebb-nagyobb vagyont az elhunyt után. (Mármint a szerencsésebbek. A kevésbé szerencsések csak hiteleket örökölnek, amiről le lehet mondani, mert nem vagy köteles elfogadni az örökséget, akár vagyon, akár tartozás az.)</w:t>
      </w:r>
    </w:p>
    <w:p>
      <w:r>
        <w:t>Ha az örökség már valóban a tiéd, akkor új kérdés következik: mit tegyél és mit ne azzal a pénzzel vagy vagyonnal, amit örököltél?</w:t>
      </w:r>
    </w:p>
    <w:p>
      <w:pPr>
        <w:keepNext/>
      </w:pPr>
      <w:r>
        <w:rPr>
          <w:b/>
        </w:rPr>
        <w:t>Tiszteld meg az örökbehagyót</w:t>
      </w:r>
    </w:p>
    <w:p>
      <w:r>
        <w:t>Zsenge ifjú koromban dolgoztam egy szennyvízátemelőn (végzettségemre nézve vízügyi technikus-teológus-szakközgazdász vagyok). Az egyik segédmunkás édesanyja meghalt és a teljes összekuporgatott vagyona a fiára szállt. Nem is volt rest a fiú, azonnal vett egy vadonatúj Opelt az összes pénzből és utána egy mai értéken kilencmilliós autóval járt a szennyvíztelepre minimálbérért dolgozni két műszakban és vakarta a fejét, hogy miből tudna téli gumigarnitúrát venni az autóra.</w:t>
      </w:r>
    </w:p>
    <w:p>
      <w:r>
        <w:t>Ennél ostobább módon nem is lehetett volna elverni azt a pénzt, amit az anyja egy életen át gyűjtögetett fillérről fillérre. Ha tudta volna, hogy a fia egy ilyen hülyeségre költi el a pénzt, valószínűleg nem tette volna el ezt az összeget vagy halála előtt másnak adta volna.</w:t>
      </w:r>
    </w:p>
    <w:p>
      <w:r>
        <w:t>Amikor örökölsz pénzt, azt valaki összegyűjtötte a saját erejéből. (Most a lopott vagy korrupciós pénzekről nem beszélünk.) Ezért tiszteld meg azzal, hogy bölcsen kezeled azt a pénzt, amit hátrahagyott. Ez nem egy nyeremény vagy talált pénz, ez valakinek az élete munkájának a végeredménye.</w:t>
      </w:r>
    </w:p>
    <w:p>
      <w:pPr>
        <w:keepNext/>
      </w:pPr>
      <w:r>
        <w:rPr>
          <w:b/>
        </w:rPr>
        <w:t>Ne csinálj semmit néhány hétig vagy hónapig</w:t>
      </w:r>
    </w:p>
    <w:p>
      <w:r>
        <w:t>Bármilyen nagy változás áll be az anyagi életedbe, különösen ha az hirtelen történt, érdemes lenyugodni és semmit nem csinálni néhány hétig. Ahogy telik az idő, reálisabban fel tudod dolgozni, hogyan tudsz alkalmazkodni az új helyzethez, jobban fel tudod mérni a lehetőségeidet és a korlátjaidat.</w:t>
      </w:r>
    </w:p>
    <w:p>
      <w:r>
        <w:t>Semmit ne csinálj az örökölt vagyonnal, amíg nincs egy terved arra, mit akarsz vagy tudsz vele kezdeni.</w:t>
      </w:r>
    </w:p>
    <w:p>
      <w:pPr>
        <w:keepNext/>
      </w:pPr>
      <w:r>
        <w:rPr>
          <w:b/>
        </w:rPr>
        <w:t>De ne is várj az idők végéig</w:t>
      </w:r>
    </w:p>
    <w:p>
      <w:r>
        <w:t>Tanácsadásokon gyakran előfordul, hogy négy-öt éve örökölt ingatlanokkal nem történik semmi, mert majd lesz vele valamikor valami. Nem fog vele már semmi történni, ideje lenne foglalkozni az ilyen örökségekkel. Add el, ha el akarod vagy add ki bérbe, felesleges még további éveket várni, ha te nem teszel vele semmit, más sem fog.</w:t>
      </w:r>
    </w:p>
    <w:p>
      <w:pPr>
        <w:keepNext/>
      </w:pPr>
      <w:r>
        <w:rPr>
          <w:b/>
        </w:rPr>
        <w:t>Ha pénzhez jutottál, ideje lenne tanulni róla egy keveset</w:t>
      </w:r>
    </w:p>
    <w:p>
      <w:r>
        <w:t>A tapasztalat az, hogy aki értelmesen kezelte a pénzét egy örökség vagy nyeremény előtt, az utána is értelmesen fogja kezelni, viszont aki nem tudott bánni a pénzzel akkor sem, amikor még nem volt neki, az ölébe hullott pénzt is el fogja herdálni.</w:t>
      </w:r>
    </w:p>
    <w:p>
      <w:r>
        <w:t>Ha eddig félvállról vetted a pénzügyeket, akkor még előtte kezdj el tanulni, mielőtt az örökségedet is elkótyavetyéled.</w:t>
      </w:r>
    </w:p>
    <w:p>
      <w:r>
        <w:t>Kezdésnek ajánlom a Kiszámoló Akadémiát a youtube-on.</w:t>
      </w:r>
    </w:p>
    <w:p>
      <w:r>
        <w:t>Nagyon sok embernek életében nem volt még annyi pénze, amennyit örökölt, sőt, sokuknak egyáltalán nem volt még szinte semennyi pénze sem. Nekik különösen fontos, hogy tanuljanak, mielőtt még bármit is csinálnak, amit később megbánnának.</w:t>
      </w:r>
    </w:p>
    <w:p>
      <w:pPr>
        <w:keepNext/>
      </w:pPr>
      <w:r>
        <w:rPr>
          <w:b/>
        </w:rPr>
        <w:t>Ne felejtsd el az adózást</w:t>
      </w:r>
    </w:p>
    <w:p>
      <w:r>
        <w:t>Attól függően, hogy kitől és mennyit illetve mit örököltél, adófizetési kötelezettséged keletkezhet. Tudd meg előre, mennyi adót kell majd fizetned, nehogy hideg zuhanyként érjen a példa kedvéért egy 18%-os befizetési kötelezettség.</w:t>
      </w:r>
    </w:p>
    <w:p>
      <w:pPr>
        <w:keepNext/>
      </w:pPr>
      <w:r>
        <w:rPr>
          <w:b/>
        </w:rPr>
        <w:t>Tanulj meg nemet mondani</w:t>
      </w:r>
    </w:p>
    <w:p>
      <w:r>
        <w:t>Ha az emberek megszimatolják, hogy pénzhez jutottál, egyből megjelennek körülötted, mint a kiéhezett hiénák. Soha nem látott rokonok jönnek kölcsönkérni, a gyerekeid gondolják úgy, hogy akkor most vehetnél nekik egy autót vagy egy lakást, szerencselovagok és ügynökök érkeznek tuti befektetési tippekkel és így tovább.</w:t>
      </w:r>
    </w:p>
    <w:p>
      <w:r>
        <w:t>Meg kell tanulnod nemet mondani. Ami fontos, hogy ne akard megindokolni a nemet, mert akkor csőbe húznak. Ha magyarázkodásra tudnak bírni, akkor már nyertek is. Ne találj ki hazugságokat, ne akard megindokolni, miért nem adsz kölcsön vagy veszel a gyerekeidnek új autót és így tovább. A válasz egyszerűen nem és kész. Ez a te pénzed, senkinek nem tartozol róla magyarázattal.</w:t>
      </w:r>
    </w:p>
    <w:p>
      <w:r>
        <w:t>(Természetesen segíthetsz a gyerekeidnek, ha neked már mindened megvan és nincs szükséged a pénzre egyáltalán, nem erről beszélek. De legtöbbször az a helyzet, hogy magadnak is szükséged lenne az örökölt pénzre, csak a gyerekek inkább a saját kényelmükre fordítanák azt és érzelmi zsarolástól sem riadnak vissza a pénz megszerzésének érdekében.)</w:t>
      </w:r>
    </w:p>
    <w:p>
      <w:pPr>
        <w:keepNext/>
      </w:pPr>
      <w:r>
        <w:rPr>
          <w:b/>
        </w:rPr>
        <w:t>Az örökség az esetek nagy részében nem több egy gyorsítósávnál</w:t>
      </w:r>
    </w:p>
    <w:p>
      <w:r>
        <w:t>Ha örökölsz néhány millió vagy tíz millió forintot, az nem elég arra, hogy gyökeresen megváltoztassa az életed. Az csak arra elég, hogy előrébb lépj az anyagi függetlenség területén.</w:t>
      </w:r>
    </w:p>
    <w:p>
      <w:r>
        <w:t>Sokan azt gondolják, hogy örököltek egy ötvenmilliós lakást és már nem is kell soha többet dolgozniuk. Nekik rossz hírem van, ez a pénz többszöröse is kevés lenne ehhez a célhoz.</w:t>
      </w:r>
    </w:p>
    <w:p>
      <w:r>
        <w:t>Ha ötven millió forint kamataiból szeretnél megélni, akkor fontos tudnod, hogy csak az infláció feletti részt szabad figyelembe venni, hogy a tőkéd értéke ne csökkenjen. Ebben az esetben, ha infláció felett 2%-kal hoz a pénzed, havonta 83,3 ezer forintot verhetsz el, ha nagyvonalúan eltekintünk a kamatadótól. Az eredeti példa idején az infláció feletti 2% évi 7,3%-os hozamot jelentett, ami minden volt, csak nem kevés. (Ha pedig kiadni szeretnéd ezt a lakást és abból élni, ne felejtsd el a járulékos költségeket, mint felújítás és amortizáció illetve adó és az üresjáratokat sem, amikor nincs kiadva a lakás.)</w:t>
      </w:r>
    </w:p>
    <w:p>
      <w:r>
        <w:t>(S ebből következik, hogy akár egy félmilliárd forintos örökséget is el lehet tapsolni elég gyorsan, ha havonta több milliót szórsz ki belőle az ablakon.)</w:t>
      </w:r>
    </w:p>
    <w:p>
      <w:r>
        <w:t>Viszont arra remek az átlagos örökség, hogy a vésztartalék-megtakarítás vonalon előrébb juss és közelebb kerülj az anyagi céljaidhoz. Ezért érdemes egy gyorsítósávnak kezelni az örökséget a legtöbb esetben, ami ahhoz segít hozzá, hogy hamarabb elérd a céljaidat.</w:t>
      </w:r>
    </w:p>
    <w:p>
      <w:pPr>
        <w:keepNext/>
      </w:pPr>
      <w:r>
        <w:rPr>
          <w:b/>
        </w:rPr>
        <w:t>Csinálj egy realitás-ellenőrzést</w:t>
      </w:r>
    </w:p>
    <w:p>
      <w:r>
        <w:t>A fentieket folytatva érdemes reálisan felmérned, mire is lesz elég az örökölt pénz. Felújítani a konyhát? Kitaníttatni mind a három gyereket? Elköltözni? Egyszerűen csak növelni a megtakarításokat?</w:t>
      </w:r>
    </w:p>
    <w:p>
      <w:r>
        <w:t>Fontos, hogy reálisan lásd az örökséget és ne gondolj róla többet, mint amennyi az a valóságban.</w:t>
      </w:r>
    </w:p>
    <w:p>
      <w:pPr>
        <w:keepNext/>
      </w:pPr>
      <w:r>
        <w:rPr>
          <w:b/>
        </w:rPr>
        <w:t>Rangsorold a terveidet</w:t>
      </w:r>
    </w:p>
    <w:p>
      <w:r>
        <w:t>Bármit megvehetsz, de nem vehetsz meg mindent.</w:t>
      </w:r>
    </w:p>
    <w:p>
      <w:r>
        <w:t>Ezért miután reálisan felmérted a lehetőségeidet, rangsorold a céljaidat és ennek megfelelően fontossági sorrendben fordíts pénzt azokra az örökölt vagyonból.</w:t>
      </w:r>
    </w:p>
    <w:p>
      <w:r>
        <w:t>Ha ésszel bánsz az örökséggel, komolyan tud segíteni, hogy boldogulj az anyagi életedben. De ehhez fel kell nőni a feladathoz és érett anyagi döntéseket kell hoznod, mert ez jellemzően egy egyszeri lehetőség az életben és ha elrontod, nem lesz módod korrigálni a hibádat.</w:t>
      </w:r>
    </w:p>
    <w:p>
      <w:r>
        <w:t>Nem kell meghülyülni csak azért, mert az öledbe hullik néhány millió forint. Ez nem az önjutalmazás időszaka, ez a pénz nem arra van, hogy elverd a saját butaságaidra. Használd bölcsen és használd úgy, hogy akitől örökölted, az is úgy gondolja, ha még élne, hogy jól bántál ezzel a pénzzel.</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20" w:after="14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320"/>
      <w:contextualSpacing/>
    </w:pPr>
    <w:rPr>
      <w:rFonts w:ascii="Times New Roman" w:hAnsi="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Pénzügyek a családban</dc:title>
  <dc:subject>Szerkesztett könyvfejezet a Kiszámoló cikkeiből</dc:subject>
  <dc:creator>Kiszámoló</dc:creator>
  <cp:keywords/>
  <dc:description>generated by python-docx</dc:description>
  <cp:lastModifiedBy/>
  <cp:revision>1</cp:revision>
  <dcterms:created xsi:type="dcterms:W3CDTF">2013-12-23T23:15:00Z</dcterms:created>
  <dcterms:modified xsi:type="dcterms:W3CDTF">2013-12-23T23:15:00Z</dcterms:modified>
  <cp:category/>
</cp:coreProperties>
</file>